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5272AB" w14:textId="77777777" w:rsidR="00FB2FF7" w:rsidRDefault="00FB2FF7">
      <w:pPr>
        <w:autoSpaceDE w:val="0"/>
        <w:autoSpaceDN w:val="0"/>
        <w:spacing w:after="78" w:line="220" w:lineRule="exact"/>
      </w:pPr>
    </w:p>
    <w:p w14:paraId="2D05D37A" w14:textId="77777777" w:rsidR="00FB2FF7" w:rsidRPr="006514E5" w:rsidRDefault="009C069A" w:rsidP="006514E5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lang w:val="ru-RU"/>
        </w:rPr>
      </w:pPr>
      <w:r w:rsidRPr="006514E5">
        <w:rPr>
          <w:rFonts w:ascii="Times New Roman" w:eastAsia="Times New Roman" w:hAnsi="Times New Roman" w:cs="Times New Roman"/>
          <w:b/>
          <w:color w:val="000000"/>
          <w:sz w:val="24"/>
          <w:lang w:val="ru-RU"/>
        </w:rPr>
        <w:t>МИНИСТЕРСТВО ПРОСВЕЩЕНИЯ РОССИЙСКОЙ ФЕДЕРАЦИИ</w:t>
      </w:r>
    </w:p>
    <w:p w14:paraId="538EC27D" w14:textId="77777777" w:rsidR="00FB2FF7" w:rsidRPr="006514E5" w:rsidRDefault="009C069A" w:rsidP="006514E5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lang w:val="ru-RU"/>
        </w:rPr>
      </w:pPr>
      <w:r w:rsidRPr="006514E5">
        <w:rPr>
          <w:rFonts w:ascii="Times New Roman" w:eastAsia="Times New Roman" w:hAnsi="Times New Roman" w:cs="Times New Roman"/>
          <w:color w:val="000000"/>
          <w:sz w:val="24"/>
          <w:lang w:val="ru-RU"/>
        </w:rPr>
        <w:t>Министерство образования Белгородской области</w:t>
      </w:r>
    </w:p>
    <w:p w14:paraId="26C82714" w14:textId="77777777" w:rsidR="00FB2FF7" w:rsidRPr="006514E5" w:rsidRDefault="009C069A" w:rsidP="006514E5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lang w:val="ru-RU"/>
        </w:rPr>
      </w:pPr>
      <w:r w:rsidRPr="006514E5">
        <w:rPr>
          <w:rFonts w:ascii="Times New Roman" w:eastAsia="Times New Roman" w:hAnsi="Times New Roman" w:cs="Times New Roman"/>
          <w:color w:val="000000"/>
          <w:sz w:val="24"/>
          <w:lang w:val="ru-RU"/>
        </w:rPr>
        <w:t>Департамент образования Белгородской области</w:t>
      </w:r>
    </w:p>
    <w:p w14:paraId="678FF2CB" w14:textId="771CC0FA" w:rsidR="00FB2FF7" w:rsidRDefault="007D1D44" w:rsidP="006514E5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lang w:val="ru-RU"/>
        </w:rPr>
      </w:pPr>
      <w:r>
        <w:rPr>
          <w:rFonts w:ascii="Times New Roman" w:eastAsia="Times New Roman" w:hAnsi="Times New Roman" w:cs="Times New Roman"/>
          <w:color w:val="000000"/>
          <w:sz w:val="24"/>
          <w:lang w:val="ru-RU"/>
        </w:rPr>
        <w:t>МБОУ «Клименковская ООШ»</w:t>
      </w:r>
    </w:p>
    <w:p w14:paraId="653CBA31" w14:textId="77777777" w:rsidR="006514E5" w:rsidRPr="006514E5" w:rsidRDefault="006514E5" w:rsidP="006514E5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lang w:val="ru-RU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02"/>
        <w:gridCol w:w="3780"/>
        <w:gridCol w:w="3060"/>
      </w:tblGrid>
      <w:tr w:rsidR="00FB2FF7" w:rsidRPr="006514E5" w14:paraId="3C4C2F81" w14:textId="77777777">
        <w:trPr>
          <w:trHeight w:hRule="exact" w:val="274"/>
        </w:trPr>
        <w:tc>
          <w:tcPr>
            <w:tcW w:w="2502" w:type="dxa"/>
            <w:vMerge w:val="restart"/>
            <w:tcMar>
              <w:left w:w="0" w:type="dxa"/>
              <w:right w:w="0" w:type="dxa"/>
            </w:tcMar>
          </w:tcPr>
          <w:p w14:paraId="18624F5C" w14:textId="77777777" w:rsidR="00FB2FF7" w:rsidRPr="006514E5" w:rsidRDefault="009C069A" w:rsidP="009D4812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6514E5">
              <w:rPr>
                <w:rFonts w:ascii="Times New Roman" w:eastAsia="Times New Roman" w:hAnsi="Times New Roman" w:cs="Times New Roman"/>
                <w:color w:val="000000"/>
                <w:w w:val="102"/>
                <w:sz w:val="20"/>
              </w:rPr>
              <w:t>РАССМОТРЕНО</w:t>
            </w:r>
          </w:p>
        </w:tc>
        <w:tc>
          <w:tcPr>
            <w:tcW w:w="3780" w:type="dxa"/>
            <w:tcMar>
              <w:left w:w="0" w:type="dxa"/>
              <w:right w:w="0" w:type="dxa"/>
            </w:tcMar>
          </w:tcPr>
          <w:p w14:paraId="0E8B2855" w14:textId="77777777" w:rsidR="00FB2FF7" w:rsidRPr="006514E5" w:rsidRDefault="009C069A" w:rsidP="007D1D4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6514E5">
              <w:rPr>
                <w:rFonts w:ascii="Times New Roman" w:eastAsia="Times New Roman" w:hAnsi="Times New Roman" w:cs="Times New Roman"/>
                <w:color w:val="000000"/>
                <w:w w:val="102"/>
                <w:sz w:val="20"/>
              </w:rPr>
              <w:t>СОГЛАСОВАНО</w:t>
            </w:r>
          </w:p>
        </w:tc>
        <w:tc>
          <w:tcPr>
            <w:tcW w:w="3060" w:type="dxa"/>
            <w:tcMar>
              <w:left w:w="0" w:type="dxa"/>
              <w:right w:w="0" w:type="dxa"/>
            </w:tcMar>
          </w:tcPr>
          <w:p w14:paraId="0B97094B" w14:textId="64179D74" w:rsidR="00FB2FF7" w:rsidRPr="006514E5" w:rsidRDefault="007D1D44" w:rsidP="009D4812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02"/>
                <w:sz w:val="20"/>
                <w:lang w:val="ru-RU"/>
              </w:rPr>
              <w:t xml:space="preserve">               </w:t>
            </w:r>
            <w:r w:rsidR="009C069A" w:rsidRPr="006514E5">
              <w:rPr>
                <w:rFonts w:ascii="Times New Roman" w:eastAsia="Times New Roman" w:hAnsi="Times New Roman" w:cs="Times New Roman"/>
                <w:color w:val="000000"/>
                <w:w w:val="102"/>
                <w:sz w:val="20"/>
              </w:rPr>
              <w:t>УТВЕРЖДЕНО</w:t>
            </w:r>
          </w:p>
        </w:tc>
      </w:tr>
      <w:tr w:rsidR="00FB2FF7" w:rsidRPr="006514E5" w14:paraId="49A3C61B" w14:textId="77777777">
        <w:trPr>
          <w:trHeight w:hRule="exact" w:val="276"/>
        </w:trPr>
        <w:tc>
          <w:tcPr>
            <w:tcW w:w="3429" w:type="dxa"/>
            <w:vMerge/>
          </w:tcPr>
          <w:p w14:paraId="51C7369D" w14:textId="77777777" w:rsidR="00FB2FF7" w:rsidRPr="006514E5" w:rsidRDefault="00FB2FF7" w:rsidP="009D481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780" w:type="dxa"/>
            <w:tcMar>
              <w:left w:w="0" w:type="dxa"/>
              <w:right w:w="0" w:type="dxa"/>
            </w:tcMar>
          </w:tcPr>
          <w:p w14:paraId="6286FB33" w14:textId="77777777" w:rsidR="00FB2FF7" w:rsidRPr="006514E5" w:rsidRDefault="009C069A" w:rsidP="007D1D4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6514E5">
              <w:rPr>
                <w:rFonts w:ascii="Times New Roman" w:eastAsia="Times New Roman" w:hAnsi="Times New Roman" w:cs="Times New Roman"/>
                <w:color w:val="000000"/>
                <w:w w:val="102"/>
                <w:sz w:val="20"/>
              </w:rPr>
              <w:t>Заместитель директора</w:t>
            </w:r>
          </w:p>
        </w:tc>
        <w:tc>
          <w:tcPr>
            <w:tcW w:w="3060" w:type="dxa"/>
            <w:tcMar>
              <w:left w:w="0" w:type="dxa"/>
              <w:right w:w="0" w:type="dxa"/>
            </w:tcMar>
          </w:tcPr>
          <w:p w14:paraId="6F5FCF62" w14:textId="2390BCEF" w:rsidR="00FB2FF7" w:rsidRPr="006514E5" w:rsidRDefault="007D1D44" w:rsidP="009D4812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02"/>
                <w:sz w:val="20"/>
                <w:lang w:val="ru-RU"/>
              </w:rPr>
              <w:t xml:space="preserve">               </w:t>
            </w:r>
            <w:r w:rsidR="009C069A" w:rsidRPr="006514E5">
              <w:rPr>
                <w:rFonts w:ascii="Times New Roman" w:eastAsia="Times New Roman" w:hAnsi="Times New Roman" w:cs="Times New Roman"/>
                <w:color w:val="000000"/>
                <w:w w:val="102"/>
                <w:sz w:val="20"/>
              </w:rPr>
              <w:t>Директор</w:t>
            </w:r>
          </w:p>
        </w:tc>
      </w:tr>
    </w:tbl>
    <w:p w14:paraId="2AF3DC0B" w14:textId="77777777" w:rsidR="00FB2FF7" w:rsidRPr="006514E5" w:rsidRDefault="00FB2FF7" w:rsidP="009D4812">
      <w:pPr>
        <w:autoSpaceDE w:val="0"/>
        <w:autoSpaceDN w:val="0"/>
        <w:spacing w:after="0" w:line="240" w:lineRule="auto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3122"/>
        <w:gridCol w:w="3540"/>
        <w:gridCol w:w="3280"/>
      </w:tblGrid>
      <w:tr w:rsidR="00FB2FF7" w:rsidRPr="006514E5" w14:paraId="09AA1C8D" w14:textId="77777777">
        <w:trPr>
          <w:trHeight w:hRule="exact" w:val="462"/>
        </w:trPr>
        <w:tc>
          <w:tcPr>
            <w:tcW w:w="3122" w:type="dxa"/>
            <w:vMerge w:val="restart"/>
            <w:tcMar>
              <w:left w:w="0" w:type="dxa"/>
              <w:right w:w="0" w:type="dxa"/>
            </w:tcMar>
          </w:tcPr>
          <w:p w14:paraId="684D4A7D" w14:textId="77777777" w:rsidR="00FB2FF7" w:rsidRPr="006514E5" w:rsidRDefault="009C069A" w:rsidP="009D4812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6514E5">
              <w:rPr>
                <w:rFonts w:ascii="Times New Roman" w:eastAsia="Times New Roman" w:hAnsi="Times New Roman" w:cs="Times New Roman"/>
                <w:color w:val="000000"/>
                <w:w w:val="102"/>
                <w:sz w:val="20"/>
              </w:rPr>
              <w:t>Руководитель МО</w:t>
            </w:r>
          </w:p>
        </w:tc>
        <w:tc>
          <w:tcPr>
            <w:tcW w:w="3540" w:type="dxa"/>
            <w:tcMar>
              <w:left w:w="0" w:type="dxa"/>
              <w:right w:w="0" w:type="dxa"/>
            </w:tcMar>
          </w:tcPr>
          <w:p w14:paraId="782F9BF6" w14:textId="14BD50A5" w:rsidR="00FB2FF7" w:rsidRPr="006514E5" w:rsidRDefault="009C069A" w:rsidP="009D48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02"/>
                <w:sz w:val="20"/>
              </w:rPr>
              <w:t>______________Клименко Я.С.</w:t>
            </w:r>
          </w:p>
        </w:tc>
        <w:tc>
          <w:tcPr>
            <w:tcW w:w="3280" w:type="dxa"/>
            <w:tcMar>
              <w:left w:w="0" w:type="dxa"/>
              <w:right w:w="0" w:type="dxa"/>
            </w:tcMar>
          </w:tcPr>
          <w:p w14:paraId="557F248D" w14:textId="01098446" w:rsidR="00FB2FF7" w:rsidRPr="006514E5" w:rsidRDefault="009C069A" w:rsidP="009D481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02"/>
                <w:sz w:val="20"/>
              </w:rPr>
              <w:t>______________Лемешко О.З.</w:t>
            </w:r>
          </w:p>
        </w:tc>
      </w:tr>
      <w:tr w:rsidR="00FB2FF7" w:rsidRPr="006514E5" w14:paraId="0351792F" w14:textId="77777777">
        <w:trPr>
          <w:trHeight w:hRule="exact" w:val="118"/>
        </w:trPr>
        <w:tc>
          <w:tcPr>
            <w:tcW w:w="3429" w:type="dxa"/>
            <w:vMerge/>
          </w:tcPr>
          <w:p w14:paraId="5E161334" w14:textId="77777777" w:rsidR="00FB2FF7" w:rsidRPr="006514E5" w:rsidRDefault="00FB2FF7" w:rsidP="009D481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540" w:type="dxa"/>
            <w:vMerge w:val="restart"/>
            <w:tcMar>
              <w:left w:w="0" w:type="dxa"/>
              <w:right w:w="0" w:type="dxa"/>
            </w:tcMar>
          </w:tcPr>
          <w:p w14:paraId="0FEBA4C2" w14:textId="1D60FF58" w:rsidR="00FB2FF7" w:rsidRPr="006514E5" w:rsidRDefault="00FB2FF7" w:rsidP="009D4812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3280" w:type="dxa"/>
            <w:vMerge w:val="restart"/>
            <w:tcMar>
              <w:left w:w="0" w:type="dxa"/>
              <w:right w:w="0" w:type="dxa"/>
            </w:tcMar>
          </w:tcPr>
          <w:p w14:paraId="5E1C6B69" w14:textId="7144BBC1" w:rsidR="00FB2FF7" w:rsidRPr="006514E5" w:rsidRDefault="009C069A" w:rsidP="009D4812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514E5">
              <w:rPr>
                <w:rFonts w:ascii="Times New Roman" w:eastAsia="Times New Roman" w:hAnsi="Times New Roman" w:cs="Times New Roman"/>
                <w:color w:val="000000"/>
                <w:w w:val="102"/>
                <w:sz w:val="20"/>
              </w:rPr>
              <w:t>Приказ №</w:t>
            </w:r>
            <w:r>
              <w:rPr>
                <w:rFonts w:ascii="Times New Roman" w:eastAsia="Times New Roman" w:hAnsi="Times New Roman" w:cs="Times New Roman"/>
                <w:color w:val="000000"/>
                <w:w w:val="102"/>
                <w:sz w:val="20"/>
                <w:lang w:val="ru-RU"/>
              </w:rPr>
              <w:t xml:space="preserve"> </w:t>
            </w:r>
            <w:r w:rsidR="009951B3">
              <w:rPr>
                <w:rFonts w:ascii="Times New Roman" w:eastAsia="Times New Roman" w:hAnsi="Times New Roman" w:cs="Times New Roman"/>
                <w:color w:val="000000"/>
                <w:w w:val="102"/>
                <w:sz w:val="20"/>
                <w:lang w:val="ru-RU"/>
              </w:rPr>
              <w:t>131</w:t>
            </w:r>
          </w:p>
        </w:tc>
      </w:tr>
      <w:tr w:rsidR="00FB2FF7" w:rsidRPr="006514E5" w14:paraId="5007C964" w14:textId="77777777">
        <w:trPr>
          <w:trHeight w:hRule="exact" w:val="302"/>
        </w:trPr>
        <w:tc>
          <w:tcPr>
            <w:tcW w:w="3122" w:type="dxa"/>
            <w:tcMar>
              <w:left w:w="0" w:type="dxa"/>
              <w:right w:w="0" w:type="dxa"/>
            </w:tcMar>
          </w:tcPr>
          <w:p w14:paraId="67A2B1F9" w14:textId="010B9EBC" w:rsidR="00FB2FF7" w:rsidRPr="006514E5" w:rsidRDefault="009C069A" w:rsidP="009D4812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w w:val="102"/>
                <w:sz w:val="20"/>
              </w:rPr>
              <w:t>______________Левченко Е.И.</w:t>
            </w:r>
          </w:p>
        </w:tc>
        <w:tc>
          <w:tcPr>
            <w:tcW w:w="3429" w:type="dxa"/>
            <w:vMerge/>
          </w:tcPr>
          <w:p w14:paraId="67929C9C" w14:textId="77777777" w:rsidR="00FB2FF7" w:rsidRPr="006514E5" w:rsidRDefault="00FB2FF7" w:rsidP="009D481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429" w:type="dxa"/>
            <w:vMerge/>
          </w:tcPr>
          <w:p w14:paraId="7E8F06E0" w14:textId="77777777" w:rsidR="00FB2FF7" w:rsidRPr="006514E5" w:rsidRDefault="00FB2FF7" w:rsidP="009D481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FB2FF7" w:rsidRPr="006514E5" w14:paraId="1C231846" w14:textId="77777777">
        <w:trPr>
          <w:trHeight w:hRule="exact" w:val="484"/>
        </w:trPr>
        <w:tc>
          <w:tcPr>
            <w:tcW w:w="3122" w:type="dxa"/>
            <w:tcMar>
              <w:left w:w="0" w:type="dxa"/>
              <w:right w:w="0" w:type="dxa"/>
            </w:tcMar>
          </w:tcPr>
          <w:p w14:paraId="55C5F1A5" w14:textId="5ECA12CA" w:rsidR="00FB2FF7" w:rsidRPr="006514E5" w:rsidRDefault="009C069A" w:rsidP="009D4812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514E5">
              <w:rPr>
                <w:rFonts w:ascii="Times New Roman" w:eastAsia="Times New Roman" w:hAnsi="Times New Roman" w:cs="Times New Roman"/>
                <w:color w:val="000000"/>
                <w:w w:val="102"/>
                <w:sz w:val="20"/>
              </w:rPr>
              <w:t>Протокол №</w:t>
            </w:r>
            <w:r w:rsidR="006514E5">
              <w:rPr>
                <w:rFonts w:ascii="Times New Roman" w:eastAsia="Times New Roman" w:hAnsi="Times New Roman" w:cs="Times New Roman"/>
                <w:color w:val="000000"/>
                <w:w w:val="102"/>
                <w:sz w:val="20"/>
                <w:lang w:val="ru-RU"/>
              </w:rPr>
              <w:t xml:space="preserve"> 5</w:t>
            </w:r>
          </w:p>
        </w:tc>
        <w:tc>
          <w:tcPr>
            <w:tcW w:w="3540" w:type="dxa"/>
            <w:tcMar>
              <w:left w:w="0" w:type="dxa"/>
              <w:right w:w="0" w:type="dxa"/>
            </w:tcMar>
          </w:tcPr>
          <w:p w14:paraId="25D42B7F" w14:textId="2745352B" w:rsidR="00FB2FF7" w:rsidRPr="006514E5" w:rsidRDefault="00FB2FF7" w:rsidP="009D4812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280" w:type="dxa"/>
            <w:tcMar>
              <w:left w:w="0" w:type="dxa"/>
              <w:right w:w="0" w:type="dxa"/>
            </w:tcMar>
          </w:tcPr>
          <w:p w14:paraId="579577D5" w14:textId="6C5C752E" w:rsidR="00FB2FF7" w:rsidRPr="006514E5" w:rsidRDefault="009C069A" w:rsidP="009D4812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6514E5">
              <w:rPr>
                <w:rFonts w:ascii="Times New Roman" w:eastAsia="Times New Roman" w:hAnsi="Times New Roman" w:cs="Times New Roman"/>
                <w:color w:val="000000"/>
                <w:w w:val="102"/>
                <w:sz w:val="20"/>
              </w:rPr>
              <w:t>от "</w:t>
            </w:r>
            <w:r w:rsidR="006514E5">
              <w:rPr>
                <w:rFonts w:ascii="Times New Roman" w:eastAsia="Times New Roman" w:hAnsi="Times New Roman" w:cs="Times New Roman"/>
                <w:color w:val="000000"/>
                <w:w w:val="102"/>
                <w:sz w:val="20"/>
                <w:lang w:val="ru-RU"/>
              </w:rPr>
              <w:t>31</w:t>
            </w:r>
            <w:r w:rsidRPr="006514E5">
              <w:rPr>
                <w:rFonts w:ascii="Times New Roman" w:eastAsia="Times New Roman" w:hAnsi="Times New Roman" w:cs="Times New Roman"/>
                <w:color w:val="000000"/>
                <w:w w:val="102"/>
                <w:sz w:val="20"/>
              </w:rPr>
              <w:t>"</w:t>
            </w:r>
            <w:r w:rsidR="009951B3">
              <w:rPr>
                <w:rFonts w:ascii="Times New Roman" w:eastAsia="Times New Roman" w:hAnsi="Times New Roman" w:cs="Times New Roman"/>
                <w:color w:val="000000"/>
                <w:w w:val="102"/>
                <w:sz w:val="20"/>
                <w:lang w:val="ru-RU"/>
              </w:rPr>
              <w:t xml:space="preserve"> августа</w:t>
            </w:r>
            <w:r w:rsidR="006514E5">
              <w:rPr>
                <w:rFonts w:ascii="Times New Roman" w:eastAsia="Times New Roman" w:hAnsi="Times New Roman" w:cs="Times New Roman"/>
                <w:color w:val="000000"/>
                <w:w w:val="102"/>
                <w:sz w:val="20"/>
                <w:lang w:val="ru-RU"/>
              </w:rPr>
              <w:t xml:space="preserve"> 2022</w:t>
            </w:r>
            <w:r w:rsidRPr="006514E5">
              <w:rPr>
                <w:rFonts w:ascii="Times New Roman" w:eastAsia="Times New Roman" w:hAnsi="Times New Roman" w:cs="Times New Roman"/>
                <w:color w:val="000000"/>
                <w:w w:val="102"/>
                <w:sz w:val="20"/>
              </w:rPr>
              <w:t xml:space="preserve">  г.</w:t>
            </w:r>
          </w:p>
        </w:tc>
      </w:tr>
    </w:tbl>
    <w:p w14:paraId="0966EC81" w14:textId="18F7F599" w:rsidR="00FB2FF7" w:rsidRPr="006514E5" w:rsidRDefault="009C069A" w:rsidP="009D4812">
      <w:pPr>
        <w:autoSpaceDE w:val="0"/>
        <w:autoSpaceDN w:val="0"/>
        <w:spacing w:after="0" w:line="240" w:lineRule="auto"/>
        <w:rPr>
          <w:rFonts w:ascii="Times New Roman" w:hAnsi="Times New Roman" w:cs="Times New Roman"/>
        </w:rPr>
      </w:pPr>
      <w:r w:rsidRPr="006514E5">
        <w:rPr>
          <w:rFonts w:ascii="Times New Roman" w:eastAsia="Times New Roman" w:hAnsi="Times New Roman" w:cs="Times New Roman"/>
          <w:color w:val="000000"/>
          <w:w w:val="102"/>
          <w:sz w:val="20"/>
        </w:rPr>
        <w:t>от "</w:t>
      </w:r>
      <w:r w:rsidR="009951B3">
        <w:rPr>
          <w:rFonts w:ascii="Times New Roman" w:eastAsia="Times New Roman" w:hAnsi="Times New Roman" w:cs="Times New Roman"/>
          <w:color w:val="000000"/>
          <w:w w:val="102"/>
          <w:sz w:val="20"/>
          <w:lang w:val="ru-RU"/>
        </w:rPr>
        <w:t>24</w:t>
      </w:r>
      <w:proofErr w:type="gramStart"/>
      <w:r w:rsidRPr="006514E5">
        <w:rPr>
          <w:rFonts w:ascii="Times New Roman" w:eastAsia="Times New Roman" w:hAnsi="Times New Roman" w:cs="Times New Roman"/>
          <w:color w:val="000000"/>
          <w:w w:val="102"/>
          <w:sz w:val="20"/>
        </w:rPr>
        <w:t>"</w:t>
      </w:r>
      <w:r w:rsidR="009951B3">
        <w:rPr>
          <w:rFonts w:ascii="Times New Roman" w:eastAsia="Times New Roman" w:hAnsi="Times New Roman" w:cs="Times New Roman"/>
          <w:color w:val="000000"/>
          <w:w w:val="102"/>
          <w:sz w:val="20"/>
          <w:lang w:val="ru-RU"/>
        </w:rPr>
        <w:t xml:space="preserve">  июня</w:t>
      </w:r>
      <w:proofErr w:type="gramEnd"/>
      <w:r w:rsidR="009951B3">
        <w:rPr>
          <w:rFonts w:ascii="Times New Roman" w:eastAsia="Times New Roman" w:hAnsi="Times New Roman" w:cs="Times New Roman"/>
          <w:color w:val="000000"/>
          <w:w w:val="102"/>
          <w:sz w:val="20"/>
          <w:lang w:val="ru-RU"/>
        </w:rPr>
        <w:t xml:space="preserve"> </w:t>
      </w:r>
      <w:r w:rsidR="006514E5">
        <w:rPr>
          <w:rFonts w:ascii="Times New Roman" w:eastAsia="Times New Roman" w:hAnsi="Times New Roman" w:cs="Times New Roman"/>
          <w:color w:val="000000"/>
          <w:w w:val="102"/>
          <w:sz w:val="20"/>
          <w:lang w:val="ru-RU"/>
        </w:rPr>
        <w:t xml:space="preserve"> 2022</w:t>
      </w:r>
      <w:r w:rsidRPr="006514E5">
        <w:rPr>
          <w:rFonts w:ascii="Times New Roman" w:eastAsia="Times New Roman" w:hAnsi="Times New Roman" w:cs="Times New Roman"/>
          <w:color w:val="000000"/>
          <w:w w:val="102"/>
          <w:sz w:val="20"/>
        </w:rPr>
        <w:t xml:space="preserve"> г.</w:t>
      </w:r>
    </w:p>
    <w:p w14:paraId="4C8BD7BF" w14:textId="77777777" w:rsidR="00FB2FF7" w:rsidRPr="006514E5" w:rsidRDefault="009C069A" w:rsidP="007D1D44">
      <w:pPr>
        <w:autoSpaceDE w:val="0"/>
        <w:autoSpaceDN w:val="0"/>
        <w:spacing w:before="1038" w:after="0" w:line="240" w:lineRule="auto"/>
        <w:ind w:right="3644"/>
        <w:jc w:val="right"/>
        <w:rPr>
          <w:rFonts w:ascii="Times New Roman" w:hAnsi="Times New Roman" w:cs="Times New Roman"/>
        </w:rPr>
      </w:pPr>
      <w:r w:rsidRPr="006514E5">
        <w:rPr>
          <w:rFonts w:ascii="Times New Roman" w:eastAsia="Times New Roman" w:hAnsi="Times New Roman" w:cs="Times New Roman"/>
          <w:b/>
          <w:color w:val="000000"/>
          <w:sz w:val="24"/>
        </w:rPr>
        <w:t>РАБОЧАЯ ПРОГРАММА</w:t>
      </w:r>
    </w:p>
    <w:p w14:paraId="2BE08DC9" w14:textId="59F1B371" w:rsidR="00FB2FF7" w:rsidRPr="006514E5" w:rsidRDefault="009C069A" w:rsidP="007D1D44">
      <w:pPr>
        <w:autoSpaceDE w:val="0"/>
        <w:autoSpaceDN w:val="0"/>
        <w:spacing w:before="70" w:after="0" w:line="240" w:lineRule="auto"/>
        <w:ind w:right="4416"/>
        <w:jc w:val="right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(</w:t>
      </w:r>
      <w:r>
        <w:rPr>
          <w:rFonts w:ascii="Times New Roman" w:eastAsia="Times New Roman" w:hAnsi="Times New Roman"/>
          <w:b/>
          <w:color w:val="000000"/>
          <w:sz w:val="24"/>
        </w:rPr>
        <w:t>ID 2111358</w:t>
      </w:r>
      <w:r w:rsidRPr="006514E5">
        <w:rPr>
          <w:rFonts w:ascii="Times New Roman" w:eastAsia="Times New Roman" w:hAnsi="Times New Roman" w:cs="Times New Roman"/>
          <w:b/>
          <w:color w:val="000000"/>
          <w:sz w:val="24"/>
        </w:rPr>
        <w:t>)</w:t>
      </w:r>
    </w:p>
    <w:p w14:paraId="60AC11DD" w14:textId="77777777" w:rsidR="00FB2FF7" w:rsidRPr="009C069A" w:rsidRDefault="009C069A" w:rsidP="007D1D44">
      <w:pPr>
        <w:autoSpaceDE w:val="0"/>
        <w:autoSpaceDN w:val="0"/>
        <w:spacing w:before="166" w:after="0" w:line="240" w:lineRule="auto"/>
        <w:ind w:right="4016"/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 w:rsidRPr="009C069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учебного предмета</w:t>
      </w:r>
    </w:p>
    <w:p w14:paraId="44362DD1" w14:textId="77777777" w:rsidR="00FB2FF7" w:rsidRPr="009C069A" w:rsidRDefault="009C069A" w:rsidP="007D1D44">
      <w:pPr>
        <w:autoSpaceDE w:val="0"/>
        <w:autoSpaceDN w:val="0"/>
        <w:spacing w:before="70" w:after="0" w:line="240" w:lineRule="auto"/>
        <w:ind w:right="4174"/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 w:rsidRPr="009C069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«Русский язык»</w:t>
      </w:r>
    </w:p>
    <w:p w14:paraId="6D887F4B" w14:textId="3566B871" w:rsidR="00FB2FF7" w:rsidRPr="00026C10" w:rsidRDefault="009C069A" w:rsidP="007D1D44">
      <w:pPr>
        <w:autoSpaceDE w:val="0"/>
        <w:autoSpaceDN w:val="0"/>
        <w:spacing w:before="670" w:after="0" w:line="240" w:lineRule="auto"/>
        <w:ind w:right="2730"/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 w:rsidRPr="00026C10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для </w:t>
      </w:r>
      <w:proofErr w:type="gramStart"/>
      <w:r w:rsidRPr="00026C10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5</w:t>
      </w:r>
      <w:r w:rsidR="001020AE" w:rsidRPr="00026C10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026C10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класса</w:t>
      </w:r>
      <w:proofErr w:type="gramEnd"/>
      <w:r w:rsidRPr="00026C10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основного общего образования</w:t>
      </w:r>
    </w:p>
    <w:p w14:paraId="28884E51" w14:textId="5BB43B1B" w:rsidR="00FB2FF7" w:rsidRPr="00026C10" w:rsidRDefault="009C069A" w:rsidP="007D1D44">
      <w:pPr>
        <w:autoSpaceDE w:val="0"/>
        <w:autoSpaceDN w:val="0"/>
        <w:spacing w:before="70" w:after="0" w:line="240" w:lineRule="auto"/>
        <w:ind w:right="3614"/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 w:rsidRPr="00026C10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на 2022-2023 учебный год</w:t>
      </w:r>
    </w:p>
    <w:p w14:paraId="10314CD3" w14:textId="715EF733" w:rsidR="00FB2FF7" w:rsidRPr="00310C37" w:rsidRDefault="009D4812" w:rsidP="007D1D44">
      <w:pPr>
        <w:autoSpaceDE w:val="0"/>
        <w:autoSpaceDN w:val="0"/>
        <w:spacing w:before="2112" w:after="0" w:line="240" w:lineRule="auto"/>
        <w:ind w:right="28"/>
        <w:jc w:val="right"/>
        <w:rPr>
          <w:rFonts w:ascii="Times New Roman" w:hAnsi="Times New Roman" w:cs="Times New Roman"/>
          <w:lang w:val="ru-RU"/>
        </w:rPr>
      </w:pPr>
      <w:r w:rsidRPr="00310C37">
        <w:rPr>
          <w:rFonts w:ascii="Times New Roman" w:eastAsia="Times New Roman" w:hAnsi="Times New Roman" w:cs="Times New Roman"/>
          <w:color w:val="000000"/>
          <w:sz w:val="24"/>
          <w:lang w:val="ru-RU"/>
        </w:rPr>
        <w:t>Состави</w:t>
      </w:r>
      <w:r w:rsidR="009C069A">
        <w:rPr>
          <w:rFonts w:ascii="Times New Roman" w:eastAsia="Times New Roman" w:hAnsi="Times New Roman" w:cs="Times New Roman"/>
          <w:color w:val="000000"/>
          <w:sz w:val="24"/>
          <w:lang w:val="ru-RU"/>
        </w:rPr>
        <w:t>тель: УлезькоЛюдмила Егоровна</w:t>
      </w:r>
      <w:r w:rsidR="00310C37">
        <w:rPr>
          <w:rFonts w:ascii="Times New Roman" w:eastAsia="Times New Roman" w:hAnsi="Times New Roman" w:cs="Times New Roman"/>
          <w:color w:val="000000"/>
          <w:sz w:val="24"/>
          <w:lang w:val="ru-RU"/>
        </w:rPr>
        <w:t>,</w:t>
      </w:r>
    </w:p>
    <w:p w14:paraId="4E5CF47F" w14:textId="77777777" w:rsidR="00FB2FF7" w:rsidRPr="00310C37" w:rsidRDefault="009C069A" w:rsidP="006514E5">
      <w:pPr>
        <w:autoSpaceDE w:val="0"/>
        <w:autoSpaceDN w:val="0"/>
        <w:spacing w:before="70" w:after="0" w:line="240" w:lineRule="auto"/>
        <w:ind w:right="20"/>
        <w:jc w:val="right"/>
        <w:rPr>
          <w:rFonts w:ascii="Times New Roman" w:hAnsi="Times New Roman" w:cs="Times New Roman"/>
          <w:lang w:val="ru-RU"/>
        </w:rPr>
      </w:pPr>
      <w:r w:rsidRPr="00310C37">
        <w:rPr>
          <w:rFonts w:ascii="Times New Roman" w:eastAsia="Times New Roman" w:hAnsi="Times New Roman" w:cs="Times New Roman"/>
          <w:color w:val="000000"/>
          <w:sz w:val="24"/>
          <w:lang w:val="ru-RU"/>
        </w:rPr>
        <w:t>учитель русского языка и литературы</w:t>
      </w:r>
    </w:p>
    <w:p w14:paraId="6633B71D" w14:textId="77777777" w:rsidR="00310C37" w:rsidRDefault="00310C37" w:rsidP="006514E5">
      <w:pPr>
        <w:autoSpaceDE w:val="0"/>
        <w:autoSpaceDN w:val="0"/>
        <w:spacing w:after="0" w:line="240" w:lineRule="auto"/>
        <w:ind w:right="3576"/>
        <w:jc w:val="right"/>
        <w:rPr>
          <w:rFonts w:ascii="Times New Roman" w:eastAsia="Times New Roman" w:hAnsi="Times New Roman" w:cs="Times New Roman"/>
          <w:color w:val="000000"/>
          <w:sz w:val="24"/>
          <w:lang w:val="ru-RU"/>
        </w:rPr>
      </w:pPr>
    </w:p>
    <w:p w14:paraId="75399980" w14:textId="77777777" w:rsidR="00310C37" w:rsidRDefault="00310C37" w:rsidP="006514E5">
      <w:pPr>
        <w:autoSpaceDE w:val="0"/>
        <w:autoSpaceDN w:val="0"/>
        <w:spacing w:after="0" w:line="240" w:lineRule="auto"/>
        <w:ind w:right="3576"/>
        <w:jc w:val="right"/>
        <w:rPr>
          <w:rFonts w:ascii="Times New Roman" w:eastAsia="Times New Roman" w:hAnsi="Times New Roman" w:cs="Times New Roman"/>
          <w:color w:val="000000"/>
          <w:sz w:val="24"/>
          <w:lang w:val="ru-RU"/>
        </w:rPr>
      </w:pPr>
    </w:p>
    <w:p w14:paraId="700C2DE7" w14:textId="77777777" w:rsidR="00310C37" w:rsidRDefault="00310C37" w:rsidP="006514E5">
      <w:pPr>
        <w:autoSpaceDE w:val="0"/>
        <w:autoSpaceDN w:val="0"/>
        <w:spacing w:after="0" w:line="240" w:lineRule="auto"/>
        <w:ind w:right="3576"/>
        <w:jc w:val="right"/>
        <w:rPr>
          <w:rFonts w:ascii="Times New Roman" w:eastAsia="Times New Roman" w:hAnsi="Times New Roman" w:cs="Times New Roman"/>
          <w:color w:val="000000"/>
          <w:sz w:val="24"/>
          <w:lang w:val="ru-RU"/>
        </w:rPr>
      </w:pPr>
    </w:p>
    <w:p w14:paraId="132D7988" w14:textId="77777777" w:rsidR="00310C37" w:rsidRDefault="00310C37" w:rsidP="006514E5">
      <w:pPr>
        <w:autoSpaceDE w:val="0"/>
        <w:autoSpaceDN w:val="0"/>
        <w:spacing w:after="0" w:line="240" w:lineRule="auto"/>
        <w:ind w:right="3576"/>
        <w:jc w:val="right"/>
        <w:rPr>
          <w:rFonts w:ascii="Times New Roman" w:eastAsia="Times New Roman" w:hAnsi="Times New Roman" w:cs="Times New Roman"/>
          <w:color w:val="000000"/>
          <w:sz w:val="24"/>
          <w:lang w:val="ru-RU"/>
        </w:rPr>
      </w:pPr>
    </w:p>
    <w:p w14:paraId="47DD8D25" w14:textId="77777777" w:rsidR="00310C37" w:rsidRDefault="00310C37" w:rsidP="006514E5">
      <w:pPr>
        <w:autoSpaceDE w:val="0"/>
        <w:autoSpaceDN w:val="0"/>
        <w:spacing w:after="0" w:line="240" w:lineRule="auto"/>
        <w:ind w:right="3576"/>
        <w:jc w:val="right"/>
        <w:rPr>
          <w:rFonts w:ascii="Times New Roman" w:eastAsia="Times New Roman" w:hAnsi="Times New Roman" w:cs="Times New Roman"/>
          <w:color w:val="000000"/>
          <w:sz w:val="24"/>
          <w:lang w:val="ru-RU"/>
        </w:rPr>
      </w:pPr>
    </w:p>
    <w:p w14:paraId="5ACE78FA" w14:textId="77777777" w:rsidR="00310C37" w:rsidRDefault="00310C37" w:rsidP="006514E5">
      <w:pPr>
        <w:autoSpaceDE w:val="0"/>
        <w:autoSpaceDN w:val="0"/>
        <w:spacing w:after="0" w:line="240" w:lineRule="auto"/>
        <w:ind w:right="3576"/>
        <w:jc w:val="right"/>
        <w:rPr>
          <w:rFonts w:ascii="Times New Roman" w:eastAsia="Times New Roman" w:hAnsi="Times New Roman" w:cs="Times New Roman"/>
          <w:color w:val="000000"/>
          <w:sz w:val="24"/>
          <w:lang w:val="ru-RU"/>
        </w:rPr>
      </w:pPr>
    </w:p>
    <w:p w14:paraId="38407EB6" w14:textId="77777777" w:rsidR="00310C37" w:rsidRDefault="00310C37" w:rsidP="006514E5">
      <w:pPr>
        <w:autoSpaceDE w:val="0"/>
        <w:autoSpaceDN w:val="0"/>
        <w:spacing w:after="0" w:line="240" w:lineRule="auto"/>
        <w:ind w:right="3576"/>
        <w:jc w:val="right"/>
        <w:rPr>
          <w:rFonts w:ascii="Times New Roman" w:eastAsia="Times New Roman" w:hAnsi="Times New Roman" w:cs="Times New Roman"/>
          <w:color w:val="000000"/>
          <w:sz w:val="24"/>
          <w:lang w:val="ru-RU"/>
        </w:rPr>
      </w:pPr>
    </w:p>
    <w:p w14:paraId="37669569" w14:textId="77777777" w:rsidR="00310C37" w:rsidRDefault="00310C37" w:rsidP="006514E5">
      <w:pPr>
        <w:autoSpaceDE w:val="0"/>
        <w:autoSpaceDN w:val="0"/>
        <w:spacing w:after="0" w:line="240" w:lineRule="auto"/>
        <w:ind w:right="3576"/>
        <w:jc w:val="right"/>
        <w:rPr>
          <w:rFonts w:ascii="Times New Roman" w:eastAsia="Times New Roman" w:hAnsi="Times New Roman" w:cs="Times New Roman"/>
          <w:color w:val="000000"/>
          <w:sz w:val="24"/>
          <w:lang w:val="ru-RU"/>
        </w:rPr>
      </w:pPr>
    </w:p>
    <w:p w14:paraId="160B7814" w14:textId="77777777" w:rsidR="00310C37" w:rsidRDefault="00310C37" w:rsidP="006514E5">
      <w:pPr>
        <w:autoSpaceDE w:val="0"/>
        <w:autoSpaceDN w:val="0"/>
        <w:spacing w:after="0" w:line="240" w:lineRule="auto"/>
        <w:ind w:right="3576"/>
        <w:jc w:val="right"/>
        <w:rPr>
          <w:rFonts w:ascii="Times New Roman" w:eastAsia="Times New Roman" w:hAnsi="Times New Roman" w:cs="Times New Roman"/>
          <w:color w:val="000000"/>
          <w:sz w:val="24"/>
          <w:lang w:val="ru-RU"/>
        </w:rPr>
      </w:pPr>
    </w:p>
    <w:p w14:paraId="11D7C4C0" w14:textId="77777777" w:rsidR="009D4812" w:rsidRDefault="009D4812" w:rsidP="006514E5">
      <w:pPr>
        <w:autoSpaceDE w:val="0"/>
        <w:autoSpaceDN w:val="0"/>
        <w:spacing w:after="0" w:line="240" w:lineRule="auto"/>
        <w:ind w:right="3576"/>
        <w:jc w:val="right"/>
        <w:rPr>
          <w:rFonts w:ascii="Times New Roman" w:eastAsia="Times New Roman" w:hAnsi="Times New Roman" w:cs="Times New Roman"/>
          <w:color w:val="000000"/>
          <w:sz w:val="24"/>
          <w:lang w:val="ru-RU"/>
        </w:rPr>
      </w:pPr>
    </w:p>
    <w:p w14:paraId="2B9277BC" w14:textId="77777777" w:rsidR="009D4812" w:rsidRDefault="009D4812" w:rsidP="006514E5">
      <w:pPr>
        <w:autoSpaceDE w:val="0"/>
        <w:autoSpaceDN w:val="0"/>
        <w:spacing w:after="0" w:line="240" w:lineRule="auto"/>
        <w:ind w:right="3576"/>
        <w:jc w:val="right"/>
        <w:rPr>
          <w:rFonts w:ascii="Times New Roman" w:eastAsia="Times New Roman" w:hAnsi="Times New Roman" w:cs="Times New Roman"/>
          <w:color w:val="000000"/>
          <w:sz w:val="24"/>
          <w:lang w:val="ru-RU"/>
        </w:rPr>
      </w:pPr>
    </w:p>
    <w:p w14:paraId="2EC0A405" w14:textId="77777777" w:rsidR="009D4812" w:rsidRDefault="009D4812" w:rsidP="006514E5">
      <w:pPr>
        <w:autoSpaceDE w:val="0"/>
        <w:autoSpaceDN w:val="0"/>
        <w:spacing w:after="0" w:line="240" w:lineRule="auto"/>
        <w:ind w:right="3576"/>
        <w:jc w:val="right"/>
        <w:rPr>
          <w:rFonts w:ascii="Times New Roman" w:eastAsia="Times New Roman" w:hAnsi="Times New Roman" w:cs="Times New Roman"/>
          <w:color w:val="000000"/>
          <w:sz w:val="24"/>
          <w:lang w:val="ru-RU"/>
        </w:rPr>
      </w:pPr>
    </w:p>
    <w:p w14:paraId="3CE805CD" w14:textId="77777777" w:rsidR="009D4812" w:rsidRDefault="009D4812" w:rsidP="006514E5">
      <w:pPr>
        <w:autoSpaceDE w:val="0"/>
        <w:autoSpaceDN w:val="0"/>
        <w:spacing w:after="0" w:line="240" w:lineRule="auto"/>
        <w:ind w:right="3576"/>
        <w:jc w:val="right"/>
        <w:rPr>
          <w:rFonts w:ascii="Times New Roman" w:eastAsia="Times New Roman" w:hAnsi="Times New Roman" w:cs="Times New Roman"/>
          <w:color w:val="000000"/>
          <w:sz w:val="24"/>
          <w:lang w:val="ru-RU"/>
        </w:rPr>
      </w:pPr>
    </w:p>
    <w:p w14:paraId="61914B7A" w14:textId="5046DD94" w:rsidR="00FB2FF7" w:rsidRPr="00310C37" w:rsidRDefault="009C069A" w:rsidP="006514E5">
      <w:pPr>
        <w:autoSpaceDE w:val="0"/>
        <w:autoSpaceDN w:val="0"/>
        <w:spacing w:after="0" w:line="240" w:lineRule="auto"/>
        <w:ind w:right="3576"/>
        <w:jc w:val="right"/>
        <w:rPr>
          <w:rFonts w:ascii="Times New Roman" w:hAnsi="Times New Roman" w:cs="Times New Roman"/>
          <w:lang w:val="ru-RU"/>
        </w:rPr>
      </w:pPr>
      <w:r>
        <w:rPr>
          <w:rFonts w:ascii="Times New Roman" w:eastAsia="Times New Roman" w:hAnsi="Times New Roman" w:cs="Times New Roman"/>
          <w:color w:val="000000"/>
          <w:sz w:val="24"/>
          <w:lang w:val="ru-RU"/>
        </w:rPr>
        <w:t>с. Клименково</w:t>
      </w:r>
      <w:r w:rsidRPr="00310C37">
        <w:rPr>
          <w:rFonts w:ascii="Times New Roman" w:eastAsia="Times New Roman" w:hAnsi="Times New Roman" w:cs="Times New Roman"/>
          <w:color w:val="000000"/>
          <w:sz w:val="24"/>
          <w:lang w:val="ru-RU"/>
        </w:rPr>
        <w:t xml:space="preserve"> 2022</w:t>
      </w:r>
    </w:p>
    <w:p w14:paraId="1E098102" w14:textId="77777777" w:rsidR="00FB2FF7" w:rsidRPr="00310C37" w:rsidRDefault="00FB2FF7">
      <w:pPr>
        <w:rPr>
          <w:lang w:val="ru-RU"/>
        </w:rPr>
        <w:sectPr w:rsidR="00FB2FF7" w:rsidRPr="00310C37">
          <w:pgSz w:w="11900" w:h="16840"/>
          <w:pgMar w:top="448" w:right="1440" w:bottom="1440" w:left="1440" w:header="720" w:footer="720" w:gutter="0"/>
          <w:cols w:space="720" w:equalWidth="0">
            <w:col w:w="9020" w:space="0"/>
          </w:cols>
          <w:docGrid w:linePitch="360"/>
        </w:sectPr>
      </w:pPr>
    </w:p>
    <w:p w14:paraId="6DA6DC9A" w14:textId="77777777" w:rsidR="00FB2FF7" w:rsidRPr="00310C37" w:rsidRDefault="00FB2FF7">
      <w:pPr>
        <w:autoSpaceDE w:val="0"/>
        <w:autoSpaceDN w:val="0"/>
        <w:spacing w:after="78" w:line="220" w:lineRule="exact"/>
        <w:rPr>
          <w:lang w:val="ru-RU"/>
        </w:rPr>
      </w:pPr>
    </w:p>
    <w:p w14:paraId="3569E699" w14:textId="77777777" w:rsidR="00FB2FF7" w:rsidRPr="006514E5" w:rsidRDefault="009C069A" w:rsidP="00026C10">
      <w:pPr>
        <w:autoSpaceDE w:val="0"/>
        <w:autoSpaceDN w:val="0"/>
        <w:spacing w:after="0" w:line="286" w:lineRule="auto"/>
        <w:ind w:firstLine="180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Рабочая программа по русскому языку на уровне основного общего образования подготовлена на основе Федерального государственного образовательного стандарта основного общего образования (Приказ Минпросвещения России от 31 05 2021 г № 287, зарегистрирован Министерством юстиции Российской Федерации 05 07 2021 г , рег номер — 64101) (далее — ФГОС ООО), Концепции преподавания русского языка и литературы в Российской Федерации (утверждена распоряжением Правительства Российской Федерации от 9 апреля 2016 г № 637-р), Примерной программы воспитания, с учётом распределённых по классам проверяемых требований к результатам освоения Основной образовательной программы основного общего образования. </w:t>
      </w:r>
    </w:p>
    <w:p w14:paraId="3AC04FBA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ПОЯСНИТЕЛЬНАЯ ЗАПИСКА</w:t>
      </w:r>
    </w:p>
    <w:p w14:paraId="7EBF6BBB" w14:textId="77777777" w:rsidR="00FB2FF7" w:rsidRPr="006514E5" w:rsidRDefault="009C069A" w:rsidP="00026C10">
      <w:pPr>
        <w:autoSpaceDE w:val="0"/>
        <w:autoSpaceDN w:val="0"/>
        <w:spacing w:after="0"/>
        <w:ind w:firstLine="180"/>
        <w:rPr>
          <w:lang w:val="ru-RU"/>
        </w:rPr>
      </w:pPr>
      <w:proofErr w:type="gramStart"/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Личностные  и</w:t>
      </w:r>
      <w:proofErr w:type="gramEnd"/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  метапредметные   результаты   представлены с учётом особенностей преподавания русского языка в основной общеобразовательной школе с учётом методических традиций построения школьного  курса   русского   языка,   реализованных в большей части входящих в Федеральный перечень УМК по русскому языку. </w:t>
      </w:r>
    </w:p>
    <w:p w14:paraId="1094EAFC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ОБЩАЯ ХАРАКТЕРИСТИКА УЧЕБНОГО ПРЕДМЕТА «РУССКИЙ ЯЗЫК»</w:t>
      </w:r>
    </w:p>
    <w:p w14:paraId="3C077760" w14:textId="77777777" w:rsidR="00FB2FF7" w:rsidRPr="006514E5" w:rsidRDefault="009C069A" w:rsidP="00026C10">
      <w:pPr>
        <w:autoSpaceDE w:val="0"/>
        <w:autoSpaceDN w:val="0"/>
        <w:spacing w:after="0"/>
        <w:ind w:firstLine="180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Русский язык — государственный язык Российской Федерации, язык межнационального общения народов России, национальный язык русского народа. Как государственный язык и язык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межнационального общения русский язык является средством коммуникации всех народов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Российской Федерации, основой их социально-экономической, культурной и духовной консолидации.</w:t>
      </w:r>
    </w:p>
    <w:p w14:paraId="057B6FB3" w14:textId="77777777" w:rsidR="00FB2FF7" w:rsidRPr="006514E5" w:rsidRDefault="009C069A" w:rsidP="00026C10">
      <w:pPr>
        <w:autoSpaceDE w:val="0"/>
        <w:autoSpaceDN w:val="0"/>
        <w:spacing w:after="0" w:line="283" w:lineRule="auto"/>
        <w:ind w:firstLine="180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Высокая функциональная значимость русского языка и выполнение им функций государственного языка и языка межнационального общения важны для каждого жителя России, независимо от места его проживания и этнической принадлежности Знание русского языка и владение им в разных формах его существования и функциональных разновидностях, понимание его стилистических особенностей и выразительных возможностей, умение правильно и эффективно использовать русский язык в различных сферах и ситуациях общения определяют успешность социализации личности и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возможности её самореализации в различных жизненно важных для человека областях.</w:t>
      </w:r>
    </w:p>
    <w:p w14:paraId="6B78E6FD" w14:textId="77777777" w:rsidR="00FB2FF7" w:rsidRPr="006514E5" w:rsidRDefault="009C069A" w:rsidP="00026C10">
      <w:pPr>
        <w:autoSpaceDE w:val="0"/>
        <w:autoSpaceDN w:val="0"/>
        <w:spacing w:after="0"/>
        <w:ind w:firstLine="180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Русский язык, выполняя свои базовые функции общения и выражения мысли, обеспечивает межличностное и социальное взаимодействие людей, участвует в формировании сознания, самосознания и мировоззрения личности, является важнейшим средством хранения и передачи информации, культурных традиций, истории русского и других народов России.</w:t>
      </w:r>
    </w:p>
    <w:p w14:paraId="18426442" w14:textId="77777777" w:rsidR="00FB2FF7" w:rsidRPr="006514E5" w:rsidRDefault="009C069A" w:rsidP="00026C10">
      <w:pPr>
        <w:autoSpaceDE w:val="0"/>
        <w:autoSpaceDN w:val="0"/>
        <w:spacing w:after="0"/>
        <w:ind w:firstLine="180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Обучение русскому языку в школе направлено на совершенствование нравственной и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коммуникативной культуры ученика, развитие его интеллектуальных и творческих способностей, мышления, памяти и воображения, навыков самостоятельной учебной деятельности,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самообразования.</w:t>
      </w:r>
    </w:p>
    <w:p w14:paraId="460D04A1" w14:textId="77777777" w:rsidR="00FB2FF7" w:rsidRPr="006514E5" w:rsidRDefault="009C069A" w:rsidP="00026C10">
      <w:pPr>
        <w:autoSpaceDE w:val="0"/>
        <w:autoSpaceDN w:val="0"/>
        <w:spacing w:after="0" w:line="281" w:lineRule="auto"/>
        <w:ind w:firstLine="180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Содержание обучения русскому языку ориентировано также на развитие функциональной грамотности как интегративного умения человека читать, понимать тексты, использовать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информацию текстов разных форматов, оценивать её, размышлять о ней, чтобы достигать своих целей, расширять свои знания и возможности, участвовать в социальной жизни. Речевая и текстовая деятельность является системообразующей доминантой школьного курса русского языка.</w:t>
      </w:r>
    </w:p>
    <w:p w14:paraId="7C77675B" w14:textId="77777777" w:rsidR="00FB2FF7" w:rsidRPr="006514E5" w:rsidRDefault="009C069A" w:rsidP="00026C10">
      <w:pPr>
        <w:autoSpaceDE w:val="0"/>
        <w:autoSpaceDN w:val="0"/>
        <w:spacing w:after="0" w:line="271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Соответствующие умения и навыки представлены в перечне метапредметных и предметных результатов обучения, в содержании обучения (разделы «Язык и речь», «Текст», «Функциональные разновидности языка»).</w:t>
      </w:r>
    </w:p>
    <w:p w14:paraId="0BC50A38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ЦЕЛИ ИЗУЧЕНИЯ УЧЕБНОГО ПРЕДМЕТА «РУССКИЙ ЯЗЫК»</w:t>
      </w:r>
    </w:p>
    <w:p w14:paraId="2125B913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Целями изучения русского языка по программам основного общего образования являются:</w:t>
      </w:r>
    </w:p>
    <w:p w14:paraId="3F39C041" w14:textId="77777777" w:rsidR="00FB2FF7" w:rsidRPr="006514E5" w:rsidRDefault="00FB2FF7" w:rsidP="00026C10">
      <w:pPr>
        <w:spacing w:after="0"/>
        <w:rPr>
          <w:lang w:val="ru-RU"/>
        </w:rPr>
        <w:sectPr w:rsidR="00FB2FF7" w:rsidRPr="006514E5">
          <w:pgSz w:w="11900" w:h="16840"/>
          <w:pgMar w:top="298" w:right="650" w:bottom="428" w:left="666" w:header="720" w:footer="720" w:gutter="0"/>
          <w:cols w:space="720" w:equalWidth="0">
            <w:col w:w="10584" w:space="0"/>
          </w:cols>
          <w:docGrid w:linePitch="360"/>
        </w:sectPr>
      </w:pPr>
    </w:p>
    <w:p w14:paraId="259159DA" w14:textId="77777777" w:rsidR="00FB2FF7" w:rsidRPr="006514E5" w:rsidRDefault="00FB2FF7" w:rsidP="00026C10">
      <w:pPr>
        <w:autoSpaceDE w:val="0"/>
        <w:autoSpaceDN w:val="0"/>
        <w:spacing w:after="0" w:line="220" w:lineRule="exact"/>
        <w:rPr>
          <w:lang w:val="ru-RU"/>
        </w:rPr>
      </w:pPr>
    </w:p>
    <w:p w14:paraId="5430CAAC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90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осознание и проявление общероссийской гражданственности, патриотизма, уважения к русскому языку как государственному языку Российской Федерации и языку межнационального общения; проявление сознательного отношения к языку как к общероссийской ценности, форме выражения и хранения духовного богатства русского и других народов России, как к средству общения и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получения знаний в разных сферах ​человеческой деятельности; проявление уважения к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общероссийской и русской культуре, к культуре и языкам всех народов Российской Федерации;</w:t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овладение русским языком как инструментом личностного развития, инструментом формирования социальных взаимоотношений, инструментом преобразования мира;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овладение знаниями о русском языке, его устройстве и закономерностях функционирования, о стилистических ресурсах русского языка; практическое овладение нормами русского литературного языка и речевого этикета; обогащение активного и потенциального словарного запаса и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использование в собственной речевой практике разнообразных грамматических средств;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совершенствование орфографической и пунктуационной грамотности; воспитание стремления к речевому самосовершенствованию;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совершенствование речевой деятельности, коммуникативных умений, обеспечивающих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эффективное взаимодействие с окружающими людьми в ситуациях формального и неформального межличностного и межкультурного общения; овладение русским языком как средством получения различной информации, в том числе знаний по разным учебным предметам;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совершенствование мыслительной деятельности, развитие универсальных интеллектуальных умений сравнения, анализа, синтеза, абстрагирования, обобщения, классификации, установления определённых закономерностей и правил, конкретизации и т. п. в процессе изучения русского языка;</w:t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развитие функциональной грамотности: умений осуществлять информационный поиск, извлекать и преобразовывать необходимую информацию, интерпретировать, понимать и использовать тексты разных форматов (сплошной, несплошной текст, инфографика и др.); освоение стратегий и тактик информационно-смысловой переработки текста, овладение способами понимания текста, его назначения, общего смысла, коммуникативного намерения автора; логической структуры, роли языковых средств.</w:t>
      </w:r>
    </w:p>
    <w:p w14:paraId="6EDC1773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МЕСТО УЧЕБНОГО ПРЕДМЕТА «РУССКИЙ ЯЗЫК» В УЧЕБНОМ ПЛАНЕ</w:t>
      </w:r>
    </w:p>
    <w:p w14:paraId="0C7C975C" w14:textId="77777777" w:rsidR="00FB2FF7" w:rsidRPr="006514E5" w:rsidRDefault="009C069A" w:rsidP="00026C10">
      <w:pPr>
        <w:autoSpaceDE w:val="0"/>
        <w:autoSpaceDN w:val="0"/>
        <w:spacing w:after="0" w:line="271" w:lineRule="auto"/>
        <w:ind w:firstLine="180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В соответствии с Федеральным государственным образовательным стандартом основного общего образования учебный предмет «Русский язык» входит </w:t>
      </w:r>
      <w:proofErr w:type="gramStart"/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в  предметную</w:t>
      </w:r>
      <w:proofErr w:type="gramEnd"/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 область  «Русский язык и литература» и является обязательным для  изучения.</w:t>
      </w:r>
    </w:p>
    <w:p w14:paraId="22C74C36" w14:textId="77777777" w:rsidR="00FB2FF7" w:rsidRPr="006514E5" w:rsidRDefault="009C069A" w:rsidP="00026C10">
      <w:pPr>
        <w:autoSpaceDE w:val="0"/>
        <w:autoSpaceDN w:val="0"/>
        <w:spacing w:after="0" w:line="271" w:lineRule="auto"/>
        <w:ind w:firstLine="180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Содержание учебного предмета «Русский язык», представленное в рабочей программе, соответствует ФГОС ООО, Примерной основной образовательной программе основного общего образования.</w:t>
      </w:r>
    </w:p>
    <w:p w14:paraId="52C37867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Учебным планом на изучение русского языка в 5 классе </w:t>
      </w:r>
      <w:proofErr w:type="gramStart"/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отводится  -</w:t>
      </w:r>
      <w:proofErr w:type="gramEnd"/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170 ч. (5 часов в неделю).</w:t>
      </w:r>
    </w:p>
    <w:p w14:paraId="41BF9B4A" w14:textId="77777777" w:rsidR="009951B3" w:rsidRDefault="009951B3" w:rsidP="00026C10">
      <w:pPr>
        <w:autoSpaceDE w:val="0"/>
        <w:autoSpaceDN w:val="0"/>
        <w:spacing w:after="0" w:line="230" w:lineRule="auto"/>
        <w:rPr>
          <w:rFonts w:ascii="Times New Roman" w:eastAsia="Times New Roman" w:hAnsi="Times New Roman"/>
          <w:b/>
          <w:color w:val="000000"/>
          <w:sz w:val="24"/>
          <w:lang w:val="ru-RU"/>
        </w:rPr>
      </w:pPr>
    </w:p>
    <w:p w14:paraId="3C099A7B" w14:textId="77777777" w:rsidR="009951B3" w:rsidRDefault="009951B3" w:rsidP="00026C10">
      <w:pPr>
        <w:autoSpaceDE w:val="0"/>
        <w:autoSpaceDN w:val="0"/>
        <w:spacing w:after="0" w:line="230" w:lineRule="auto"/>
        <w:rPr>
          <w:rFonts w:ascii="Times New Roman" w:eastAsia="Times New Roman" w:hAnsi="Times New Roman"/>
          <w:b/>
          <w:color w:val="000000"/>
          <w:sz w:val="24"/>
          <w:lang w:val="ru-RU"/>
        </w:rPr>
      </w:pPr>
    </w:p>
    <w:p w14:paraId="39B200A1" w14:textId="77777777" w:rsidR="009951B3" w:rsidRDefault="009951B3" w:rsidP="00026C10">
      <w:pPr>
        <w:autoSpaceDE w:val="0"/>
        <w:autoSpaceDN w:val="0"/>
        <w:spacing w:after="0" w:line="230" w:lineRule="auto"/>
        <w:rPr>
          <w:rFonts w:ascii="Times New Roman" w:eastAsia="Times New Roman" w:hAnsi="Times New Roman"/>
          <w:b/>
          <w:color w:val="000000"/>
          <w:sz w:val="24"/>
          <w:lang w:val="ru-RU"/>
        </w:rPr>
      </w:pPr>
    </w:p>
    <w:p w14:paraId="2A9D033E" w14:textId="77777777" w:rsidR="009951B3" w:rsidRDefault="009951B3" w:rsidP="00026C10">
      <w:pPr>
        <w:autoSpaceDE w:val="0"/>
        <w:autoSpaceDN w:val="0"/>
        <w:spacing w:after="0" w:line="230" w:lineRule="auto"/>
        <w:rPr>
          <w:rFonts w:ascii="Times New Roman" w:eastAsia="Times New Roman" w:hAnsi="Times New Roman"/>
          <w:b/>
          <w:color w:val="000000"/>
          <w:sz w:val="24"/>
          <w:lang w:val="ru-RU"/>
        </w:rPr>
      </w:pPr>
    </w:p>
    <w:p w14:paraId="5627D10C" w14:textId="77777777" w:rsidR="009951B3" w:rsidRDefault="009951B3" w:rsidP="00026C10">
      <w:pPr>
        <w:autoSpaceDE w:val="0"/>
        <w:autoSpaceDN w:val="0"/>
        <w:spacing w:after="0" w:line="230" w:lineRule="auto"/>
        <w:rPr>
          <w:rFonts w:ascii="Times New Roman" w:eastAsia="Times New Roman" w:hAnsi="Times New Roman"/>
          <w:b/>
          <w:color w:val="000000"/>
          <w:sz w:val="24"/>
          <w:lang w:val="ru-RU"/>
        </w:rPr>
      </w:pPr>
    </w:p>
    <w:p w14:paraId="15F11953" w14:textId="77777777" w:rsidR="009951B3" w:rsidRDefault="009951B3" w:rsidP="00026C10">
      <w:pPr>
        <w:autoSpaceDE w:val="0"/>
        <w:autoSpaceDN w:val="0"/>
        <w:spacing w:after="0" w:line="230" w:lineRule="auto"/>
        <w:rPr>
          <w:rFonts w:ascii="Times New Roman" w:eastAsia="Times New Roman" w:hAnsi="Times New Roman"/>
          <w:b/>
          <w:color w:val="000000"/>
          <w:sz w:val="24"/>
          <w:lang w:val="ru-RU"/>
        </w:rPr>
      </w:pPr>
    </w:p>
    <w:p w14:paraId="0DE159AF" w14:textId="77777777" w:rsidR="009951B3" w:rsidRDefault="009951B3" w:rsidP="00026C10">
      <w:pPr>
        <w:autoSpaceDE w:val="0"/>
        <w:autoSpaceDN w:val="0"/>
        <w:spacing w:after="0" w:line="230" w:lineRule="auto"/>
        <w:rPr>
          <w:rFonts w:ascii="Times New Roman" w:eastAsia="Times New Roman" w:hAnsi="Times New Roman"/>
          <w:b/>
          <w:color w:val="000000"/>
          <w:sz w:val="24"/>
          <w:lang w:val="ru-RU"/>
        </w:rPr>
      </w:pPr>
    </w:p>
    <w:p w14:paraId="6A528669" w14:textId="77777777" w:rsidR="009951B3" w:rsidRDefault="009951B3" w:rsidP="00026C10">
      <w:pPr>
        <w:autoSpaceDE w:val="0"/>
        <w:autoSpaceDN w:val="0"/>
        <w:spacing w:after="0" w:line="230" w:lineRule="auto"/>
        <w:rPr>
          <w:rFonts w:ascii="Times New Roman" w:eastAsia="Times New Roman" w:hAnsi="Times New Roman"/>
          <w:b/>
          <w:color w:val="000000"/>
          <w:sz w:val="24"/>
          <w:lang w:val="ru-RU"/>
        </w:rPr>
      </w:pPr>
    </w:p>
    <w:p w14:paraId="18264149" w14:textId="77777777" w:rsidR="009951B3" w:rsidRDefault="009951B3" w:rsidP="00026C10">
      <w:pPr>
        <w:autoSpaceDE w:val="0"/>
        <w:autoSpaceDN w:val="0"/>
        <w:spacing w:after="0" w:line="230" w:lineRule="auto"/>
        <w:rPr>
          <w:rFonts w:ascii="Times New Roman" w:eastAsia="Times New Roman" w:hAnsi="Times New Roman"/>
          <w:b/>
          <w:color w:val="000000"/>
          <w:sz w:val="24"/>
          <w:lang w:val="ru-RU"/>
        </w:rPr>
      </w:pPr>
    </w:p>
    <w:p w14:paraId="29E43295" w14:textId="77777777" w:rsidR="009951B3" w:rsidRDefault="009951B3" w:rsidP="00026C10">
      <w:pPr>
        <w:autoSpaceDE w:val="0"/>
        <w:autoSpaceDN w:val="0"/>
        <w:spacing w:after="0" w:line="230" w:lineRule="auto"/>
        <w:rPr>
          <w:rFonts w:ascii="Times New Roman" w:eastAsia="Times New Roman" w:hAnsi="Times New Roman"/>
          <w:b/>
          <w:color w:val="000000"/>
          <w:sz w:val="24"/>
          <w:lang w:val="ru-RU"/>
        </w:rPr>
      </w:pPr>
    </w:p>
    <w:p w14:paraId="5A665AA5" w14:textId="77777777" w:rsidR="009951B3" w:rsidRDefault="009951B3" w:rsidP="00026C10">
      <w:pPr>
        <w:autoSpaceDE w:val="0"/>
        <w:autoSpaceDN w:val="0"/>
        <w:spacing w:after="0" w:line="230" w:lineRule="auto"/>
        <w:rPr>
          <w:rFonts w:ascii="Times New Roman" w:eastAsia="Times New Roman" w:hAnsi="Times New Roman"/>
          <w:b/>
          <w:color w:val="000000"/>
          <w:sz w:val="24"/>
          <w:lang w:val="ru-RU"/>
        </w:rPr>
      </w:pPr>
    </w:p>
    <w:p w14:paraId="3DA84D5D" w14:textId="77777777" w:rsidR="009951B3" w:rsidRDefault="009951B3" w:rsidP="00026C10">
      <w:pPr>
        <w:autoSpaceDE w:val="0"/>
        <w:autoSpaceDN w:val="0"/>
        <w:spacing w:after="0" w:line="230" w:lineRule="auto"/>
        <w:rPr>
          <w:rFonts w:ascii="Times New Roman" w:eastAsia="Times New Roman" w:hAnsi="Times New Roman"/>
          <w:b/>
          <w:color w:val="000000"/>
          <w:sz w:val="24"/>
          <w:lang w:val="ru-RU"/>
        </w:rPr>
      </w:pPr>
    </w:p>
    <w:p w14:paraId="072CAE69" w14:textId="77777777" w:rsidR="009951B3" w:rsidRDefault="009951B3" w:rsidP="00026C10">
      <w:pPr>
        <w:autoSpaceDE w:val="0"/>
        <w:autoSpaceDN w:val="0"/>
        <w:spacing w:after="0" w:line="230" w:lineRule="auto"/>
        <w:rPr>
          <w:rFonts w:ascii="Times New Roman" w:eastAsia="Times New Roman" w:hAnsi="Times New Roman"/>
          <w:b/>
          <w:color w:val="000000"/>
          <w:sz w:val="24"/>
          <w:lang w:val="ru-RU"/>
        </w:rPr>
      </w:pPr>
    </w:p>
    <w:p w14:paraId="2F2D5DE9" w14:textId="7CACAB18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lastRenderedPageBreak/>
        <w:t xml:space="preserve">СОДЕРЖАНИЕ УЧЕБНОГО ПРЕДМЕТА </w:t>
      </w:r>
    </w:p>
    <w:p w14:paraId="7A78779A" w14:textId="77777777" w:rsidR="00FB2FF7" w:rsidRPr="006514E5" w:rsidRDefault="009C069A" w:rsidP="00026C10">
      <w:pPr>
        <w:autoSpaceDE w:val="0"/>
        <w:autoSpaceDN w:val="0"/>
        <w:spacing w:after="0" w:line="271" w:lineRule="auto"/>
        <w:rPr>
          <w:lang w:val="ru-RU"/>
        </w:rPr>
      </w:pP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Общие сведения о языке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Богатство и выразительность русского языка.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Лингвистика как наука о языке.</w:t>
      </w:r>
    </w:p>
    <w:p w14:paraId="7A91457B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Основные разделы лингвистики.</w:t>
      </w:r>
    </w:p>
    <w:p w14:paraId="32236750" w14:textId="77777777" w:rsidR="00FB2FF7" w:rsidRPr="006514E5" w:rsidRDefault="009C069A" w:rsidP="00026C10">
      <w:pPr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Язык и речь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Язык и речь.Речь устная и письменная, монологическая и диалогическая, полилог.</w:t>
      </w:r>
    </w:p>
    <w:p w14:paraId="133F23A2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Виды речевой деятельности (говорение, слушание, чтение, письмо), их особенности.</w:t>
      </w:r>
    </w:p>
    <w:p w14:paraId="7846C0D6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Создание устных монологических высказываний на основе жизненных наблюдений, чтения научно-учебной, художественной и научно-популярной литературы.</w:t>
      </w:r>
    </w:p>
    <w:p w14:paraId="4D60BA6B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Устный пересказ прочитанного или прослушанного текста, в том числе с изменением лица рассказчика.</w:t>
      </w:r>
    </w:p>
    <w:p w14:paraId="12DC6B46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Участие в диалоге на лингвистические темы (в рамках изученного) и темы на основе жизненных наблюдений.</w:t>
      </w:r>
    </w:p>
    <w:p w14:paraId="2D0C0C16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Речевые формулы приветствия, прощания, просьбы, благодарности.</w:t>
      </w:r>
    </w:p>
    <w:p w14:paraId="42386F8D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Сочинения различных видов с опорой на жизненный и читательский опыт, сюжетную картину (в том числе сочинения-миниатюры).</w:t>
      </w:r>
    </w:p>
    <w:p w14:paraId="0A1C399C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Виды аудирования: выборочное, ознакомительное, детальное.</w:t>
      </w:r>
    </w:p>
    <w:p w14:paraId="77DAD0CA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Виды чтения: изучающее, ознакомительное, просмотровое, поисковое.</w:t>
      </w:r>
    </w:p>
    <w:p w14:paraId="2088BB4A" w14:textId="77777777" w:rsidR="00FB2FF7" w:rsidRPr="006514E5" w:rsidRDefault="009C069A" w:rsidP="00026C10">
      <w:pPr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Текст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Текст и его основные признаки. Тема и главная мысль текста. Микротема текста. Ключевые слова.</w:t>
      </w:r>
    </w:p>
    <w:p w14:paraId="3885BA8F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Функционально-смысловые типы речи: описание, повествование, рассуждение; их особенности.</w:t>
      </w:r>
    </w:p>
    <w:p w14:paraId="7D52CE05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Композиционная структура текста. Абзац как средство членения текста на композиционно-смысловые части.</w:t>
      </w:r>
    </w:p>
    <w:p w14:paraId="6CB6A05B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Средства связи предложений и частей текста: формы слова, однокоренные слова, синонимы, антонимы, личные местоимения, повтор слова.</w:t>
      </w:r>
    </w:p>
    <w:p w14:paraId="3532BDB8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Повествование как тип речи. Рассказ.</w:t>
      </w:r>
    </w:p>
    <w:p w14:paraId="76A4FCA7" w14:textId="77777777" w:rsidR="00FB2FF7" w:rsidRPr="006514E5" w:rsidRDefault="009C069A" w:rsidP="00026C10">
      <w:pPr>
        <w:autoSpaceDE w:val="0"/>
        <w:autoSpaceDN w:val="0"/>
        <w:spacing w:after="0" w:line="271" w:lineRule="auto"/>
        <w:ind w:firstLine="180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Смысловой анализ текста: его композиционных особенностей, микротем и абзацев, способов и средств связи предложений в тексте; использование языковых средств выразительности (в рамках изученного).</w:t>
      </w:r>
    </w:p>
    <w:p w14:paraId="327D9771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Подробное, выборочное и сжатое изложение </w:t>
      </w:r>
      <w:proofErr w:type="gramStart"/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содержания</w:t>
      </w:r>
      <w:proofErr w:type="gramEnd"/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прочитанного или прослушанного текста. Изложение содержания текста с изменением лица рассказчика.</w:t>
      </w:r>
    </w:p>
    <w:p w14:paraId="17279ECC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Информационная переработка текста: простой и сложный план текста.</w:t>
      </w:r>
    </w:p>
    <w:p w14:paraId="6603BC4B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71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Функциональные разновидности языка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Общее представление о функциональных разновидностях языка (о разговорной речи, функциональных стилях, языке художественной литературы).</w:t>
      </w:r>
    </w:p>
    <w:p w14:paraId="385B6E53" w14:textId="77777777" w:rsidR="00FB2FF7" w:rsidRPr="006514E5" w:rsidRDefault="009C069A" w:rsidP="00026C10">
      <w:pPr>
        <w:autoSpaceDE w:val="0"/>
        <w:autoSpaceDN w:val="0"/>
        <w:spacing w:after="0" w:line="271" w:lineRule="auto"/>
        <w:rPr>
          <w:lang w:val="ru-RU"/>
        </w:rPr>
      </w:pP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СИСТЕМА ЯЗЫКА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Фонетика. Графика. Орфоэпия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Фонетика и графика как разделы лингвистики.</w:t>
      </w:r>
    </w:p>
    <w:p w14:paraId="26A44144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Звук как единица языка. Смыслоразличительная роль звука.</w:t>
      </w:r>
    </w:p>
    <w:p w14:paraId="0668A2C0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Система гласных звуков.</w:t>
      </w:r>
    </w:p>
    <w:p w14:paraId="77385971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Система согласных звуков.</w:t>
      </w:r>
    </w:p>
    <w:p w14:paraId="47CC3F02" w14:textId="77777777" w:rsidR="00FB2FF7" w:rsidRPr="006514E5" w:rsidRDefault="009C069A" w:rsidP="00026C10">
      <w:pPr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Изменение звуков в речевом потоке. Элементы фонетической транскрипции. Слог. Ударение. Свойства русского ударения.</w:t>
      </w:r>
    </w:p>
    <w:p w14:paraId="2778D492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Соотношение звуков и букв.</w:t>
      </w:r>
    </w:p>
    <w:p w14:paraId="617FA6A3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Фонетический анализ слова.</w:t>
      </w:r>
    </w:p>
    <w:p w14:paraId="7928A93E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Способы обозначения [й’], мягкости согласных.</w:t>
      </w:r>
    </w:p>
    <w:p w14:paraId="27F1B8F2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Основные выразительные средства фонетики.</w:t>
      </w:r>
    </w:p>
    <w:p w14:paraId="7F50D47B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Прописные и строчные буквы.</w:t>
      </w:r>
    </w:p>
    <w:p w14:paraId="5AF47834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Интонация, её функции. Основные элементы интонации.</w:t>
      </w:r>
    </w:p>
    <w:p w14:paraId="6FB4571A" w14:textId="77777777" w:rsidR="00FB2FF7" w:rsidRPr="006514E5" w:rsidRDefault="009C069A" w:rsidP="00026C10">
      <w:pPr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lastRenderedPageBreak/>
        <w:t xml:space="preserve">Орфография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Орфография как раздел лингвистики.</w:t>
      </w:r>
    </w:p>
    <w:p w14:paraId="747E7614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Понятие «орфограмма». Буквенные и небуквенные орфограммы.</w:t>
      </w:r>
    </w:p>
    <w:p w14:paraId="3284E45D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Правописание разделительных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ъ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и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ь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.</w:t>
      </w:r>
    </w:p>
    <w:p w14:paraId="2F398A72" w14:textId="77777777" w:rsidR="00FB2FF7" w:rsidRPr="006514E5" w:rsidRDefault="009C069A" w:rsidP="00026C10">
      <w:pPr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Лексикология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Лексикология как раздел лингвистики.</w:t>
      </w:r>
    </w:p>
    <w:p w14:paraId="4D80F5E7" w14:textId="77777777" w:rsidR="00FB2FF7" w:rsidRPr="006514E5" w:rsidRDefault="009C069A" w:rsidP="00026C10">
      <w:pPr>
        <w:autoSpaceDE w:val="0"/>
        <w:autoSpaceDN w:val="0"/>
        <w:spacing w:after="0" w:line="271" w:lineRule="auto"/>
        <w:ind w:firstLine="180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Основные способы толкования лексического значения слова (подбор однокоренных слов; подбор синонимов и антонимов); основные способы разъяснения значения слова (по контексту, с помощью толкового словаря).</w:t>
      </w:r>
    </w:p>
    <w:p w14:paraId="67668B7D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Слова однозначные и многозначные. Прямое и переносное значения слова. Тематические группы слов. Обозначение родовых и видовых понятий.</w:t>
      </w:r>
    </w:p>
    <w:p w14:paraId="64021BD1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Синонимы. Антонимы. Омонимы. Паронимы.</w:t>
      </w:r>
    </w:p>
    <w:p w14:paraId="3FF1FFDC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Разные виды лексических словарей (толковый словарь, словари синонимов, антонимов, омонимов, паронимов) и их роль в овладении словарным богатством родного языка.</w:t>
      </w:r>
    </w:p>
    <w:p w14:paraId="41F17A15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Лексический анализ слов (в рамках изученного).</w:t>
      </w:r>
    </w:p>
    <w:p w14:paraId="67E54554" w14:textId="77777777" w:rsidR="00FB2FF7" w:rsidRPr="006514E5" w:rsidRDefault="009C069A" w:rsidP="00026C10">
      <w:pPr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Морфемика. Орфография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Морфемика как раздел лингвистики.</w:t>
      </w:r>
    </w:p>
    <w:p w14:paraId="61A18F37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Морфема как минимальная значимая единица языка. Основа слова. Виды морфем (корень, приставка, суффикс, окончание).</w:t>
      </w:r>
    </w:p>
    <w:p w14:paraId="0E0019CF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Чередование звуков в морфемах (в том числе чередование гласных с нулём звука).</w:t>
      </w:r>
    </w:p>
    <w:p w14:paraId="34EAD219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Морфемный анализ слов.</w:t>
      </w:r>
    </w:p>
    <w:p w14:paraId="2F8ACFE4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Уместное использование слов с суффиксами оценки в собственной речи.</w:t>
      </w:r>
    </w:p>
    <w:p w14:paraId="7B562A40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Правописание корней с безударными проверяемыми, непроверяемыми гласными (в рамках изученного).</w:t>
      </w:r>
    </w:p>
    <w:p w14:paraId="339FE3F1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Правописание корней с проверяемыми, непроверяемыми, ​непроизносимыми согласными (в рамках изученного).</w:t>
      </w:r>
    </w:p>
    <w:p w14:paraId="17F876C9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Правописание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ё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—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о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после шипящих в корне слова.</w:t>
      </w:r>
    </w:p>
    <w:p w14:paraId="31F1B584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Правописание неизменяемых на письме приставок и приставок на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-з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(-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с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).</w:t>
      </w:r>
    </w:p>
    <w:p w14:paraId="20CD6125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Правописание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ы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—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и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после приставок.</w:t>
      </w:r>
    </w:p>
    <w:p w14:paraId="02149A44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Правописание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ы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—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и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после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ц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.</w:t>
      </w:r>
    </w:p>
    <w:p w14:paraId="6B6EE3AA" w14:textId="77777777" w:rsidR="00FB2FF7" w:rsidRPr="006514E5" w:rsidRDefault="009C069A" w:rsidP="00026C10">
      <w:pPr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Морфология. Культура речи. Орфография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Морфология как раздел грамматики. Грамматическое значение слова.</w:t>
      </w:r>
    </w:p>
    <w:p w14:paraId="1820DD1C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Части речи как лексико-грамматические разряды слов. Система частей речи в русском языке. Самостоятельные и служебные части речи.</w:t>
      </w:r>
    </w:p>
    <w:p w14:paraId="3FCF3863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71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Имя существительное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Имя существительное как часть речи. Общее грамматическое значение, морфологические признаки и синтаксические функции имени существительного. Роль имени существительного в речи.</w:t>
      </w:r>
    </w:p>
    <w:p w14:paraId="0BB3172B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71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Лексико-грамматические разряды имён существительных по значению, имена существительные собственные и нарицательные; имена существительные одушевлённые и неодушевлённые. </w:t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Род, число, падеж имени существительного.</w:t>
      </w:r>
    </w:p>
    <w:p w14:paraId="29AB8C58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Имена существительные общего рода.</w:t>
      </w:r>
    </w:p>
    <w:p w14:paraId="3533C644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71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Имена существительные, имеющие форму только единственного или только множественного числа. </w:t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Типы склонения имён существительных. Разносклоняемые имена существительные. Несклоняемые имена существительные.</w:t>
      </w:r>
    </w:p>
    <w:p w14:paraId="1E49DE52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Морфологический анализ имён существительных.</w:t>
      </w:r>
    </w:p>
    <w:p w14:paraId="12E2AB6F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Нормы произношения, нормы постановки ударения, нормы словоизменения имён существительных.</w:t>
      </w:r>
    </w:p>
    <w:p w14:paraId="1CD78B48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Правописание собственных имён существительных.</w:t>
      </w:r>
    </w:p>
    <w:p w14:paraId="1407075A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Правописание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ь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на конце имён существительных после шипящих.</w:t>
      </w:r>
    </w:p>
    <w:p w14:paraId="6CB1B207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Правописание безударных окончаний имён существительных.</w:t>
      </w:r>
    </w:p>
    <w:p w14:paraId="7807A86E" w14:textId="77777777" w:rsidR="00FB2FF7" w:rsidRPr="006514E5" w:rsidRDefault="009C069A" w:rsidP="00026C10">
      <w:pPr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Правописание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о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—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е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(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ё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) после шипящих и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ц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в суффиксах и окончаниях имён существительных. Правописание суффиксов </w:t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чик</w:t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- 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— </w:t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щик</w:t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-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; 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ек</w:t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-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— </w:t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ик</w:t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- 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(-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чик</w:t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-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) имён существительных.</w:t>
      </w:r>
    </w:p>
    <w:p w14:paraId="58D587C2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lastRenderedPageBreak/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Правописание корней с чередованием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а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//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о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: 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лаг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- — 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лож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-; 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раст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- — 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ращ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- — 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рос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-; 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гар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- — 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гор</w:t>
      </w:r>
      <w:proofErr w:type="gramStart"/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-,-</w:t>
      </w:r>
      <w:proofErr w:type="gramEnd"/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зар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- — 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зор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-;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 xml:space="preserve"> -клан- 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—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 xml:space="preserve"> -клон-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,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 xml:space="preserve">-скак- 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—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 xml:space="preserve"> -скоч-.</w:t>
      </w:r>
    </w:p>
    <w:p w14:paraId="12C60ACD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Слитное и раздельное написание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не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с именами существительными.</w:t>
      </w:r>
    </w:p>
    <w:p w14:paraId="52990E79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71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Имя прилагательное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Имя прилагательное как часть речи. Общее грамматическое значение, морфологические признаки и синтаксические функции имени прилагательного. Роль имени прилагательного в речи.</w:t>
      </w:r>
    </w:p>
    <w:p w14:paraId="54CD140B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Имена прилагательные полные и краткие, их синтаксические функции.</w:t>
      </w:r>
    </w:p>
    <w:p w14:paraId="5A86CCE6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Склонение имён прилагательных. </w:t>
      </w:r>
    </w:p>
    <w:p w14:paraId="006F8AC5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Морфологический анализ имён прилагательных.</w:t>
      </w:r>
    </w:p>
    <w:p w14:paraId="522B5AAB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Нормы словоизменения, произношения имён прилагательных, постановки ударения (в рамках изученного).</w:t>
      </w:r>
    </w:p>
    <w:p w14:paraId="64422750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Правописание безударных окончаний имён прилагательных.</w:t>
      </w:r>
    </w:p>
    <w:p w14:paraId="58EB2185" w14:textId="77777777" w:rsidR="00FB2FF7" w:rsidRPr="006514E5" w:rsidRDefault="009C069A" w:rsidP="00026C10">
      <w:pPr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Правописание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о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—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е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после шипящих и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ц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в суффиксах и окончаниях имён прилагательных. Правописание кратких форм имён прилагательных с основой на шипящий.</w:t>
      </w:r>
    </w:p>
    <w:p w14:paraId="4F71D604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Слитное и раздельное написание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 xml:space="preserve">не 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с именами прилагательными.</w:t>
      </w:r>
    </w:p>
    <w:p w14:paraId="5D2C241A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71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Глагол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Глагол как часть речи. Общее грамматическое значение, морфологические признаки и синтаксические функции глагола. Роль глагола в словосочетании и предложении, в речи.</w:t>
      </w:r>
    </w:p>
    <w:p w14:paraId="0171F2AF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Глаголы совершенного и несовершенного вида, возвратные и невозвратные.</w:t>
      </w:r>
    </w:p>
    <w:p w14:paraId="0B77D302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Инфинитив и его грамматические свойства. Основа инфинитива, основа настоящего (будущего простого) времени глагола.</w:t>
      </w:r>
    </w:p>
    <w:p w14:paraId="0EE6A662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Спряжение глагола.</w:t>
      </w:r>
    </w:p>
    <w:p w14:paraId="4189B47D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Нормы словоизменения глаголов, постановки ударения в глагольных формах (в рамках изученного).</w:t>
      </w:r>
    </w:p>
    <w:p w14:paraId="5ADDE80D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Правописание корней с чередованием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е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//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и</w:t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: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бер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- — 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бир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-, 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блест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- — 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блист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-, 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дер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- — 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дир</w:t>
      </w:r>
      <w:proofErr w:type="gramStart"/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-,-</w:t>
      </w:r>
      <w:proofErr w:type="gramEnd"/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жег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- — 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жиг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-, 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мер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- — 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мир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-, 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пер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- — 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пир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-, 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стел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- — 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стил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-, 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тер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- — 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тир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-.</w:t>
      </w:r>
    </w:p>
    <w:p w14:paraId="0E1C2B91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Использование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ь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как показателя грамматической формы в инфинитиве, в форме 2-го лица единственного числа после шипящих.</w:t>
      </w:r>
    </w:p>
    <w:p w14:paraId="69C02247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Правописание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-тся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и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-ться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в глаголах, суффиксов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-ова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- —-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ева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-,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-ыва-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—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-ива-</w:t>
      </w:r>
      <w:r w:rsidRPr="006514E5">
        <w:rPr>
          <w:rFonts w:ascii="Times New Roman" w:eastAsia="Times New Roman" w:hAnsi="Times New Roman"/>
          <w:i/>
          <w:color w:val="000000"/>
          <w:sz w:val="24"/>
          <w:lang w:val="ru-RU"/>
        </w:rPr>
        <w:t>.</w:t>
      </w:r>
    </w:p>
    <w:p w14:paraId="0AEFFE60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Правописание безударных личных окончаний глагола.</w:t>
      </w:r>
    </w:p>
    <w:p w14:paraId="33FE50AA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Правописание гласной перед суффиксом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-л-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в формах прошедшего времени глагола.</w:t>
      </w:r>
    </w:p>
    <w:p w14:paraId="3E694E8B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Слитное и раздельное написание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не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с глаголами.</w:t>
      </w:r>
    </w:p>
    <w:p w14:paraId="68F6FA98" w14:textId="77777777" w:rsidR="00FB2FF7" w:rsidRPr="006514E5" w:rsidRDefault="009C069A" w:rsidP="00026C10">
      <w:pPr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Синтаксис. Культура речи. Пунктуация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Синтаксис как раздел грамматики. Словосочетание и предложение как единицы синтаксиса.</w:t>
      </w:r>
    </w:p>
    <w:p w14:paraId="65F879B9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Словосочетание и его признаки. Основные виды словосочетаний по морфологическим свойствам</w:t>
      </w:r>
    </w:p>
    <w:p w14:paraId="1CD014F1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главного слова (именные, глагольные, наречные). Средства связи слов в словосочетании.</w:t>
      </w:r>
    </w:p>
    <w:p w14:paraId="75C026C8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Синтаксический анализ словосочетания.</w:t>
      </w:r>
    </w:p>
    <w:p w14:paraId="679CC090" w14:textId="77777777" w:rsidR="00FB2FF7" w:rsidRPr="006514E5" w:rsidRDefault="009C069A" w:rsidP="00026C10">
      <w:pPr>
        <w:autoSpaceDE w:val="0"/>
        <w:autoSpaceDN w:val="0"/>
        <w:spacing w:after="0" w:line="230" w:lineRule="auto"/>
        <w:jc w:val="center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Предложение и его признаки. Виды предложений по цели высказывания и эмоциональной окраске.</w:t>
      </w:r>
    </w:p>
    <w:p w14:paraId="03944289" w14:textId="77777777" w:rsidR="00FB2FF7" w:rsidRPr="006514E5" w:rsidRDefault="009C069A" w:rsidP="00026C10">
      <w:pPr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Смысловые и интонационные особенности повествовательных, вопросительных, побудительных; восклицательных и невосклицательных предложений.</w:t>
      </w:r>
    </w:p>
    <w:p w14:paraId="69C93CA9" w14:textId="77777777" w:rsidR="00FB2FF7" w:rsidRPr="006514E5" w:rsidRDefault="009C069A" w:rsidP="00026C10">
      <w:pPr>
        <w:autoSpaceDE w:val="0"/>
        <w:autoSpaceDN w:val="0"/>
        <w:spacing w:after="0" w:line="281" w:lineRule="auto"/>
        <w:ind w:firstLine="180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Главные члены предложения (грамматическая основа). Подлежащее и морфологические средства его выражения: именем существительным или местоимением в именительном падеже, сочетанием имени существительного в форме именительного падежа с существительным или местоимением в форме творительного падежа с предлогом; сочетанием имени числительного в форме именительного падежа с существительным в форме родительного падежа. Сказуемое и морфологические средства его выражения: глаголом, именем существительным, именем прилагательным.</w:t>
      </w:r>
    </w:p>
    <w:p w14:paraId="682916C1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Тире между подлежащим и сказуемым.</w:t>
      </w:r>
    </w:p>
    <w:p w14:paraId="0B5AD185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Предложения распространённые и нераспространённые. Второстепенные члены предложения: определение, дополнение, обстоятельство. Определение и типичные средства его выражения.</w:t>
      </w:r>
    </w:p>
    <w:p w14:paraId="362481E8" w14:textId="77777777" w:rsidR="00FB2FF7" w:rsidRPr="006514E5" w:rsidRDefault="009C069A" w:rsidP="00026C10">
      <w:pPr>
        <w:autoSpaceDE w:val="0"/>
        <w:autoSpaceDN w:val="0"/>
        <w:spacing w:after="0" w:line="271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Дополнение (прямое и косвенное) и типичные средства его выражения. Обстоятельство, типичные средства его выражения, виды обстоятельств по значению (времени, места, образа действия, цели, причины, меры и степени, условия, уступки).</w:t>
      </w:r>
    </w:p>
    <w:p w14:paraId="319869AA" w14:textId="77777777" w:rsidR="00FB2FF7" w:rsidRPr="006514E5" w:rsidRDefault="009C069A" w:rsidP="00026C10">
      <w:pPr>
        <w:autoSpaceDE w:val="0"/>
        <w:autoSpaceDN w:val="0"/>
        <w:spacing w:after="0" w:line="271" w:lineRule="auto"/>
        <w:ind w:firstLine="180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lastRenderedPageBreak/>
        <w:t xml:space="preserve">Простое осложнённое предложение. Однородные члены предложения, их роль в речи. Особенности интонации предложений с однородными членами. Предложения с однородными членами (без союзов, с одиночным союзом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и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, </w:t>
      </w:r>
      <w:proofErr w:type="gramStart"/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союзами</w:t>
      </w:r>
      <w:proofErr w:type="gramEnd"/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а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,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но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,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однако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,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зато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,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да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(в значении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и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),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да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(в значении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но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).</w:t>
      </w:r>
    </w:p>
    <w:p w14:paraId="3F1A6411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Предложения с обобщающим словом при однородных членах.</w:t>
      </w:r>
    </w:p>
    <w:p w14:paraId="727DBAB0" w14:textId="77777777" w:rsidR="00FB2FF7" w:rsidRPr="006514E5" w:rsidRDefault="009C069A" w:rsidP="00026C10">
      <w:pPr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Предложения с обращением, особенности интонации. Обращение и средства его выражения. Синтаксический анализ простого и простого осложнённого предложений.</w:t>
      </w:r>
    </w:p>
    <w:p w14:paraId="5C6FDBF6" w14:textId="77777777" w:rsidR="00FB2FF7" w:rsidRPr="006514E5" w:rsidRDefault="009C069A" w:rsidP="00026C10">
      <w:pPr>
        <w:autoSpaceDE w:val="0"/>
        <w:autoSpaceDN w:val="0"/>
        <w:spacing w:after="0" w:line="271" w:lineRule="auto"/>
        <w:ind w:firstLine="180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Пунктуационное оформление предложений, осложнённых однородными членами, связанными бессоюзной связью, одиночным союзом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и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, </w:t>
      </w:r>
      <w:proofErr w:type="gramStart"/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союзами</w:t>
      </w:r>
      <w:proofErr w:type="gramEnd"/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а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,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но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,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однако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,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зато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,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да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(в значении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и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),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да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(в значении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но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).</w:t>
      </w:r>
    </w:p>
    <w:p w14:paraId="4A56471B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Предложения простые и сложные. Сложные предложения с бессоюзной и союзной связью.</w:t>
      </w:r>
    </w:p>
    <w:p w14:paraId="6AF2AF5F" w14:textId="77777777" w:rsidR="00FB2FF7" w:rsidRPr="006514E5" w:rsidRDefault="009C069A" w:rsidP="00026C10">
      <w:pPr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Предложения сложносочинённые и сложноподчинённые (общее представление, практическое усвоение).</w:t>
      </w:r>
    </w:p>
    <w:p w14:paraId="7B3EC42C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Пунктуационное оформление сложных предложений, состоящих из частей, связанных бессоюзной связью и союзами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и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,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но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,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а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,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однако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,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зато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,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да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.</w:t>
      </w:r>
    </w:p>
    <w:p w14:paraId="31F8C525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Предложения с прямой речью.</w:t>
      </w:r>
    </w:p>
    <w:p w14:paraId="2FAFEB58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Пунктуационное оформление предложений с прямой речью.</w:t>
      </w:r>
    </w:p>
    <w:p w14:paraId="0AE44CB7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Диалог.</w:t>
      </w:r>
    </w:p>
    <w:p w14:paraId="735FAF5E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Пунктуационное оформление диалога на письме.</w:t>
      </w:r>
    </w:p>
    <w:p w14:paraId="38D78D67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Пунктуация как раздел лингвистики.</w:t>
      </w:r>
    </w:p>
    <w:p w14:paraId="4A3BD282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ПЛАНИРУЕМЫЕ ОБРАЗОВАТЕЛЬНЫЕ РЕЗУЛЬТАТЫ</w:t>
      </w:r>
    </w:p>
    <w:p w14:paraId="74079AF1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ЛИЧНОСТНЫЕ РЕЗУЛЬТАТЫ</w:t>
      </w:r>
    </w:p>
    <w:p w14:paraId="62D007F5" w14:textId="77777777" w:rsidR="00FB2FF7" w:rsidRPr="006514E5" w:rsidRDefault="009C069A" w:rsidP="00026C10">
      <w:pPr>
        <w:autoSpaceDE w:val="0"/>
        <w:autoSpaceDN w:val="0"/>
        <w:spacing w:after="0" w:line="281" w:lineRule="auto"/>
        <w:ind w:firstLine="180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Личностные результаты освоения Примерной рабочей программы по русскому языку основного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самовоспитания и саморазвития, формирования внутренней позиции личности.</w:t>
      </w:r>
    </w:p>
    <w:p w14:paraId="61CE3E4F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88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Личностные результаты освоения Примерной рабочей программы по русскому языку для основного общего образования должны отражать готовность обучающихся руководствоваться системой позитивных ценностных ориентаций и расширение опыта деятельности на её основе и в процессе реализации основных направлений воспитательной деятельности, в том числе в части: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 xml:space="preserve">Гражданского воспитания: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готовность к выполнению обязанностей гражданина и реализации его прав, уважение прав, свобод и законных интересов других людей; активное участие в жизни семьи, образовательной организации, местного сообщества, родного края, страны, в том числе в сопоставлении с ситуациями, отражёнными в литературных произведениях, написанных на русском языке; неприятие любых форм экстремизма, дискриминации; понимание роли различных социальных институтов в жизни человека;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представление об основных правах, свободах и обязанностях гражданина, социальных нормах и правилах межличностных отношений в поликультурном и многоконфессиональном обществе, формируемое в том числе на основе примеров из литературных произведений, написанных на русском языке; готовность к разнообразной совместной деятельности, стремление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к взаимопониманию и взаимопомощи; активное участие в школьном самоуправлении; готовность к участию в гуманитарной деятельности (помощь людям, нуждающимся в ней; волонтёрство).</w:t>
      </w:r>
    </w:p>
    <w:p w14:paraId="403943A7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86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 xml:space="preserve">Патриотического воспитания: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осознание российской гражданской идентичности в поликультурном и многоконфессиональном обществе, понимание роли русского языка как государственного языка Российской Федерации и языка межнационального общения народов России; проявление интереса к познанию русского языка, к истории и культуре Российской Федерации, культуре своего края, народов России в контексте учебного предмета «Русский язык»; ценностное отношение к русскому языку, к достижениям своей 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lastRenderedPageBreak/>
        <w:t>Родины — России, к науке, искусству, боевым подвигам и трудовым достижениям народа, в том числе отражённым в художественных произведениях; уважение к символам России, государственным праздникам, историческому и природному наследию и памятникам, традициям разных народов, проживающих в родной стране.</w:t>
      </w:r>
    </w:p>
    <w:p w14:paraId="6FE5272C" w14:textId="25FC047A" w:rsidR="00FB2FF7" w:rsidRDefault="009C069A" w:rsidP="00026C10">
      <w:pPr>
        <w:tabs>
          <w:tab w:val="left" w:pos="180"/>
        </w:tabs>
        <w:autoSpaceDE w:val="0"/>
        <w:autoSpaceDN w:val="0"/>
        <w:spacing w:after="0" w:line="281" w:lineRule="auto"/>
        <w:rPr>
          <w:rFonts w:ascii="Times New Roman" w:eastAsia="Times New Roman" w:hAnsi="Times New Roman"/>
          <w:color w:val="000000"/>
          <w:sz w:val="24"/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 xml:space="preserve">Духовно-нравственного воспитания: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ориентация на моральные ценности и нормы в ситуациях нравственного выбора; готовность оценивать своё поведение, в том числе речевое, и поступки, а также поведение и поступки других людей с позиции нравственных и правовых нормс учётом осознания последствий поступков; активное неприятие асоциальных поступков; свобода и ответственностьличности в условиях индивидуального и общественного пространства.</w:t>
      </w:r>
    </w:p>
    <w:p w14:paraId="451CA417" w14:textId="6CEEF1DD" w:rsidR="00FB2FF7" w:rsidRDefault="009C069A" w:rsidP="00026C10">
      <w:pPr>
        <w:tabs>
          <w:tab w:val="left" w:pos="180"/>
        </w:tabs>
        <w:autoSpaceDE w:val="0"/>
        <w:autoSpaceDN w:val="0"/>
        <w:spacing w:after="0" w:line="281" w:lineRule="auto"/>
        <w:rPr>
          <w:rFonts w:ascii="Times New Roman" w:eastAsia="Times New Roman" w:hAnsi="Times New Roman"/>
          <w:color w:val="000000"/>
          <w:sz w:val="24"/>
          <w:lang w:val="ru-RU"/>
        </w:rPr>
      </w:pP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 xml:space="preserve">Эстетического воспитания: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восприимчивость к разным видам искусства, традициям и творчеству своего и других народов; понимание эмоционального воздействия искусства; осознание важности художественной культуры как средства коммуникации и самовыражения; осознание важности русского языка как средства коммуникации и самовыражения; понимание ценности отечественного и мирового искусства, роли этнических культурных традиций и народного творчества; стремление к самовыражению в разных</w:t>
      </w:r>
    </w:p>
    <w:p w14:paraId="70148789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видах искусства.</w:t>
      </w:r>
    </w:p>
    <w:p w14:paraId="5EA0967E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88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 xml:space="preserve">Физического воспитания, формирования культуры здоровья и эмоционального благополучия: </w:t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осознание ценности жизни с опорой на собственный жизненный и читательский опыт;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ответственное отношение к своему здоровью и установка на здоровый образ жизни (здоровое питание, соблюдение гигиенических правил, сбалансированный режим занятий и отдыха, регулярная физическая активность); осознание последствий и неприятие вредных привычек (употреб​ление алкоголя, наркотиков, курение) и иных форм вреда для физического и психического здоровья; соблюдение правил безопасности, в том числе навыки безопасного поведения в интернет-среде в процессе школьного языкового образования; способность адаптироваться к стрессовым ситуациям и меняющимся социальным, информационным и природным условиям, в том числе осмысляя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собственный опыт и выстраивая дальнейшие цели;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умение принимать себя и других, не осуждая;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умение осознавать своё эмоциональное состояние и эмоциональное состояние других, использовать адекватные языковые средства для выражения своего состояния, в том числе опираясь на примеры из литературных произведений, написанных на русском языке; сформированность навыков рефлексии, признание своего права на ошибку и такого же права другого человека.</w:t>
      </w:r>
    </w:p>
    <w:p w14:paraId="51BA4633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86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 xml:space="preserve">Трудового воспитания: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установка на активное участие в решении практических задач (в рамках семьи, школы, города, края) технологической и социальной направленности, способность инициировать, планировать и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самостоятельно выполнять такого рода деятельность;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интерес к практическому изучению профессий и труда ​раз​личного рода, в том числе на основе применения изучае​мого предметного знания и ознакомления с деятельностью филологов,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журналистов, писателей; уважение к труду и результатам трудовой деятельности; осознанный выбор и построение индивидуальной траектории образования и жизненных планов с учётом личных и общественных интересов и потребностей; умение рассказать о своих планах на будущее.</w:t>
      </w:r>
    </w:p>
    <w:p w14:paraId="7223F7FA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86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 xml:space="preserve">Экологического воспитания: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ориентация на применение знаний из области социальных и естественных наук для решения задач в области окружающей среды, планирования поступков и оценки их возможных последствий для окружающей среды; умение точно, логично выражать свою точку зрения на экологические проблемы; </w:t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повышение уровня экологической культуры, осознание глобального характера экологических 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lastRenderedPageBreak/>
        <w:t xml:space="preserve">проблем и путей их решения; активное неприятие действий, приносящих вред окружающей среде, в том числе сформированное при знакомстве с литературными произведениями, поднимающими экологические проблемы; активное неприятие действий, приносящих вред окружающей среде; осознание своей роли как гражданина и потребителя в условиях взаимосвязи природной,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технологической и социальной сред; готовность к участию в практической деятельности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экологической направленности.</w:t>
      </w:r>
    </w:p>
    <w:p w14:paraId="68ED2FC6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86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 xml:space="preserve">Ценности научного познания: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ориентация в деятельности на современную систему научных представлений об основных закономерностях развития чело​века, природы и общества, взаимосвязях человека с природной и социальной средой; закономерностях развития языка; овладение языковой и читательской культурой, навыками ​чтения как средства познания мира; овладение основными навыками исследовательской деятельности с учётом специфики школьного языкового образования; установка на осмысление опыта, наблюдений, поступков и стремление совершенствовать пути достижения индивидуального и коллективного благо​получия.</w:t>
      </w:r>
    </w:p>
    <w:p w14:paraId="6E4EA5CE" w14:textId="77777777" w:rsidR="00FB2FF7" w:rsidRPr="006514E5" w:rsidRDefault="009C069A" w:rsidP="00026C10">
      <w:pPr>
        <w:autoSpaceDE w:val="0"/>
        <w:autoSpaceDN w:val="0"/>
        <w:spacing w:after="0" w:line="262" w:lineRule="auto"/>
        <w:jc w:val="center"/>
        <w:rPr>
          <w:lang w:val="ru-RU"/>
        </w:rPr>
      </w:pP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 xml:space="preserve">Адаптации обучающегося к изменяющимся условиям социальной и природной среды: 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освоение обучающимися социального опыта, основных социальных ролей, норм и правил</w:t>
      </w:r>
    </w:p>
    <w:p w14:paraId="494DA2BB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88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общественного поведения, форм социальной жизни в группах и сообществах, включая семью, группы, сформированные по профессиональной деятельности, а также в рамках социального взаимодействия с людьми из другой культурной среды;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потребность во взаимодействии в условиях неопределённости, открытость опыту и знаниям других; потребность в действии в условиях неопределённости, в повышении уровня своей компетентности через практическую деятельность, в том числе умение учиться у других людей, получать в совместной деятельности новые знания, навыки и компетенции из опыта других; необходимость в формировании новых знаний, умений связывать образы, формулировать идеи, понятия, гипотезы об объектах и явлениях, в том числе ранее неизвестных, осознание дефицита собственных знаний и компетенций, планирование своего развития; умение оперировать основными понятиями, терминами и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представлениями в области концепции устойчивого развития, анализировать и выявлять взаимосвязь природы, общества и экономики, оценивать свои действия с учётом влияния на окружающую среду, достижения целей и преодоления вызовов, возможных глобальных последствий;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способность осознавать стрессовую ситуацию, оценивать происходящие изменения и их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последствия, опираясь на жизненный, речевой и читательский опыт; воспринимать стрессовую ситуацию как вызов, требующий контрмер; оценивать ситуацию стресса, корректировать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принимаемые решения и действия; формулировать и оценивать риски и последствия, формировать опыт, уметь находить позитивное в сложившейся ситуации; быть готовым действовать в отсутствие гарантий успеха.</w:t>
      </w:r>
    </w:p>
    <w:p w14:paraId="4268ACBC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МЕТАПРЕДМЕТНЫЕ РЕЗУЛЬТАТЫ</w:t>
      </w:r>
    </w:p>
    <w:p w14:paraId="44B7891B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88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1. Овладение универсальными учебными познавательными действиями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 xml:space="preserve">Базовые логические действия: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выявлять и характеризовать существенные признаки языковых единиц, языковых явлений и процессов;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устанавливать существенный признак классификации языковых единиц (явлений), основания для обобщения и сравнения, критерии проводимого анализа; классифицировать языковые единицы по существенному признаку;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выявлять закономерности и противоречия в рассматриваемых фактах, данных и наблюдениях; предлагать критерии для выявления закономерностей и противоречий; </w:t>
      </w:r>
      <w:r w:rsidRPr="006514E5">
        <w:rPr>
          <w:lang w:val="ru-RU"/>
        </w:rPr>
        <w:br/>
      </w:r>
      <w:r w:rsidRPr="006514E5">
        <w:rPr>
          <w:lang w:val="ru-RU"/>
        </w:rPr>
        <w:lastRenderedPageBreak/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выявлять дефицит информации текста, необходимой для решения поставленной учебной задачи; </w:t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выявлять причинно-следственные связи при изучении языковых процессов; делать выводы с использованием дедуктивных и индуктивных умозаключений, умозаключений по аналогии, формулировать гипотезы о взаимосвязях;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самостоятельно выбирать способ решения учебной задачи при работе с разными типами текстов, разными единицами языка, сравнивая варианты решения и выбирая оптималь​ный вариант с учётом самостоятельно выделенных критериев.</w:t>
      </w:r>
    </w:p>
    <w:p w14:paraId="50139E5C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86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 xml:space="preserve">Базовые исследовательские действия: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использовать вопросы как исследовательский инструмент познания в языковом образовании; </w:t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формулировать вопросы, фиксирующие несоответствие между реальным и желательным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состоянием ситуации, и самостоятельно устанавливать искомое и данное;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формировать гипотезу об истинности собственных суждений и суждений других, аргументировать свою позицию, мнение;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составлять алгоритм действий и использовать его для решения учебных задач;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проводить по самостоятельно составленному плану небольшое исследование по установлению особенностей языковых единиц, процессов, причинно-следственных связей и зависимостей объектов между собой;</w:t>
      </w:r>
    </w:p>
    <w:p w14:paraId="15CFDF97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83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оценивать на применимость и достоверность информацию, полученную в ходе лингвистического исследования (эксперимента);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самостоятельно формулировать обобщения и выводы по результатам проведённого наблюдения, исследования; владеть инструментами оценки достоверности полученных выводов и обобщений; </w:t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прогнозировать возможное дальнейшее развитие процессов, событий и их последствия в аналогичных или сходных ситуациях, а также выдвигать предположения об их развитии в новых условиях и контекстах.</w:t>
      </w:r>
    </w:p>
    <w:p w14:paraId="62C171B4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88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 xml:space="preserve">Работа с информацией: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применять различные методы, инструменты и запросы при поиске и отборе информации с учётом предложенной учебной задачи и заданных критериев;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выбирать, анализировать, интерпретировать, обобщать и систематизировать информацию, представленную в текстах, таб​лицах, схемах;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использовать различные виды аудирования и чтения для оценки текста с точки зрения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достоверности и применимости содержащейся в нём информации и усвоения необходимой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информации с целью решения учебных задач;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использовать смысловое чтение для извлечения, обобщения и систематизации информации из одного или нескольких источников с учётом поставленных целей;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находить сходные аргументы (подтверждающие или опровергающие одну и ту же идею, версию) в различных информационных источниках;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самостоятельно выбирать оптимальную форму представления информации (текст, презентация, таблица, схема) и иллюстрировать решаемые задачи несложными схемами, диаграммами, иной графикой и их комбинациями в зависимости от коммуникативной установки;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оценивать надёжность информации по критериям, пред​ложенным учителем или сформулированным самостоятельно;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эффективно запоминать и систематизировать информацию.</w:t>
      </w:r>
    </w:p>
    <w:p w14:paraId="3233FC07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88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2. Овладение универсальными учебными коммуникативными действиями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 xml:space="preserve">Общение: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воспринимать и формулировать суждения, выражать эмоции в соответствии с условиями и целями 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lastRenderedPageBreak/>
        <w:t xml:space="preserve">общения; выражать себя (свою точку зрения) в диалогах и дискуссиях, в устной монологической речи и в письменных текстах;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распознавать невербальные средства общения, понимать значение социальных знаков;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знать и распознавать предпосылки конфликтных ситуаций и смягчать конфликты, вести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переговоры;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понимать намерения других, проявлять уважительное отношение к собеседнику и в корректной форме формулировать свои возражения;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в ходе диалога/дискуссии задавать вопросы по существу обсуждаемой темы и высказывать идеи, нацеленные на решение задачи и поддержание благожелательности общения;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сопоставлять свои суждения с суждениями других участников диалога, обнаруживать различие и сходство позиций;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публично представлять результаты проведённого языкового анализа, выполненного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лингвистического эксперимента, исследования, проекта;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самостоятельно выбирать формат выступления с учётом цели презентации и особенностей аудитории и в соответствии с ним составлять устные и письменные тексты с использованием иллюстративного материала.</w:t>
      </w:r>
    </w:p>
    <w:p w14:paraId="0F587921" w14:textId="77777777" w:rsidR="00FB2FF7" w:rsidRPr="006514E5" w:rsidRDefault="009C069A" w:rsidP="00026C10">
      <w:pPr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 xml:space="preserve">Совместная деятельность: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понимать и использовать преимущества командной и ин​дивидуальной работы при решении</w:t>
      </w:r>
    </w:p>
    <w:p w14:paraId="43DE39C3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88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конкретной проблемы, ​обосновывать необходимость применения групповых форм ​взаимодействия при решении поставленной задачи;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совмест​ной работы; уметь обобщать мнения нескольких людей, проявлять готовность руководить, выполнять поручения, подчиняться;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планировать организацию совместной работы, определять свою роль (с учётом предпочтений и возможностей всех участников взаимодействия), распределять задачи между членами команды, участвовать в групповых формах работы (обсуждения, обмен мнениями, «мозговой штурм» и иные); </w:t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выполнять свою часть работы, достигать качественный результат по своему направлению и координировать свои действия с действиями других членов команды;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оценивать качество своего вклада в общий продукт по критериям, самостоятельно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сформулированным участниками взаимодействия; сравнивать результаты с исходной задачей и вклад каждого члена команды в достижение результатов, разделять сферу ответственности и проявлять готовность к представлению отчёта перед группой.</w:t>
      </w:r>
    </w:p>
    <w:p w14:paraId="3F5AD5EA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86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3. Овладение универсальными учебными регулятивными действиями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 xml:space="preserve">Самоорганизация: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выявлять проблемы для решения в учебных и жизненных ситуациях;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ориентироваться в различных подходах к принятию решений (индивидуальное, принятие решения в группе, принятие решения группой);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самостоятельно составлять алгоритм решения задачи (или его часть), выбирать способ решения учебной задачи с учётом имеющихся ресурсов и собственных возможностей, аргументировать предлагаемые варианты решений;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самостоятельно составлять план действий, вносить необходимые коррективы в ходе его реализации; </w:t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делать выбор и брать ответственность за решение.</w:t>
      </w:r>
    </w:p>
    <w:p w14:paraId="1ACD5750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86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 xml:space="preserve">Самоконтроль: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владеть разными способами самоконтроля (в том числе речевого), самомотивации и рефлексии; </w:t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давать адекватную оценку учебной ситуации и предлагать план её изменения; </w:t>
      </w:r>
      <w:r w:rsidRPr="006514E5">
        <w:rPr>
          <w:lang w:val="ru-RU"/>
        </w:rPr>
        <w:br/>
      </w:r>
      <w:r w:rsidRPr="006514E5">
        <w:rPr>
          <w:lang w:val="ru-RU"/>
        </w:rPr>
        <w:lastRenderedPageBreak/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предвидеть трудности, которые могут возникнуть при решении учебной задачи, и адаптировать решение к меняющимся обстоятельствам;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объяснять причины достижения (недостижения) результата дея​тельности; понимать причины коммуникативных неудач и уметь предупреждать их, давать оценку приобретённому речевому опыту и корректировать собственную речь с учётом целей и условий общения; оценивать соответствие результата цели и условиям общения.</w:t>
      </w:r>
    </w:p>
    <w:p w14:paraId="529B61B7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 xml:space="preserve">Эмоциональный интеллект: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развивать способность управлять собственными эмоциями и эмоциями других;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выявлять и анализировать причины эмоций; понимать мотивы и намерения другого человека, анализируя речевую ситуацию; регулировать способ выражения собственных эмоций.</w:t>
      </w:r>
    </w:p>
    <w:p w14:paraId="2E009887" w14:textId="77777777" w:rsidR="00FB2FF7" w:rsidRPr="006514E5" w:rsidRDefault="009C069A" w:rsidP="00026C10">
      <w:pPr>
        <w:autoSpaceDE w:val="0"/>
        <w:autoSpaceDN w:val="0"/>
        <w:spacing w:after="0" w:line="281" w:lineRule="auto"/>
        <w:rPr>
          <w:lang w:val="ru-RU"/>
        </w:rPr>
      </w:pP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 xml:space="preserve">Принятие себя и других: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осознанно относиться к другому человеку и его мнению; признавать своё и чужое право на ошибку;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принимать себя и других, не осуждая;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проявлять открытость;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осознавать невозможность контролировать всё вокруг.</w:t>
      </w:r>
    </w:p>
    <w:p w14:paraId="67E82DDC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ПРЕДМЕТНЫЕ РЕЗУЛЬТАТЫ</w:t>
      </w:r>
    </w:p>
    <w:p w14:paraId="7AA39811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71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Общие сведения о языке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Осознавать богатство и выразительность русского языка, приводить примеры, свидетельствующие об этом.</w:t>
      </w:r>
    </w:p>
    <w:p w14:paraId="710DB670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Знать основные разделы лингвистики, основные единицы языка и речи (звук, морфема, слово, словосочетание, предложение).</w:t>
      </w:r>
    </w:p>
    <w:p w14:paraId="361CE70A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Язык и речь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Характеризовать различия между устной и письменной речью, диалогом и монологом, учитывать особенности видов речевой деятельности при решении практико-ориентированных учебных задач и в повседневной жизни.</w:t>
      </w:r>
    </w:p>
    <w:p w14:paraId="0DD84A52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Создавать устные монологические высказывания объёмом не менее 5 предложений на основе жизненных наблюдений, чтения научно-учебной, художественной и научно-популярной литературы.</w:t>
      </w:r>
    </w:p>
    <w:p w14:paraId="3DA7DD8B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Участвовать в диалоге на лингвистические темы (в рамках изученного) и в диалоге/полилоге на основе жизненных наблюдений объёмом не менее 3 реплик.</w:t>
      </w:r>
    </w:p>
    <w:p w14:paraId="6BEAE859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Владеть различными видами аудирования: выборочным, ​ознакомительным, детальным — научно-учебных и художественных текстов различных функционально-смысловых типов речи.</w:t>
      </w:r>
    </w:p>
    <w:p w14:paraId="2DE089C8" w14:textId="77777777" w:rsidR="00FB2FF7" w:rsidRPr="006514E5" w:rsidRDefault="009C069A" w:rsidP="00026C10">
      <w:pPr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Владеть различными видами чтения: просмотровым, ознакомительным, изучающим, поисковым. Устно пересказывать прочитанный или прослушанный текст объёмом не менее 100 слов.</w:t>
      </w:r>
    </w:p>
    <w:p w14:paraId="1A12836B" w14:textId="77777777" w:rsidR="00FB2FF7" w:rsidRPr="006514E5" w:rsidRDefault="009C069A" w:rsidP="00026C10">
      <w:pPr>
        <w:autoSpaceDE w:val="0"/>
        <w:autoSpaceDN w:val="0"/>
        <w:spacing w:after="0" w:line="281" w:lineRule="auto"/>
        <w:ind w:firstLine="180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Понимать содержание прослушанных и прочитанных научно-учебных и художественных текстов различных функционально-смысловых типов речи объёмом не менее 150 слов: устно и письменно формулировать тему и главную мысль текста; формулировать вопросы по содержанию текста и отвечать на них; подробно и сжато передавать в письменной форме содержание исходного текста (для подробного изложения объём исходного текста должен составлять не менее 100 слов; для сжатого изложения — не менее 110 слов).</w:t>
      </w:r>
    </w:p>
    <w:p w14:paraId="53485778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 w14:paraId="195067E5" w14:textId="77777777" w:rsidR="00FB2FF7" w:rsidRPr="006514E5" w:rsidRDefault="009C069A" w:rsidP="00026C10">
      <w:pPr>
        <w:autoSpaceDE w:val="0"/>
        <w:autoSpaceDN w:val="0"/>
        <w:spacing w:after="0" w:line="281" w:lineRule="auto"/>
        <w:ind w:firstLine="180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Соблюдать на письме нормы современного русского литературного языка, в том числе во время списывания текста объёмом 90—100 слов; словарного диктанта объёмом 15—20 слов; диктанта на основе связного текста объёмом 90—100 слов, составленного с учётом ранее изученных правил правописания (в том числе содержащего изученные в течение первого года обучения орфограммы, пунктограммы и слова с непроверяемыми написаниями); уметь пользоваться разными видами лексических словарей; соблюдать в устной речи и на письме правила речевого этикета.</w:t>
      </w:r>
    </w:p>
    <w:p w14:paraId="3CAE72BD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81" w:lineRule="auto"/>
        <w:rPr>
          <w:lang w:val="ru-RU"/>
        </w:rPr>
      </w:pPr>
      <w:r w:rsidRPr="006514E5">
        <w:rPr>
          <w:lang w:val="ru-RU"/>
        </w:rPr>
        <w:lastRenderedPageBreak/>
        <w:tab/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Текст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Распознавать основные признаки текста; членить текст на композиционно-смысловые части (абзацы); распознавать средства связи предложений и частей текста (формы слова, однокоренные слова, синонимы, антонимы, личные местоимения, повтор слова); применять эти знания при создании собственного текста (устного и письменного).</w:t>
      </w:r>
    </w:p>
    <w:p w14:paraId="0B749F7E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Проводить смысловой анализ текста, его композиционных особенностей, определять количество микротем и абзацев.</w:t>
      </w:r>
    </w:p>
    <w:p w14:paraId="14176EA8" w14:textId="77777777" w:rsidR="00FB2FF7" w:rsidRPr="006514E5" w:rsidRDefault="009C069A" w:rsidP="00026C10">
      <w:pPr>
        <w:autoSpaceDE w:val="0"/>
        <w:autoSpaceDN w:val="0"/>
        <w:spacing w:after="0" w:line="271" w:lineRule="auto"/>
        <w:ind w:firstLine="180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Характеризовать текст с точки зрения его соответствия основным признакам (наличие темы, главной мысли, грамматической связи предложений, цельности и относительной законченности); с точки зрения его принадлежности к функ​ционально-смысловому типу речи.</w:t>
      </w:r>
    </w:p>
    <w:p w14:paraId="61FCDA40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71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Использовать знание основных признаков текста, особенностей функционально-смысловых типов речи, функциональных разновидностей языка в практике создания текста (в рамках изученного). </w:t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Применять знание основных признаков текста (повествование) в практике его создания.</w:t>
      </w:r>
    </w:p>
    <w:p w14:paraId="3C4DC46F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Создавать тексты-повествования с опорой на жизненный и читательский опыт; тексты с опорой на сюжетную картину (в том числе сочинения-миниатюры объёмом 3 и более предложений; классные</w:t>
      </w:r>
    </w:p>
    <w:p w14:paraId="66B7CD47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сочинения объёмом не менее 70 слов).</w:t>
      </w:r>
    </w:p>
    <w:p w14:paraId="344B14AE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Восстанавливать деформированный текст; осуществлять корректировку восстановленного текста с опорой на образец. </w:t>
      </w:r>
    </w:p>
    <w:p w14:paraId="3F6522AA" w14:textId="77777777" w:rsidR="00FB2FF7" w:rsidRPr="006514E5" w:rsidRDefault="009C069A" w:rsidP="00026C10">
      <w:pPr>
        <w:autoSpaceDE w:val="0"/>
        <w:autoSpaceDN w:val="0"/>
        <w:spacing w:after="0" w:line="281" w:lineRule="auto"/>
        <w:ind w:firstLine="180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Владеть умениями информационной переработки прослушанного и прочитанного научно-учебного, художественного и научно-популярного текстов: составлять план (простой, сложный) с целью дальнейшего воспроизведения содержания текста в устной и письменной форме; передавать содержание текста, в том числе с изменением лица рассказчика; извлекать информацию из различных источников, в том числе из лингвистических словарей и справочной литературы, и использовать её в учебной деятельности.</w:t>
      </w:r>
    </w:p>
    <w:p w14:paraId="25EFAA3A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Представлять сообщение на заданную тему в виде презентации.</w:t>
      </w:r>
    </w:p>
    <w:p w14:paraId="76623E12" w14:textId="77777777" w:rsidR="00FB2FF7" w:rsidRPr="006514E5" w:rsidRDefault="009C069A" w:rsidP="00026C10">
      <w:pPr>
        <w:autoSpaceDE w:val="0"/>
        <w:autoSpaceDN w:val="0"/>
        <w:spacing w:after="0" w:line="271" w:lineRule="auto"/>
        <w:ind w:firstLine="180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Редактировать собственные/созданные другими обучающимися тексты с целью совершенствования их содержания (проверка фактического материала, начальный логический анализ текста —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целостность, связность, информативность).</w:t>
      </w:r>
    </w:p>
    <w:p w14:paraId="31F431ED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71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Функциональные разновидности языка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Иметь общее представление об особенностях разговорной речи, функциональных стилей, языка художественной литературы.</w:t>
      </w:r>
    </w:p>
    <w:p w14:paraId="002C0E78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Система языка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Фонетика. Графика. Орфоэпия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Характеризовать звуки; понимать различие между звуком и буквой, характеризовать систему звуков.</w:t>
      </w:r>
    </w:p>
    <w:p w14:paraId="3533BC01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Проводить фонетический анализ слов.</w:t>
      </w:r>
    </w:p>
    <w:p w14:paraId="1CC044DD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Использовать знания по фонетике, графике и орфоэпии в практике произношения и правописания слов.</w:t>
      </w:r>
    </w:p>
    <w:p w14:paraId="171E93A0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71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Орфография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Оперировать понятием «орфограмма» и различать буквенные и небуквенные орфограммы при проведении орфографического анализа слова.</w:t>
      </w:r>
    </w:p>
    <w:p w14:paraId="0B122397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Распознавать изученные орфограммы.</w:t>
      </w:r>
    </w:p>
    <w:p w14:paraId="51EC0FC0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Применять знания по орфографии в практике правописания (в том числе применять знание о правописании разделительных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ъ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и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ь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).</w:t>
      </w:r>
    </w:p>
    <w:p w14:paraId="682525EB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78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Лексикология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Объяснять лексическое значение слова разными способами (подбор однокоренных слов; подбор синонимов и антонимов; определение значения слова по контексту, с помощью толкового словаря). </w:t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Распознавать однозначные и многозначные слова, различать прямое и переносное значения слова.</w:t>
      </w:r>
    </w:p>
    <w:p w14:paraId="742C9B29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lastRenderedPageBreak/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Распознавать синонимы, антонимы, омонимы; различать многозначные слова и омонимы; уметь правильно употреблять слова-паронимы.</w:t>
      </w:r>
    </w:p>
    <w:p w14:paraId="6E495839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Характеризовать тематические группы слов, родовые и видовые понятия.</w:t>
      </w:r>
    </w:p>
    <w:p w14:paraId="0ECA64F1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Проводить лексический анализ слов (в рамках изученного).</w:t>
      </w:r>
    </w:p>
    <w:p w14:paraId="058F2A20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Уметь пользоваться лексическими словарями (толковым словарём, словарями синонимов, антонимов, омонимов, паро​нимов).</w:t>
      </w:r>
    </w:p>
    <w:p w14:paraId="604FC66B" w14:textId="77777777" w:rsidR="00FB2FF7" w:rsidRPr="006514E5" w:rsidRDefault="009C069A" w:rsidP="00026C10">
      <w:pPr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Морфемика. Орфография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Характеризовать морфему как минимальную значимую единицу языка.</w:t>
      </w:r>
    </w:p>
    <w:p w14:paraId="6F7BEAEF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Распознавать морфемы в слове (корень, приставку, суффикс, окончание), выделять основу слова.</w:t>
      </w:r>
    </w:p>
    <w:p w14:paraId="7FF0BA85" w14:textId="296EABA5" w:rsidR="00FB2FF7" w:rsidRDefault="009C069A" w:rsidP="00026C10">
      <w:pPr>
        <w:autoSpaceDE w:val="0"/>
        <w:autoSpaceDN w:val="0"/>
        <w:spacing w:after="0" w:line="262" w:lineRule="auto"/>
        <w:rPr>
          <w:rFonts w:ascii="Times New Roman" w:eastAsia="Times New Roman" w:hAnsi="Times New Roman"/>
          <w:color w:val="000000"/>
          <w:sz w:val="24"/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Находить чередование звуков в морфемах (в том числе чередование гласных с нулём звука). Проводить морфемный анализ слов.</w:t>
      </w:r>
    </w:p>
    <w:p w14:paraId="15BBA2F9" w14:textId="77777777" w:rsidR="00026C10" w:rsidRPr="006514E5" w:rsidRDefault="00026C10" w:rsidP="00026C10">
      <w:pPr>
        <w:autoSpaceDE w:val="0"/>
        <w:autoSpaceDN w:val="0"/>
        <w:spacing w:after="0" w:line="262" w:lineRule="auto"/>
        <w:rPr>
          <w:lang w:val="ru-RU"/>
        </w:rPr>
      </w:pPr>
    </w:p>
    <w:p w14:paraId="51308F81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Применять знания по морфемике при выполнении языкового анализа различных видов и в практике правописания неизменяемых приставок и приставок на -з (-с); ы — и после приставок; корней с</w:t>
      </w:r>
    </w:p>
    <w:p w14:paraId="7C0BB8A3" w14:textId="77777777" w:rsidR="00FB2FF7" w:rsidRPr="006514E5" w:rsidRDefault="009C069A" w:rsidP="00026C10">
      <w:pPr>
        <w:autoSpaceDE w:val="0"/>
        <w:autoSpaceDN w:val="0"/>
        <w:spacing w:after="0" w:line="271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безударными проверяемыми, непроверяемыми, чередующимися гласными (в рамках изученного); корней с проверяемыми, непроверяемыми, непроизносимыми согласными (в рамках изученного); ё —о после шипящих в корне слова;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ы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—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и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после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ц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.</w:t>
      </w:r>
    </w:p>
    <w:p w14:paraId="68B75048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Уместно использовать слова с суффиксами оценки в собственной речи.</w:t>
      </w:r>
    </w:p>
    <w:p w14:paraId="5B8FB8CA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Морфология. Культура речи. Орфография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Применять знания о частях речи как лексико-грамматических разрядах слов, о грамматическом значении слова, о сис​теме частей речи в русском языке для решения практико-ориентированных учебных задач.</w:t>
      </w:r>
    </w:p>
    <w:p w14:paraId="33B10708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Распознавать имена существительные, имена прилагательные, глаголы.</w:t>
      </w:r>
    </w:p>
    <w:p w14:paraId="29679C18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Проводить морфологический анализ имён существительных, частичный морфологический анализ имён прилагательных, глаголов.</w:t>
      </w:r>
    </w:p>
    <w:p w14:paraId="06DC0490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Применять знания по морфологии при выполнении языкового анализа различных видов и в речевой практике.</w:t>
      </w:r>
    </w:p>
    <w:p w14:paraId="41A7B27F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71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Имя существительное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Определять общее грамматическое значение, морфологические признаки и синтаксические функции имени существительного; объяснять его роль в речи.</w:t>
      </w:r>
    </w:p>
    <w:p w14:paraId="59779617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Определять лексико-грамматические разряды имён существительных.</w:t>
      </w:r>
    </w:p>
    <w:p w14:paraId="5BC5D608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Различать типы склонения имён существительных, выявлять разносклоняемые и несклоняемые имена существительные.</w:t>
      </w:r>
    </w:p>
    <w:p w14:paraId="4FB0DD67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Проводить морфологический анализ имён существительных.</w:t>
      </w:r>
    </w:p>
    <w:p w14:paraId="4F2A92DB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Соблюдать нормы словоизменения, произношения имён существительных, постановки в них ударения (в рамках изученного), употребления несклоняемых имён существительных.</w:t>
      </w:r>
    </w:p>
    <w:p w14:paraId="2F50BE9D" w14:textId="77777777" w:rsidR="00FB2FF7" w:rsidRPr="006514E5" w:rsidRDefault="009C069A" w:rsidP="00026C10">
      <w:pPr>
        <w:autoSpaceDE w:val="0"/>
        <w:autoSpaceDN w:val="0"/>
        <w:spacing w:after="0" w:line="281" w:lineRule="auto"/>
        <w:ind w:firstLine="180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Соблюдать нормы правописания имён существительных: безударных окончаний;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о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—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е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(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ё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) после шипящих и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ц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в суффиксах и окончаниях; суффиксов </w:t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чик</w:t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-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— </w:t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щик</w:t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-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, </w:t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ек</w:t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-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— </w:t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ик</w:t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- (-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чик</w:t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-);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корней с </w:t>
      </w:r>
      <w:proofErr w:type="gramStart"/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чередованием</w:t>
      </w:r>
      <w:proofErr w:type="gramEnd"/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а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//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о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: </w:t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лаг</w:t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-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—</w:t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лож</w:t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-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; </w:t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раст</w:t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-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—</w:t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ращ</w:t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-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—</w:t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рос</w:t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-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; </w:t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гар</w:t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-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—</w:t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гор</w:t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-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, </w:t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зар</w:t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-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—</w:t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зор</w:t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-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;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-клан-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—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-клон-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,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-скак-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—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-скоч-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; употребления/неупотребления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 xml:space="preserve">ь 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на конце имён существительных после шипящих; слитное и раздельное написание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не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с именами существительными; правописание собственных имён существительных.</w:t>
      </w:r>
    </w:p>
    <w:p w14:paraId="47AD6BD2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Имя прилагательное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Определять общее грамматическое значение, морфологические признаки и синтаксические функции имени прилагательного; объяснять его роль в речи; различать полную и краткую формы имён прилагательных.</w:t>
      </w:r>
    </w:p>
    <w:p w14:paraId="630E2882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Проводить частичный морфологический анализ имён прилагательных (в рамках изученного).</w:t>
      </w:r>
    </w:p>
    <w:p w14:paraId="3134FF89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Соблюдать нормы словоизменения, произношения имён прилагательных, постановки в них ударения (в рамках изучен​ного).</w:t>
      </w:r>
    </w:p>
    <w:p w14:paraId="593BEB5B" w14:textId="77777777" w:rsidR="00FB2FF7" w:rsidRPr="006514E5" w:rsidRDefault="009C069A" w:rsidP="00026C10">
      <w:pPr>
        <w:autoSpaceDE w:val="0"/>
        <w:autoSpaceDN w:val="0"/>
        <w:spacing w:after="0" w:line="271" w:lineRule="auto"/>
        <w:ind w:firstLine="180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lastRenderedPageBreak/>
        <w:t xml:space="preserve">Соблюдать нормы правописания имён прилагательных: безударных окончаний;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о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—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е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после шипящих и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ц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в суффиксах и окончаниях; кратких форм имён прилагательных с основой на шипящие; нормы слитного и раздельного написания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не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с именами прилагательными.</w:t>
      </w:r>
    </w:p>
    <w:p w14:paraId="6AC0F1ED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71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Глагол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Определять общее грамматическое значение, морфологические признаки и синтаксические функции глагола; объяснять его роль в словосочетании и предложении, а также в речи.</w:t>
      </w:r>
    </w:p>
    <w:p w14:paraId="070DF235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Различать глаголы совершенного и несовершенного вида, возвратные и невозвратные.</w:t>
      </w:r>
    </w:p>
    <w:p w14:paraId="3D119E51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Называть грамматические свойства инфинитива (неопределённой формы) глагола, выделять его основу; выделять основу настоящего (будущего простого) времени глагола.</w:t>
      </w:r>
    </w:p>
    <w:p w14:paraId="67F352B4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Определять спряжение глагола, уметь спрягать глаголы.</w:t>
      </w:r>
    </w:p>
    <w:p w14:paraId="7CB8B5F4" w14:textId="77777777" w:rsidR="00FB2FF7" w:rsidRPr="006514E5" w:rsidRDefault="009C069A" w:rsidP="00026C10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Проводить частичный морфологический анализ глаголов (в рамках изученного).</w:t>
      </w:r>
    </w:p>
    <w:p w14:paraId="1C9EC8AB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62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Соблюдать нормы словоизменения глаголов, постановки ударения в глагольных формах (в рамках изученного).</w:t>
      </w:r>
    </w:p>
    <w:p w14:paraId="128508A3" w14:textId="77777777" w:rsidR="00FB2FF7" w:rsidRPr="006514E5" w:rsidRDefault="009C069A" w:rsidP="00026C10">
      <w:pPr>
        <w:autoSpaceDE w:val="0"/>
        <w:autoSpaceDN w:val="0"/>
        <w:spacing w:after="0" w:line="281" w:lineRule="auto"/>
        <w:ind w:firstLine="180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Соблюдать нормы правописания глаголов: корней с чередованием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е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//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и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; использования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 xml:space="preserve">ь 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после шипящих как показателя грамматической формы в инфинитиве, в форме 2-го лица единственного числа;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-тся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и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-ться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в глаголах; суффиксов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-ова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-— -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ева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-,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-ыва-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—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-ива-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; личных окончаний глагола, гласной перед суффиксом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-л-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в формах прошедшего времени глагола; слитного и раздельного написания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не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с глаголами.</w:t>
      </w:r>
    </w:p>
    <w:p w14:paraId="14A917C1" w14:textId="77777777" w:rsidR="00FB2FF7" w:rsidRPr="006514E5" w:rsidRDefault="009C069A" w:rsidP="00026C10">
      <w:pPr>
        <w:tabs>
          <w:tab w:val="left" w:pos="180"/>
        </w:tabs>
        <w:autoSpaceDE w:val="0"/>
        <w:autoSpaceDN w:val="0"/>
        <w:spacing w:after="0" w:line="281" w:lineRule="auto"/>
        <w:rPr>
          <w:lang w:val="ru-RU"/>
        </w:rPr>
      </w:pP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Синтаксис. Культура речи. Пунктуация 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Распознавать единицы синтаксиса (словосочетание и предложение); проводить синтаксический анализ словосочетаний и простых предложений; проводить пунктуационный анализ простых осложнённых и сложных предложений (в рамках изученного); применять знания по синтаксису и пунктуации при выполнении языкового анализа различных видов и в речевой практике.</w:t>
      </w:r>
    </w:p>
    <w:p w14:paraId="360105FB" w14:textId="77777777" w:rsidR="00FB2FF7" w:rsidRPr="006514E5" w:rsidRDefault="009C069A" w:rsidP="00026C10">
      <w:pPr>
        <w:autoSpaceDE w:val="0"/>
        <w:autoSpaceDN w:val="0"/>
        <w:spacing w:after="0" w:line="288" w:lineRule="auto"/>
        <w:ind w:firstLine="180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Распознавать словосочетания по морфологическим свойствам главного слова (именные, глагольные, наречные); простые нео​сложнённые предложения; простые предложения, осложнённые однородными членами, включая предложения с обобщающим словом при однородных членах, обращением; распознавать предложения по цели высказывания (повествовательные, побудительные,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вопросительные), эмоциональной окраске (восклицательные и невосклицательные), количеству грамматических основ (простые и сложные), наличию второстепенных членов (распространённые и нераспространённые); определять главные (грамматическую основу) и второстепенные члены предложения, морфологические средства выражения подлежащего (именем существительным или местоимением в именительном падеже, сочетанием имени существительного в форме именительного падежа с существительным или местоимением в форме творительного падежа с предлогом;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сочетанием имени числительного в форме именительного падежа с существительным в форме родительного падежа) и сказуемого (глаголом, именем существительным, именем прилагательным), морфологические средства выражения второстепенных членов предложения (в рамках изученного).</w:t>
      </w:r>
    </w:p>
    <w:p w14:paraId="604F30DE" w14:textId="77777777" w:rsidR="00FB2FF7" w:rsidRPr="006514E5" w:rsidRDefault="009C069A" w:rsidP="00026C10">
      <w:pPr>
        <w:autoSpaceDE w:val="0"/>
        <w:autoSpaceDN w:val="0"/>
        <w:spacing w:after="0" w:line="281" w:lineRule="auto"/>
        <w:ind w:firstLine="180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Соблюдать на письме пунктуационные нормы при постановке тире между подлежащим и сказуемым, выборе знаков препинания в предложениях с однородными членами, связанными бессоюзной связью, одиночным союзом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и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, </w:t>
      </w:r>
      <w:proofErr w:type="gramStart"/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союзами</w:t>
      </w:r>
      <w:proofErr w:type="gramEnd"/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а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,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но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,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однако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,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зато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,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да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(в значении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и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),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да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(в значении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но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); с обобщающим словом при однородных членах; с обращением; в предложениях с прямой речью; в сложных предложениях, состоящих из частей, связанных бессоюзной связью и союзами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и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,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но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,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а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,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однако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,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зато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, </w:t>
      </w:r>
      <w:r w:rsidRPr="006514E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да</w:t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; оформлять на письме диалог.</w:t>
      </w:r>
    </w:p>
    <w:p w14:paraId="794C0346" w14:textId="773FFD31" w:rsidR="005E3C12" w:rsidRDefault="005E3C12" w:rsidP="00561F36">
      <w:pPr>
        <w:autoSpaceDE w:val="0"/>
        <w:autoSpaceDN w:val="0"/>
        <w:adjustRightInd w:val="0"/>
        <w:spacing w:after="0"/>
        <w:ind w:firstLine="709"/>
        <w:jc w:val="both"/>
        <w:rPr>
          <w:color w:val="000000"/>
          <w:lang w:val="ru-RU"/>
        </w:rPr>
      </w:pPr>
      <w:r w:rsidRPr="005E3C12">
        <w:rPr>
          <w:lang w:val="ru-RU"/>
        </w:rPr>
        <w:t xml:space="preserve">В связи с </w:t>
      </w:r>
      <w:r w:rsidRPr="005E3C12">
        <w:rPr>
          <w:u w:val="single"/>
          <w:lang w:val="ru-RU"/>
        </w:rPr>
        <w:t>праздничными днями</w:t>
      </w:r>
      <w:r w:rsidRPr="005E3C12">
        <w:rPr>
          <w:lang w:val="ru-RU"/>
        </w:rPr>
        <w:t>, установленными постановлением правительства Российской Федерации  «О переносе выходных дней в 202</w:t>
      </w:r>
      <w:r>
        <w:rPr>
          <w:lang w:val="ru-RU"/>
        </w:rPr>
        <w:t>2</w:t>
      </w:r>
      <w:r w:rsidRPr="005E3C12">
        <w:rPr>
          <w:lang w:val="ru-RU"/>
        </w:rPr>
        <w:t xml:space="preserve"> году» ,</w:t>
      </w:r>
      <w:r w:rsidRPr="005E3C12">
        <w:rPr>
          <w:color w:val="000000"/>
          <w:lang w:val="ru-RU"/>
        </w:rPr>
        <w:t xml:space="preserve"> </w:t>
      </w:r>
      <w:bookmarkStart w:id="0" w:name="_Hlk53339027"/>
      <w:r w:rsidRPr="005E3C12">
        <w:rPr>
          <w:lang w:val="ru-RU"/>
        </w:rPr>
        <w:t>«О переносе выходных дней в 202</w:t>
      </w:r>
      <w:r>
        <w:rPr>
          <w:lang w:val="ru-RU"/>
        </w:rPr>
        <w:t>3</w:t>
      </w:r>
      <w:r w:rsidRPr="005E3C12">
        <w:rPr>
          <w:lang w:val="ru-RU"/>
        </w:rPr>
        <w:t xml:space="preserve"> году» </w:t>
      </w:r>
      <w:r w:rsidRPr="005E3C12">
        <w:rPr>
          <w:color w:val="000000"/>
          <w:lang w:val="ru-RU"/>
        </w:rPr>
        <w:t xml:space="preserve"> </w:t>
      </w:r>
      <w:bookmarkEnd w:id="0"/>
      <w:r w:rsidRPr="005E3C12">
        <w:rPr>
          <w:color w:val="000000"/>
          <w:lang w:val="ru-RU"/>
        </w:rPr>
        <w:t>04.11. 202</w:t>
      </w:r>
      <w:r>
        <w:rPr>
          <w:color w:val="000000"/>
          <w:lang w:val="ru-RU"/>
        </w:rPr>
        <w:t>2</w:t>
      </w:r>
      <w:r w:rsidRPr="005E3C12">
        <w:rPr>
          <w:color w:val="000000"/>
          <w:lang w:val="ru-RU"/>
        </w:rPr>
        <w:t>, 23.02.202</w:t>
      </w:r>
      <w:r>
        <w:rPr>
          <w:color w:val="000000"/>
          <w:lang w:val="ru-RU"/>
        </w:rPr>
        <w:t>3</w:t>
      </w:r>
      <w:r w:rsidRPr="005E3C12">
        <w:rPr>
          <w:color w:val="000000"/>
          <w:lang w:val="ru-RU"/>
        </w:rPr>
        <w:t>, 08.03.202</w:t>
      </w:r>
      <w:r>
        <w:rPr>
          <w:color w:val="000000"/>
          <w:lang w:val="ru-RU"/>
        </w:rPr>
        <w:t>3</w:t>
      </w:r>
      <w:r w:rsidRPr="005E3C12">
        <w:rPr>
          <w:color w:val="000000"/>
          <w:lang w:val="ru-RU"/>
        </w:rPr>
        <w:t>, 0</w:t>
      </w:r>
      <w:r>
        <w:rPr>
          <w:color w:val="000000"/>
          <w:lang w:val="ru-RU"/>
        </w:rPr>
        <w:t>1</w:t>
      </w:r>
      <w:r w:rsidRPr="005E3C12">
        <w:rPr>
          <w:color w:val="000000"/>
          <w:lang w:val="ru-RU"/>
        </w:rPr>
        <w:t xml:space="preserve">.05.2021, </w:t>
      </w:r>
      <w:r>
        <w:rPr>
          <w:color w:val="000000"/>
          <w:lang w:val="ru-RU"/>
        </w:rPr>
        <w:t>09.</w:t>
      </w:r>
      <w:r w:rsidRPr="005E3C12">
        <w:rPr>
          <w:color w:val="000000"/>
          <w:lang w:val="ru-RU"/>
        </w:rPr>
        <w:t xml:space="preserve">05.2021 </w:t>
      </w:r>
      <w:r w:rsidRPr="005E3C12">
        <w:rPr>
          <w:lang w:val="ru-RU"/>
        </w:rPr>
        <w:t xml:space="preserve">и в соответствии с </w:t>
      </w:r>
      <w:r w:rsidRPr="005E3C12">
        <w:rPr>
          <w:u w:val="single"/>
          <w:lang w:val="ru-RU"/>
        </w:rPr>
        <w:t>расписанием уроков</w:t>
      </w:r>
      <w:r w:rsidRPr="005E3C12">
        <w:rPr>
          <w:lang w:val="ru-RU"/>
        </w:rPr>
        <w:t xml:space="preserve"> школы на 202</w:t>
      </w:r>
      <w:r>
        <w:rPr>
          <w:lang w:val="ru-RU"/>
        </w:rPr>
        <w:t>2</w:t>
      </w:r>
      <w:r w:rsidRPr="005E3C12">
        <w:rPr>
          <w:lang w:val="ru-RU"/>
        </w:rPr>
        <w:t>-202</w:t>
      </w:r>
      <w:r>
        <w:rPr>
          <w:lang w:val="ru-RU"/>
        </w:rPr>
        <w:t>3</w:t>
      </w:r>
      <w:r w:rsidRPr="005E3C12">
        <w:rPr>
          <w:lang w:val="ru-RU"/>
        </w:rPr>
        <w:t xml:space="preserve"> учебный </w:t>
      </w:r>
      <w:r w:rsidRPr="005E3C12">
        <w:rPr>
          <w:color w:val="000000"/>
          <w:lang w:val="ru-RU"/>
        </w:rPr>
        <w:t xml:space="preserve">год объединены уроки № </w:t>
      </w:r>
      <w:r>
        <w:rPr>
          <w:color w:val="000000"/>
          <w:lang w:val="ru-RU"/>
        </w:rPr>
        <w:t>42</w:t>
      </w:r>
      <w:r w:rsidRPr="005E3C12">
        <w:rPr>
          <w:color w:val="000000"/>
          <w:lang w:val="ru-RU"/>
        </w:rPr>
        <w:t xml:space="preserve"> по теме «</w:t>
      </w:r>
      <w:r w:rsidR="007F5C04" w:rsidRPr="007F5C04">
        <w:rPr>
          <w:color w:val="000000"/>
          <w:lang w:val="ru-RU"/>
        </w:rPr>
        <w:t>Прямое и переносное значение слова</w:t>
      </w:r>
      <w:r w:rsidRPr="005E3C12">
        <w:rPr>
          <w:color w:val="000000"/>
          <w:lang w:val="ru-RU"/>
        </w:rPr>
        <w:t>» и №</w:t>
      </w:r>
      <w:r>
        <w:rPr>
          <w:color w:val="000000"/>
          <w:lang w:val="ru-RU"/>
        </w:rPr>
        <w:t xml:space="preserve">43 </w:t>
      </w:r>
      <w:r w:rsidRPr="005E3C12">
        <w:rPr>
          <w:color w:val="000000"/>
          <w:lang w:val="ru-RU"/>
        </w:rPr>
        <w:t>по теме «</w:t>
      </w:r>
      <w:r w:rsidR="007F5C04">
        <w:rPr>
          <w:color w:val="000000"/>
          <w:lang w:val="ru-RU"/>
        </w:rPr>
        <w:t>Тематические группы слов</w:t>
      </w:r>
      <w:r w:rsidRPr="005E3C12">
        <w:rPr>
          <w:color w:val="000000"/>
          <w:lang w:val="ru-RU"/>
        </w:rPr>
        <w:t xml:space="preserve">», № </w:t>
      </w:r>
      <w:r w:rsidR="007F5C04">
        <w:rPr>
          <w:color w:val="000000"/>
          <w:lang w:val="ru-RU"/>
        </w:rPr>
        <w:t>110</w:t>
      </w:r>
      <w:r w:rsidRPr="005E3C12">
        <w:rPr>
          <w:color w:val="000000"/>
          <w:lang w:val="ru-RU"/>
        </w:rPr>
        <w:t xml:space="preserve"> по теме «</w:t>
      </w:r>
      <w:r w:rsidR="007F5C04" w:rsidRPr="007F5C04">
        <w:rPr>
          <w:color w:val="000000"/>
          <w:lang w:val="ru-RU"/>
        </w:rPr>
        <w:t>Слитное и раздельное написание не с глаголами</w:t>
      </w:r>
      <w:r w:rsidRPr="005E3C12">
        <w:rPr>
          <w:color w:val="000000"/>
          <w:lang w:val="ru-RU"/>
        </w:rPr>
        <w:t xml:space="preserve">» и № </w:t>
      </w:r>
      <w:r w:rsidR="007F5C04">
        <w:rPr>
          <w:color w:val="000000"/>
          <w:lang w:val="ru-RU"/>
        </w:rPr>
        <w:t>111</w:t>
      </w:r>
      <w:r w:rsidRPr="005E3C12">
        <w:rPr>
          <w:color w:val="000000"/>
          <w:lang w:val="ru-RU"/>
        </w:rPr>
        <w:t xml:space="preserve"> по теме «</w:t>
      </w:r>
      <w:r w:rsidR="007F5C04">
        <w:rPr>
          <w:color w:val="000000"/>
          <w:lang w:val="ru-RU"/>
        </w:rPr>
        <w:t>Инфинитив и его грамматические свойства</w:t>
      </w:r>
      <w:r w:rsidRPr="005E3C12">
        <w:rPr>
          <w:color w:val="000000"/>
          <w:lang w:val="ru-RU"/>
        </w:rPr>
        <w:t>», № 1</w:t>
      </w:r>
      <w:r w:rsidR="002A6BE3">
        <w:rPr>
          <w:color w:val="000000"/>
          <w:lang w:val="ru-RU"/>
        </w:rPr>
        <w:t>12 по теме</w:t>
      </w:r>
      <w:r w:rsidR="00583060">
        <w:rPr>
          <w:color w:val="000000"/>
          <w:lang w:val="ru-RU"/>
        </w:rPr>
        <w:t xml:space="preserve"> «</w:t>
      </w:r>
      <w:r w:rsidR="008722F0" w:rsidRPr="008722F0">
        <w:rPr>
          <w:color w:val="000000"/>
          <w:lang w:val="ru-RU"/>
        </w:rPr>
        <w:t xml:space="preserve">Основа инфинитива, </w:t>
      </w:r>
      <w:r w:rsidR="008722F0" w:rsidRPr="008722F0">
        <w:rPr>
          <w:color w:val="000000"/>
          <w:lang w:val="ru-RU"/>
        </w:rPr>
        <w:lastRenderedPageBreak/>
        <w:t xml:space="preserve">основа настоящего (будущего </w:t>
      </w:r>
      <w:r w:rsidR="008722F0">
        <w:rPr>
          <w:color w:val="000000"/>
          <w:lang w:val="ru-RU"/>
        </w:rPr>
        <w:t>)</w:t>
      </w:r>
      <w:r w:rsidR="002A6BE3">
        <w:rPr>
          <w:color w:val="000000"/>
          <w:lang w:val="ru-RU"/>
        </w:rPr>
        <w:t xml:space="preserve"> »</w:t>
      </w:r>
      <w:r w:rsidRPr="005E3C12">
        <w:rPr>
          <w:color w:val="000000"/>
          <w:lang w:val="ru-RU"/>
        </w:rPr>
        <w:t xml:space="preserve"> и № 11</w:t>
      </w:r>
      <w:r w:rsidR="002A6BE3">
        <w:rPr>
          <w:color w:val="000000"/>
          <w:lang w:val="ru-RU"/>
        </w:rPr>
        <w:t>3</w:t>
      </w:r>
      <w:r w:rsidRPr="005E3C12">
        <w:rPr>
          <w:color w:val="000000"/>
          <w:lang w:val="ru-RU"/>
        </w:rPr>
        <w:t xml:space="preserve"> по теме «</w:t>
      </w:r>
      <w:r w:rsidR="008722F0">
        <w:rPr>
          <w:color w:val="000000"/>
          <w:lang w:val="ru-RU"/>
        </w:rPr>
        <w:t>Правописание -тся и -ться в глаголах</w:t>
      </w:r>
      <w:r w:rsidRPr="005E3C12">
        <w:rPr>
          <w:color w:val="000000"/>
          <w:lang w:val="ru-RU"/>
        </w:rPr>
        <w:t xml:space="preserve">», № </w:t>
      </w:r>
      <w:r w:rsidR="00583060">
        <w:rPr>
          <w:color w:val="000000"/>
          <w:lang w:val="ru-RU"/>
        </w:rPr>
        <w:t>120</w:t>
      </w:r>
      <w:r w:rsidRPr="005E3C12">
        <w:rPr>
          <w:color w:val="000000"/>
          <w:lang w:val="ru-RU"/>
        </w:rPr>
        <w:t xml:space="preserve"> по теме «</w:t>
      </w:r>
      <w:r w:rsidR="008722F0" w:rsidRPr="008722F0">
        <w:rPr>
          <w:color w:val="000000"/>
          <w:lang w:val="ru-RU"/>
        </w:rPr>
        <w:t>Изменение глаголов по временам (в изъявительном наклонении).</w:t>
      </w:r>
      <w:r w:rsidRPr="005E3C12">
        <w:rPr>
          <w:color w:val="000000"/>
          <w:lang w:val="ru-RU"/>
        </w:rPr>
        <w:t>» и № 12</w:t>
      </w:r>
      <w:r w:rsidR="00583060">
        <w:rPr>
          <w:color w:val="000000"/>
          <w:lang w:val="ru-RU"/>
        </w:rPr>
        <w:t>1</w:t>
      </w:r>
      <w:r w:rsidRPr="005E3C12">
        <w:rPr>
          <w:color w:val="000000"/>
          <w:lang w:val="ru-RU"/>
        </w:rPr>
        <w:t xml:space="preserve"> по теме «</w:t>
      </w:r>
      <w:r w:rsidR="008722F0">
        <w:rPr>
          <w:color w:val="000000"/>
          <w:lang w:val="ru-RU"/>
        </w:rPr>
        <w:t>Изменение г</w:t>
      </w:r>
      <w:r w:rsidR="00561F36">
        <w:rPr>
          <w:color w:val="000000"/>
          <w:lang w:val="ru-RU"/>
        </w:rPr>
        <w:t>л</w:t>
      </w:r>
      <w:r w:rsidR="008722F0">
        <w:rPr>
          <w:color w:val="000000"/>
          <w:lang w:val="ru-RU"/>
        </w:rPr>
        <w:t>аголов по временам: прошедшее время</w:t>
      </w:r>
      <w:r w:rsidRPr="005E3C12">
        <w:rPr>
          <w:color w:val="000000"/>
          <w:lang w:val="ru-RU"/>
        </w:rPr>
        <w:t xml:space="preserve">», № </w:t>
      </w:r>
      <w:r w:rsidR="00583060">
        <w:rPr>
          <w:color w:val="000000"/>
          <w:lang w:val="ru-RU"/>
        </w:rPr>
        <w:t>152</w:t>
      </w:r>
      <w:r w:rsidRPr="005E3C12">
        <w:rPr>
          <w:color w:val="000000"/>
          <w:lang w:val="ru-RU"/>
        </w:rPr>
        <w:t xml:space="preserve"> по теме «</w:t>
      </w:r>
      <w:r w:rsidR="008722F0" w:rsidRPr="008722F0">
        <w:rPr>
          <w:color w:val="000000"/>
          <w:lang w:val="ru-RU"/>
        </w:rPr>
        <w:t>Предложения с обращениями, особенности интонации</w:t>
      </w:r>
      <w:r w:rsidRPr="005E3C12">
        <w:rPr>
          <w:color w:val="000000"/>
          <w:lang w:val="ru-RU"/>
        </w:rPr>
        <w:t>» и № 1</w:t>
      </w:r>
      <w:r w:rsidR="00583060">
        <w:rPr>
          <w:color w:val="000000"/>
          <w:lang w:val="ru-RU"/>
        </w:rPr>
        <w:t>53</w:t>
      </w:r>
      <w:r w:rsidRPr="005E3C12">
        <w:rPr>
          <w:color w:val="000000"/>
          <w:lang w:val="ru-RU"/>
        </w:rPr>
        <w:t xml:space="preserve"> по теме «</w:t>
      </w:r>
      <w:r w:rsidR="002F362E">
        <w:rPr>
          <w:color w:val="000000"/>
          <w:lang w:val="ru-RU"/>
        </w:rPr>
        <w:t>Синтаксический анализ простых осложненных предложений</w:t>
      </w:r>
      <w:r w:rsidRPr="005E3C12">
        <w:rPr>
          <w:color w:val="000000"/>
          <w:lang w:val="ru-RU"/>
        </w:rPr>
        <w:t>»</w:t>
      </w:r>
      <w:r w:rsidR="00583060">
        <w:rPr>
          <w:color w:val="000000"/>
          <w:lang w:val="ru-RU"/>
        </w:rPr>
        <w:t xml:space="preserve">, </w:t>
      </w:r>
      <w:r w:rsidR="00583060" w:rsidRPr="00583060">
        <w:rPr>
          <w:color w:val="000000"/>
          <w:lang w:val="ru-RU"/>
        </w:rPr>
        <w:t>№ 1</w:t>
      </w:r>
      <w:r w:rsidR="00583060">
        <w:rPr>
          <w:color w:val="000000"/>
          <w:lang w:val="ru-RU"/>
        </w:rPr>
        <w:t>54</w:t>
      </w:r>
      <w:r w:rsidR="00583060" w:rsidRPr="00583060">
        <w:rPr>
          <w:color w:val="000000"/>
          <w:lang w:val="ru-RU"/>
        </w:rPr>
        <w:t xml:space="preserve"> по теме «</w:t>
      </w:r>
      <w:r w:rsidR="002F362E">
        <w:rPr>
          <w:color w:val="000000"/>
          <w:lang w:val="ru-RU"/>
        </w:rPr>
        <w:t>Предложения простые и сложные</w:t>
      </w:r>
      <w:r w:rsidR="00583060" w:rsidRPr="00583060">
        <w:rPr>
          <w:color w:val="000000"/>
          <w:lang w:val="ru-RU"/>
        </w:rPr>
        <w:t>» и № 1</w:t>
      </w:r>
      <w:r w:rsidR="00583060">
        <w:rPr>
          <w:color w:val="000000"/>
          <w:lang w:val="ru-RU"/>
        </w:rPr>
        <w:t>55</w:t>
      </w:r>
      <w:r w:rsidR="00583060" w:rsidRPr="00583060">
        <w:rPr>
          <w:color w:val="000000"/>
          <w:lang w:val="ru-RU"/>
        </w:rPr>
        <w:t xml:space="preserve"> по теме «</w:t>
      </w:r>
      <w:r w:rsidR="002F362E" w:rsidRPr="002F362E">
        <w:rPr>
          <w:color w:val="000000"/>
          <w:lang w:val="ru-RU"/>
        </w:rPr>
        <w:t>Сложные предложения с бессоюзной и союзной связью</w:t>
      </w:r>
      <w:r w:rsidR="00583060" w:rsidRPr="00583060">
        <w:rPr>
          <w:color w:val="000000"/>
          <w:lang w:val="ru-RU"/>
        </w:rPr>
        <w:t>», № 15</w:t>
      </w:r>
      <w:r w:rsidR="00583060">
        <w:rPr>
          <w:color w:val="000000"/>
          <w:lang w:val="ru-RU"/>
        </w:rPr>
        <w:t>7</w:t>
      </w:r>
      <w:r w:rsidR="00583060" w:rsidRPr="00583060">
        <w:rPr>
          <w:color w:val="000000"/>
          <w:lang w:val="ru-RU"/>
        </w:rPr>
        <w:t xml:space="preserve"> по теме «</w:t>
      </w:r>
      <w:r w:rsidR="002F362E">
        <w:rPr>
          <w:color w:val="000000"/>
          <w:lang w:val="ru-RU"/>
        </w:rPr>
        <w:t>Пред</w:t>
      </w:r>
      <w:r w:rsidR="00561F36">
        <w:rPr>
          <w:color w:val="000000"/>
          <w:lang w:val="ru-RU"/>
        </w:rPr>
        <w:t>ложения сложноподчиненные</w:t>
      </w:r>
      <w:r w:rsidR="00583060" w:rsidRPr="00583060">
        <w:rPr>
          <w:color w:val="000000"/>
          <w:lang w:val="ru-RU"/>
        </w:rPr>
        <w:t>» и № 15</w:t>
      </w:r>
      <w:r w:rsidR="00583060">
        <w:rPr>
          <w:color w:val="000000"/>
          <w:lang w:val="ru-RU"/>
        </w:rPr>
        <w:t>8</w:t>
      </w:r>
      <w:r w:rsidR="00583060" w:rsidRPr="00583060">
        <w:rPr>
          <w:color w:val="000000"/>
          <w:lang w:val="ru-RU"/>
        </w:rPr>
        <w:t xml:space="preserve"> по теме «</w:t>
      </w:r>
      <w:r w:rsidR="002F362E" w:rsidRPr="002F362E">
        <w:rPr>
          <w:color w:val="000000"/>
          <w:lang w:val="ru-RU"/>
        </w:rPr>
        <w:t>Пунктуационное оформление сложных предложений, связанных бессоюзной связью и союзами и, но, а, однако, зато, да.</w:t>
      </w:r>
      <w:r w:rsidR="00583060" w:rsidRPr="00583060">
        <w:rPr>
          <w:color w:val="000000"/>
          <w:lang w:val="ru-RU"/>
        </w:rPr>
        <w:t>».</w:t>
      </w:r>
    </w:p>
    <w:p w14:paraId="74267D1A" w14:textId="77777777" w:rsidR="005E3C12" w:rsidRPr="005E3C12" w:rsidRDefault="005E3C12" w:rsidP="00561F36">
      <w:pPr>
        <w:autoSpaceDE w:val="0"/>
        <w:autoSpaceDN w:val="0"/>
        <w:adjustRightInd w:val="0"/>
        <w:spacing w:after="0"/>
        <w:ind w:firstLine="709"/>
        <w:jc w:val="both"/>
        <w:rPr>
          <w:b/>
          <w:bCs/>
          <w:lang w:val="ru-RU"/>
        </w:rPr>
      </w:pPr>
      <w:r w:rsidRPr="005E3C12">
        <w:rPr>
          <w:lang w:val="ru-RU"/>
        </w:rPr>
        <w:t>В результате программный материал учебного предмета «Русский язык» авторов предметной линии учебников Т.А. Ладыженской, М.Т. Баранова, Л.А. Тростенцовой и др. для 5 класса в течение учебного года будет выполнен полностью.</w:t>
      </w:r>
    </w:p>
    <w:p w14:paraId="5912A7D0" w14:textId="5A67EF9D" w:rsidR="00026C10" w:rsidRPr="006514E5" w:rsidRDefault="00026C10">
      <w:pPr>
        <w:rPr>
          <w:lang w:val="ru-RU"/>
        </w:rPr>
        <w:sectPr w:rsidR="00026C10" w:rsidRPr="006514E5">
          <w:pgSz w:w="11900" w:h="16840"/>
          <w:pgMar w:top="298" w:right="668" w:bottom="1440" w:left="666" w:header="720" w:footer="720" w:gutter="0"/>
          <w:cols w:space="720" w:equalWidth="0">
            <w:col w:w="10566" w:space="0"/>
          </w:cols>
          <w:docGrid w:linePitch="360"/>
        </w:sectPr>
      </w:pPr>
    </w:p>
    <w:p w14:paraId="3BBCB75F" w14:textId="77777777" w:rsidR="00FB2FF7" w:rsidRPr="006514E5" w:rsidRDefault="00FB2FF7">
      <w:pPr>
        <w:autoSpaceDE w:val="0"/>
        <w:autoSpaceDN w:val="0"/>
        <w:spacing w:after="64" w:line="220" w:lineRule="exact"/>
        <w:rPr>
          <w:lang w:val="ru-RU"/>
        </w:rPr>
      </w:pPr>
    </w:p>
    <w:p w14:paraId="51D38510" w14:textId="60C728E9" w:rsidR="00FB2FF7" w:rsidRPr="00B22ABA" w:rsidRDefault="009C069A" w:rsidP="00B22ABA">
      <w:pPr>
        <w:jc w:val="center"/>
        <w:rPr>
          <w:sz w:val="20"/>
          <w:szCs w:val="20"/>
        </w:rPr>
      </w:pPr>
      <w:r w:rsidRPr="00B22ABA">
        <w:rPr>
          <w:sz w:val="20"/>
          <w:szCs w:val="20"/>
        </w:rPr>
        <w:t>ТЕМАТИЧЕСКОЕ ПЛАНИРОВАНИЕ</w:t>
      </w:r>
    </w:p>
    <w:tbl>
      <w:tblPr>
        <w:tblW w:w="0" w:type="auto"/>
        <w:tblInd w:w="6" w:type="dxa"/>
        <w:tblLayout w:type="fixed"/>
        <w:tblLook w:val="04A0" w:firstRow="1" w:lastRow="0" w:firstColumn="1" w:lastColumn="0" w:noHBand="0" w:noVBand="1"/>
      </w:tblPr>
      <w:tblGrid>
        <w:gridCol w:w="468"/>
        <w:gridCol w:w="2882"/>
        <w:gridCol w:w="528"/>
        <w:gridCol w:w="1106"/>
        <w:gridCol w:w="969"/>
        <w:gridCol w:w="1035"/>
        <w:gridCol w:w="2438"/>
        <w:gridCol w:w="1296"/>
        <w:gridCol w:w="4780"/>
      </w:tblGrid>
      <w:tr w:rsidR="00FB2FF7" w:rsidRPr="00D6223A" w14:paraId="3983E72F" w14:textId="77777777" w:rsidTr="00D6223A">
        <w:trPr>
          <w:trHeight w:hRule="exact" w:val="348"/>
        </w:trPr>
        <w:tc>
          <w:tcPr>
            <w:tcW w:w="4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AA49094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br/>
              <w:t>п/п</w:t>
            </w:r>
          </w:p>
        </w:tc>
        <w:tc>
          <w:tcPr>
            <w:tcW w:w="28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64B4878" w14:textId="77777777" w:rsidR="00FB2FF7" w:rsidRPr="00677AE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Наименование разделов и тем программы</w:t>
            </w:r>
          </w:p>
        </w:tc>
        <w:tc>
          <w:tcPr>
            <w:tcW w:w="260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128011B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Количество часов</w:t>
            </w:r>
          </w:p>
        </w:tc>
        <w:tc>
          <w:tcPr>
            <w:tcW w:w="10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6BF36A9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 xml:space="preserve">Дата 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br/>
              <w:t>изучения</w:t>
            </w:r>
          </w:p>
        </w:tc>
        <w:tc>
          <w:tcPr>
            <w:tcW w:w="24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0A0C0AB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Виды деятельности</w:t>
            </w:r>
          </w:p>
        </w:tc>
        <w:tc>
          <w:tcPr>
            <w:tcW w:w="12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20C40B3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Виды, формы контроля</w:t>
            </w:r>
          </w:p>
        </w:tc>
        <w:tc>
          <w:tcPr>
            <w:tcW w:w="47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B1B1866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Электронные (цифровые) образовательные ресурсы</w:t>
            </w:r>
          </w:p>
        </w:tc>
      </w:tr>
      <w:tr w:rsidR="00FB2FF7" w:rsidRPr="00D6223A" w14:paraId="645F56A3" w14:textId="77777777" w:rsidTr="00D6223A">
        <w:trPr>
          <w:trHeight w:hRule="exact" w:val="540"/>
        </w:trPr>
        <w:tc>
          <w:tcPr>
            <w:tcW w:w="4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48BFA8" w14:textId="77777777" w:rsidR="00FB2FF7" w:rsidRPr="00D6223A" w:rsidRDefault="00FB2FF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ED51BE" w14:textId="77777777" w:rsidR="00FB2FF7" w:rsidRPr="00D6223A" w:rsidRDefault="00FB2FF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C65CB54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14:paraId="28361F2C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контрольные работы</w:t>
            </w:r>
          </w:p>
        </w:tc>
        <w:tc>
          <w:tcPr>
            <w:tcW w:w="96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F56A3AA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практические работы</w:t>
            </w:r>
          </w:p>
        </w:tc>
        <w:tc>
          <w:tcPr>
            <w:tcW w:w="10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D191F0" w14:textId="77777777" w:rsidR="00FB2FF7" w:rsidRPr="00D6223A" w:rsidRDefault="00FB2FF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D89494" w14:textId="77777777" w:rsidR="00FB2FF7" w:rsidRPr="00D6223A" w:rsidRDefault="00FB2FF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C8DD4A" w14:textId="77777777" w:rsidR="00FB2FF7" w:rsidRPr="00D6223A" w:rsidRDefault="00FB2FF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DE2C8A" w14:textId="77777777" w:rsidR="00FB2FF7" w:rsidRPr="00D6223A" w:rsidRDefault="00FB2FF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2FF7" w:rsidRPr="00D6223A" w14:paraId="60A0C086" w14:textId="77777777">
        <w:trPr>
          <w:trHeight w:hRule="exact" w:val="348"/>
        </w:trPr>
        <w:tc>
          <w:tcPr>
            <w:tcW w:w="1550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88BA75F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 xml:space="preserve">Раздел 1. ПОВТОРЕНИЕ </w:t>
            </w:r>
          </w:p>
        </w:tc>
      </w:tr>
      <w:tr w:rsidR="00FB2FF7" w:rsidRPr="00967557" w14:paraId="0A5633B0" w14:textId="77777777" w:rsidTr="00D6223A">
        <w:trPr>
          <w:trHeight w:hRule="exact" w:val="1142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206CCCB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1.1.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9EB41BE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Повторение пройденного материала.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145E021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14:paraId="30B41E1E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6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8F42D5C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A7CC857" w14:textId="00FA4E8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01.09.2022 0</w:t>
            </w:r>
            <w:r w:rsidR="00A964C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.09.2022</w:t>
            </w:r>
          </w:p>
        </w:tc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01E61A3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Выполняют упражнения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8946E3F" w14:textId="77777777" w:rsidR="00FB2FF7" w:rsidRPr="00677AE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Письменный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контроль;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>Устный опрос; Диктант;</w:t>
            </w:r>
          </w:p>
        </w:tc>
        <w:tc>
          <w:tcPr>
            <w:tcW w:w="4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1566465" w14:textId="77777777" w:rsidR="00FB2FF7" w:rsidRPr="00677AE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https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://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resh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edu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ru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/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subject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/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lesson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/7626/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main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/265689/ 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https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://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resh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edu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ru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/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subject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/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lesson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/7625/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main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/266405/</w:t>
            </w:r>
          </w:p>
        </w:tc>
      </w:tr>
      <w:tr w:rsidR="00FB2FF7" w:rsidRPr="00D6223A" w14:paraId="3060C3FF" w14:textId="77777777" w:rsidTr="00D6223A">
        <w:trPr>
          <w:trHeight w:hRule="exact" w:val="348"/>
        </w:trPr>
        <w:tc>
          <w:tcPr>
            <w:tcW w:w="33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80994DF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Итого по разделу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2A0EFC1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14:paraId="431A7031" w14:textId="77777777" w:rsidR="00FB2FF7" w:rsidRPr="00D6223A" w:rsidRDefault="00FB2FF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84EE0AA" w14:textId="77777777" w:rsidR="00FB2FF7" w:rsidRPr="00D6223A" w:rsidRDefault="00FB2FF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50DC3EF" w14:textId="77777777" w:rsidR="00FB2FF7" w:rsidRPr="00D6223A" w:rsidRDefault="00FB2FF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C226A0F" w14:textId="77777777" w:rsidR="00FB2FF7" w:rsidRPr="00D6223A" w:rsidRDefault="00FB2FF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F4BB12A" w14:textId="77777777" w:rsidR="00FB2FF7" w:rsidRPr="00D6223A" w:rsidRDefault="00FB2FF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5D891DF" w14:textId="77777777" w:rsidR="00FB2FF7" w:rsidRPr="00D6223A" w:rsidRDefault="00FB2FF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2FF7" w:rsidRPr="00967557" w14:paraId="77D13DF3" w14:textId="77777777">
        <w:trPr>
          <w:trHeight w:hRule="exact" w:val="348"/>
        </w:trPr>
        <w:tc>
          <w:tcPr>
            <w:tcW w:w="1550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B4BD905" w14:textId="77777777" w:rsidR="00FB2FF7" w:rsidRPr="00677AE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Раздел 2. ОБЩИЕ  СВЕДЕНИЯ  О  ЯЗЫКЕ </w:t>
            </w:r>
          </w:p>
        </w:tc>
      </w:tr>
      <w:tr w:rsidR="00FB2FF7" w:rsidRPr="00D6223A" w14:paraId="07199EF4" w14:textId="77777777" w:rsidTr="00D6223A">
        <w:trPr>
          <w:trHeight w:hRule="exact" w:val="4272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14288C4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2.1.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08599D9" w14:textId="77777777" w:rsidR="00FB2FF7" w:rsidRPr="00677AE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Богатство и выразительность русского языка.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06C0116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14:paraId="4A726802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20CE55A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3C77DB8" w14:textId="18DF32A4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A964C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.09.2022</w:t>
            </w:r>
          </w:p>
        </w:tc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72ED561" w14:textId="0933156E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Самостоятельно формулировать суждения о красоте и богатстве </w:t>
            </w:r>
            <w:r w:rsidR="00D622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р</w:t>
            </w:r>
            <w:r w:rsidRPr="00D622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усского языка на основе </w:t>
            </w:r>
            <w:r w:rsidRPr="00D622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проведённого анализа; </w:t>
            </w:r>
            <w:r w:rsidRPr="00D622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Анализировать прозаические и поэтические тексты с точки зрения использования в них </w:t>
            </w:r>
            <w:r w:rsidRPr="00D622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изобразительно-выразительных языковых средств; 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C</w:t>
            </w:r>
            <w:r w:rsidRPr="00D622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амостоятельно формулировать обобщения и выводы о словарном богатстве русского языка;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ABCECC3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Устный опрос;</w:t>
            </w:r>
          </w:p>
        </w:tc>
        <w:tc>
          <w:tcPr>
            <w:tcW w:w="4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CD3DEDE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https://resh.edu.ru/subject/lesson/6924/main/</w:t>
            </w:r>
          </w:p>
        </w:tc>
      </w:tr>
      <w:tr w:rsidR="00FB2FF7" w:rsidRPr="00D6223A" w14:paraId="20D77F53" w14:textId="77777777" w:rsidTr="00D6223A">
        <w:trPr>
          <w:trHeight w:hRule="exact" w:val="1555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CF3A1DF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2.2.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995E0CC" w14:textId="77777777" w:rsidR="00FB2FF7" w:rsidRPr="00677AE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Лингвистика как наука о языке.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5DDC474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14:paraId="57C687E1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657B8BF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E577AD0" w14:textId="3ED1A65E" w:rsidR="00FB2FF7" w:rsidRPr="00D6223A" w:rsidRDefault="00A964C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  <w:r w:rsidR="00677AEA" w:rsidRPr="00D6223A">
              <w:rPr>
                <w:rFonts w:ascii="Times New Roman" w:hAnsi="Times New Roman" w:cs="Times New Roman"/>
                <w:sz w:val="20"/>
                <w:szCs w:val="20"/>
              </w:rPr>
              <w:t>.09.2022</w:t>
            </w:r>
          </w:p>
        </w:tc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D0F481E" w14:textId="77777777" w:rsidR="00FB2FF7" w:rsidRPr="00677AE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Самостоятельно формулировать суждения о красоте и богатстве русского языка на основе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>проведённого анализа;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E4E7678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Устный опрос;</w:t>
            </w:r>
          </w:p>
        </w:tc>
        <w:tc>
          <w:tcPr>
            <w:tcW w:w="4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323D60C" w14:textId="77777777" w:rsidR="00FB2FF7" w:rsidRPr="00D6223A" w:rsidRDefault="00FB2FF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2FF7" w:rsidRPr="00D6223A" w14:paraId="60CE2CE9" w14:textId="77777777" w:rsidTr="00E63ADD">
        <w:trPr>
          <w:trHeight w:hRule="exact" w:val="1703"/>
        </w:trPr>
        <w:tc>
          <w:tcPr>
            <w:tcW w:w="33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63C5B63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Итого по разделу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48A9C56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62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49C71FF" w14:textId="77777777" w:rsidR="00FB2FF7" w:rsidRPr="00D6223A" w:rsidRDefault="00FB2FF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2FF7" w:rsidRPr="00D6223A" w14:paraId="201BF924" w14:textId="77777777">
        <w:trPr>
          <w:trHeight w:hRule="exact" w:val="348"/>
        </w:trPr>
        <w:tc>
          <w:tcPr>
            <w:tcW w:w="1550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09DC859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Раздел 3. ЯЗЫК И  РЕЧЬ </w:t>
            </w:r>
          </w:p>
        </w:tc>
      </w:tr>
      <w:tr w:rsidR="00FB2FF7" w:rsidRPr="00D6223A" w14:paraId="2E225CF2" w14:textId="77777777" w:rsidTr="00D6223A">
        <w:trPr>
          <w:trHeight w:hRule="exact" w:val="2068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C31A8C0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3.1.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823C350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Язык и речь. Монолог. Диалог. 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Полилог.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F08ADC1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14:paraId="2AFE88DA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1D4CE78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C0178B4" w14:textId="72F4BF98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A964C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.09.2022 1</w:t>
            </w:r>
            <w:r w:rsidR="0060450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.09.2022</w:t>
            </w:r>
          </w:p>
        </w:tc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F808A8D" w14:textId="77777777" w:rsidR="00FB2FF7" w:rsidRPr="00677AE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Создавать устные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монологические высказывания на основе жизненных наблюдений, чтения научно-учебной,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>художественной и научно-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>популярной литературы;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150290D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Письменный контроль;</w:t>
            </w:r>
          </w:p>
        </w:tc>
        <w:tc>
          <w:tcPr>
            <w:tcW w:w="4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B43ABCB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https://resh.edu.ru/subject/lesson/6932/main/</w:t>
            </w:r>
          </w:p>
        </w:tc>
      </w:tr>
      <w:tr w:rsidR="00FB2FF7" w:rsidRPr="00D6223A" w14:paraId="6BC2F030" w14:textId="77777777" w:rsidTr="00D6223A">
        <w:trPr>
          <w:trHeight w:hRule="exact" w:val="3891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A8DD777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3.2.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E8FDD2D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Речь как деятельность.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024E53B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14:paraId="327AF920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2B421A9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37C0C7D" w14:textId="12E3FD37" w:rsidR="00FB2FF7" w:rsidRPr="00D6223A" w:rsidRDefault="00604504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20</w:t>
            </w:r>
            <w:r w:rsidR="00443F07" w:rsidRPr="00D6223A">
              <w:rPr>
                <w:rFonts w:ascii="Times New Roman" w:hAnsi="Times New Roman" w:cs="Times New Roman"/>
                <w:sz w:val="20"/>
                <w:szCs w:val="20"/>
              </w:rPr>
              <w:t>.09.2022</w:t>
            </w:r>
          </w:p>
        </w:tc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8F7E4D1" w14:textId="7320617C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Использовать приёмы различных видов аудирования и чтения; </w:t>
            </w:r>
            <w:r w:rsidRPr="00D622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Устно и письменно </w:t>
            </w:r>
            <w:r w:rsidRPr="00D622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формулировать тему и главную мысль </w:t>
            </w:r>
            <w:r w:rsidR="00D622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</w:t>
            </w:r>
            <w:r w:rsidRPr="00D622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рослушанного и </w:t>
            </w:r>
            <w:r w:rsidRPr="00D622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прочитанного текста, вопросы по содержанию текста и отвечать на них; </w:t>
            </w:r>
            <w:r w:rsidRPr="00D622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Анализировать содержание </w:t>
            </w:r>
            <w:r w:rsidRPr="00D622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исходного текста, подробно и сжато передавать его в </w:t>
            </w:r>
            <w:r w:rsidRPr="00D622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>письменной форме;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911CB64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Устный опрос;</w:t>
            </w:r>
          </w:p>
        </w:tc>
        <w:tc>
          <w:tcPr>
            <w:tcW w:w="4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AB48E46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https://uchebnik.mos.ru/catalogue/material_view/atomic_objects/4567984</w:t>
            </w:r>
          </w:p>
        </w:tc>
      </w:tr>
      <w:tr w:rsidR="00FB2FF7" w:rsidRPr="00D6223A" w14:paraId="3BD60050" w14:textId="77777777" w:rsidTr="00E63ADD">
        <w:trPr>
          <w:trHeight w:hRule="exact" w:val="1693"/>
        </w:trPr>
        <w:tc>
          <w:tcPr>
            <w:tcW w:w="33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0855CB2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Итого по разделу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741EADD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62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6DBDDBB" w14:textId="77777777" w:rsidR="00FB2FF7" w:rsidRPr="00D6223A" w:rsidRDefault="00FB2FF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2FF7" w:rsidRPr="00D6223A" w14:paraId="1A476161" w14:textId="77777777">
        <w:trPr>
          <w:trHeight w:hRule="exact" w:val="348"/>
        </w:trPr>
        <w:tc>
          <w:tcPr>
            <w:tcW w:w="1550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14A49C7" w14:textId="77777777" w:rsidR="00FB2FF7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Раздел 4. ТЕКСТ</w:t>
            </w:r>
          </w:p>
          <w:p w14:paraId="1BD6CB71" w14:textId="0261E992" w:rsidR="00E63ADD" w:rsidRPr="00D6223A" w:rsidRDefault="00E63ADD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2FF7" w:rsidRPr="00D6223A" w14:paraId="003EBE33" w14:textId="77777777" w:rsidTr="00D6223A">
        <w:trPr>
          <w:trHeight w:hRule="exact" w:val="1419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F6F89F9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4.1.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50CF717" w14:textId="77777777" w:rsidR="00FB2FF7" w:rsidRPr="00677AE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Текст и его основные признаки.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D6FFAD5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14:paraId="5BF6902C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D05DD2D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502BE20" w14:textId="7A21CB74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60450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.09.2022</w:t>
            </w:r>
          </w:p>
        </w:tc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5447CA2" w14:textId="77777777" w:rsidR="00FB2FF7" w:rsidRPr="00677AE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Распознавать основные признаки текста;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Членить текст на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>композиционносмысловые части (абзацы);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F6E36BB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Практическая работа;</w:t>
            </w:r>
          </w:p>
        </w:tc>
        <w:tc>
          <w:tcPr>
            <w:tcW w:w="4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23682A6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https://resh.edu.ru/subject/lesson/7624/main/267760/</w:t>
            </w:r>
          </w:p>
        </w:tc>
      </w:tr>
      <w:tr w:rsidR="00FB2FF7" w:rsidRPr="00D6223A" w14:paraId="4012FD20" w14:textId="77777777" w:rsidTr="009D4812">
        <w:trPr>
          <w:trHeight w:hRule="exact" w:val="1283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2135E3C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4.2.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C12D4A5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Композиционная структура текста.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9749804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14:paraId="48F8A0F4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5437FC5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98954DA" w14:textId="43002B56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60450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.09.2022</w:t>
            </w:r>
          </w:p>
        </w:tc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488F015" w14:textId="65F9D415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Распознавать основные признаки текста; Членить текст на </w:t>
            </w:r>
            <w:r w:rsidR="00D622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Pr="00D622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композиционно</w:t>
            </w:r>
            <w:r w:rsidR="00D622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-</w:t>
            </w:r>
            <w:r w:rsidRPr="00D6223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смысловые части (абзацы);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46F3B02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Взаимопроверка;</w:t>
            </w:r>
          </w:p>
        </w:tc>
        <w:tc>
          <w:tcPr>
            <w:tcW w:w="4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A378C6C" w14:textId="77777777" w:rsidR="00FB2FF7" w:rsidRPr="00D6223A" w:rsidRDefault="00FB2FF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2FF7" w:rsidRPr="00D6223A" w14:paraId="537EE39A" w14:textId="77777777" w:rsidTr="00E63ADD">
        <w:trPr>
          <w:trHeight w:hRule="exact" w:val="2279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3859210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4.3.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64136B2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Функциональносмысловые типы речи.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EDC1E10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14:paraId="4D7A05A8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69" w:type="dxa"/>
            <w:tcBorders>
              <w:top w:val="single" w:sz="4" w:space="0" w:color="000000"/>
              <w:left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D37E08F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8FCC6F6" w14:textId="140AF24E" w:rsidR="00FB2FF7" w:rsidRPr="00604504" w:rsidRDefault="009C069A" w:rsidP="00443F07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0450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604504" w:rsidRPr="0060450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  <w:r w:rsidRPr="00604504">
              <w:rPr>
                <w:rFonts w:ascii="Times New Roman" w:hAnsi="Times New Roman" w:cs="Times New Roman"/>
                <w:sz w:val="20"/>
                <w:szCs w:val="20"/>
              </w:rPr>
              <w:t>.09.2022</w:t>
            </w:r>
          </w:p>
          <w:p w14:paraId="758341F2" w14:textId="7396D83A" w:rsidR="00443F07" w:rsidRPr="003D167D" w:rsidRDefault="00443F07" w:rsidP="00443F07">
            <w:pPr>
              <w:spacing w:after="0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60450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</w:t>
            </w:r>
            <w:r w:rsidR="00604504" w:rsidRPr="0060450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  <w:r w:rsidRPr="0060450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.09.2022</w:t>
            </w:r>
          </w:p>
          <w:p w14:paraId="43AEC8AF" w14:textId="4C32192E" w:rsidR="00443F07" w:rsidRPr="00D6223A" w:rsidRDefault="00443F0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3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355A948" w14:textId="77777777" w:rsidR="00FB2FF7" w:rsidRPr="00AC047A" w:rsidRDefault="009C069A" w:rsidP="00D6223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AC047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Составлять план текста (простой, сложный) и пересказывать его содержание по плану в устной и письменной форме, в том числе с изменением лица рассказчика;</w:t>
            </w:r>
          </w:p>
        </w:tc>
        <w:tc>
          <w:tcPr>
            <w:tcW w:w="1296" w:type="dxa"/>
            <w:tcBorders>
              <w:left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84C027A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Письменный контроль;</w:t>
            </w:r>
          </w:p>
        </w:tc>
        <w:tc>
          <w:tcPr>
            <w:tcW w:w="478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707DB90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https://resh.edu.ru/subject/lesson/7660/main/269275/</w:t>
            </w:r>
          </w:p>
        </w:tc>
      </w:tr>
      <w:tr w:rsidR="00FB2FF7" w:rsidRPr="00D6223A" w14:paraId="28B4BD50" w14:textId="77777777" w:rsidTr="00AC047A">
        <w:trPr>
          <w:trHeight w:hRule="exact" w:val="3838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5EE5EF1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4.4.</w:t>
            </w:r>
          </w:p>
        </w:tc>
        <w:tc>
          <w:tcPr>
            <w:tcW w:w="288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4BD0EC7" w14:textId="77777777" w:rsidR="00FB2FF7" w:rsidRPr="00677AE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Повествование как тип речи. Рассказ.</w:t>
            </w:r>
          </w:p>
        </w:tc>
        <w:tc>
          <w:tcPr>
            <w:tcW w:w="5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3ECD038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06" w:type="dxa"/>
            <w:tcBorders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14:paraId="6EFCCBB5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9" w:type="dxa"/>
            <w:tcBorders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31FD703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7887C76" w14:textId="3579762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60450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 xml:space="preserve">.09.2022 </w:t>
            </w:r>
            <w:r w:rsidR="0060450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30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.09.2022</w:t>
            </w:r>
          </w:p>
        </w:tc>
        <w:tc>
          <w:tcPr>
            <w:tcW w:w="24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A1B83C6" w14:textId="4FCA78A2" w:rsidR="00FB2FF7" w:rsidRPr="00AC047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AC047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Анализировать и характеризовать текст с точки зрения его </w:t>
            </w:r>
            <w:r w:rsidRPr="00AC047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соответствия основным </w:t>
            </w:r>
            <w:r w:rsidRPr="00AC047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признакам (наличие темы, </w:t>
            </w:r>
            <w:r w:rsidRPr="00AC047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главной мысли, грамматической связи предложений, цельности и относительной законченности); с точки зрения его принадлежности к функционально-смысловому </w:t>
            </w:r>
            <w:r w:rsidR="00AC047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Pr="00AC047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типу речи;</w:t>
            </w:r>
          </w:p>
        </w:tc>
        <w:tc>
          <w:tcPr>
            <w:tcW w:w="12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C9B12A7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Сочинение;</w:t>
            </w:r>
          </w:p>
        </w:tc>
        <w:tc>
          <w:tcPr>
            <w:tcW w:w="47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42774B2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https://resh.edu.ru/subject/lesson/6933/main/</w:t>
            </w:r>
          </w:p>
        </w:tc>
      </w:tr>
      <w:tr w:rsidR="00FB2FF7" w:rsidRPr="00D6223A" w14:paraId="373D8A3D" w14:textId="77777777" w:rsidTr="00AC047A">
        <w:trPr>
          <w:trHeight w:hRule="exact" w:val="3675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8CF683A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4.5.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7DE3B76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Смысловой анализ текста.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39BCECB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14:paraId="3B59330A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807D2AF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F2A6B6E" w14:textId="0E85E23B" w:rsidR="00FB2FF7" w:rsidRPr="00D6223A" w:rsidRDefault="00604504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03.10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.2022</w:t>
            </w:r>
          </w:p>
        </w:tc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96804FE" w14:textId="2B219D47" w:rsidR="00FB2FF7" w:rsidRPr="00AC047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AC047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Анализировать и характеризовать текст с точки зрения его </w:t>
            </w:r>
            <w:r w:rsidRPr="00AC047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соответствия основным </w:t>
            </w:r>
            <w:r w:rsidRPr="00AC047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признакам (наличие темы, </w:t>
            </w:r>
            <w:r w:rsidRPr="00AC047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>главной мысли, грамматической связи предложений, цельности и относительной законченности); с точки зрения его принадлежности к функционально-смысловому типу речи;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69480A7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Практическая работа;</w:t>
            </w:r>
          </w:p>
        </w:tc>
        <w:tc>
          <w:tcPr>
            <w:tcW w:w="4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A187497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https://resh.edu.ru/subject/lesson/7624/main/267760/</w:t>
            </w:r>
          </w:p>
        </w:tc>
      </w:tr>
      <w:tr w:rsidR="00FB2FF7" w:rsidRPr="00D6223A" w14:paraId="3BBAECC7" w14:textId="77777777" w:rsidTr="00AC047A">
        <w:trPr>
          <w:trHeight w:hRule="exact" w:val="1730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236D05B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4.6.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BE41E35" w14:textId="77777777" w:rsidR="00FB2FF7" w:rsidRPr="00677AE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Информационная переработка текста. Редактирование текста.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967A75B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14:paraId="388C0834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6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F238AEE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5E36086" w14:textId="7613D5C4" w:rsidR="00443F07" w:rsidRPr="00443F07" w:rsidRDefault="00604504" w:rsidP="00443F07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04.10</w:t>
            </w:r>
            <w:r w:rsidR="00443F0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.2022</w:t>
            </w:r>
          </w:p>
          <w:p w14:paraId="4195B6B6" w14:textId="667E948F" w:rsidR="00FB2FF7" w:rsidRPr="00D6223A" w:rsidRDefault="009C069A" w:rsidP="00443F07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60450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.10.2022</w:t>
            </w:r>
          </w:p>
        </w:tc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78F2D79" w14:textId="77777777" w:rsidR="00FB2FF7" w:rsidRPr="00677AE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Восстанавливать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деформированный текст,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>корректировать восстановленный текст с опорой на образец;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AD04E21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Контрольное изложение;</w:t>
            </w:r>
          </w:p>
        </w:tc>
        <w:tc>
          <w:tcPr>
            <w:tcW w:w="4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452134A" w14:textId="77777777" w:rsidR="00FB2FF7" w:rsidRPr="00D6223A" w:rsidRDefault="00FB2FF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2FF7" w:rsidRPr="00D6223A" w14:paraId="02D6426D" w14:textId="77777777">
        <w:trPr>
          <w:trHeight w:hRule="exact" w:val="348"/>
        </w:trPr>
        <w:tc>
          <w:tcPr>
            <w:tcW w:w="33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D1A618B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Итого по разделу: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81CBD67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162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19B0332" w14:textId="77777777" w:rsidR="00FB2FF7" w:rsidRPr="00D6223A" w:rsidRDefault="00FB2FF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2FF7" w:rsidRPr="00D6223A" w14:paraId="693C54B7" w14:textId="77777777">
        <w:trPr>
          <w:trHeight w:hRule="exact" w:val="348"/>
        </w:trPr>
        <w:tc>
          <w:tcPr>
            <w:tcW w:w="15502" w:type="dxa"/>
            <w:gridSpan w:val="9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0BEF7FB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Раздел 5. ФУНКЦИОНАЛЬНЫЕ  РАЗНОВИДНОСТИ  ЯЗЫКА</w:t>
            </w:r>
          </w:p>
        </w:tc>
      </w:tr>
      <w:tr w:rsidR="00FB2FF7" w:rsidRPr="00D6223A" w14:paraId="31AF7D92" w14:textId="77777777" w:rsidTr="00AC047A">
        <w:trPr>
          <w:trHeight w:hRule="exact" w:val="2267"/>
        </w:trPr>
        <w:tc>
          <w:tcPr>
            <w:tcW w:w="468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A8ADD0D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5.1.</w:t>
            </w:r>
          </w:p>
        </w:tc>
        <w:tc>
          <w:tcPr>
            <w:tcW w:w="2882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C4F1D21" w14:textId="77777777" w:rsidR="00FB2FF7" w:rsidRPr="00677AE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Функциональные разновидности языка (общее представление)</w:t>
            </w:r>
          </w:p>
        </w:tc>
        <w:tc>
          <w:tcPr>
            <w:tcW w:w="528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21D59ED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0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14:paraId="0B0F91E6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9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F5CCBE4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35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206D0A1" w14:textId="6A809FFF" w:rsidR="00FB2FF7" w:rsidRDefault="009C069A" w:rsidP="00443F07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60450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7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.10.2022</w:t>
            </w:r>
          </w:p>
          <w:p w14:paraId="5606D187" w14:textId="33B275E8" w:rsidR="00443F07" w:rsidRPr="00443F07" w:rsidRDefault="00604504" w:rsidP="00443F07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  <w:r w:rsidR="00443F0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.10.2022</w:t>
            </w:r>
          </w:p>
        </w:tc>
        <w:tc>
          <w:tcPr>
            <w:tcW w:w="2438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EA110DE" w14:textId="77777777" w:rsidR="00FB2FF7" w:rsidRPr="00677AE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Распознавать тексты,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принадлежащие к разным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функциональным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разновидностям языка: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>определять сферу использования и соотносить её с той или иной разновидностью языка;</w:t>
            </w:r>
          </w:p>
        </w:tc>
        <w:tc>
          <w:tcPr>
            <w:tcW w:w="129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410F2E8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Практическая работа;</w:t>
            </w:r>
          </w:p>
        </w:tc>
        <w:tc>
          <w:tcPr>
            <w:tcW w:w="4780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9439B73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https://resh.edu.ru/subject/lesson/6935/main/</w:t>
            </w:r>
          </w:p>
        </w:tc>
      </w:tr>
      <w:tr w:rsidR="00FB2FF7" w:rsidRPr="00D6223A" w14:paraId="13F92BA5" w14:textId="77777777">
        <w:trPr>
          <w:trHeight w:hRule="exact" w:val="348"/>
        </w:trPr>
        <w:tc>
          <w:tcPr>
            <w:tcW w:w="33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4710801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Итого по разделу: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F4CF084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62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5B3F634" w14:textId="77777777" w:rsidR="00FB2FF7" w:rsidRPr="00D6223A" w:rsidRDefault="00FB2FF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2FF7" w:rsidRPr="00D6223A" w14:paraId="3E1178DF" w14:textId="77777777" w:rsidTr="0084151B">
        <w:trPr>
          <w:trHeight w:hRule="exact" w:val="328"/>
        </w:trPr>
        <w:tc>
          <w:tcPr>
            <w:tcW w:w="1550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9D46391" w14:textId="77777777" w:rsidR="00FB2FF7" w:rsidRPr="00E63ADD" w:rsidRDefault="009C069A" w:rsidP="00E63ADD">
            <w:r w:rsidRPr="00D6223A">
              <w:t xml:space="preserve">Раздел 6. СИСТЕМА ЯЗЫКА </w:t>
            </w:r>
          </w:p>
          <w:p w14:paraId="1AA0B734" w14:textId="77777777" w:rsidR="00E63ADD" w:rsidRDefault="00E63ADD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92E8769" w14:textId="77777777" w:rsidR="00E63ADD" w:rsidRDefault="00E63ADD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8BAEE2F" w14:textId="77777777" w:rsidR="00E63ADD" w:rsidRDefault="00E63ADD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C61C963" w14:textId="77777777" w:rsidR="00E63ADD" w:rsidRDefault="00E63ADD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90C0B11" w14:textId="065029D7" w:rsidR="00E63ADD" w:rsidRPr="00D6223A" w:rsidRDefault="00E63ADD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2FF7" w:rsidRPr="00D6223A" w14:paraId="1C851067" w14:textId="77777777" w:rsidTr="0084151B">
        <w:trPr>
          <w:trHeight w:hRule="exact" w:val="11209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B2B53C0" w14:textId="5063579D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.1.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838C2FE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Фонетика. Графика. Орфоэпия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49D66BB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14:paraId="557B19AE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69" w:type="dxa"/>
            <w:tcBorders>
              <w:top w:val="single" w:sz="4" w:space="0" w:color="000000"/>
              <w:left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E950AE4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6CFAF22" w14:textId="1D8E9DEB" w:rsidR="00FB2FF7" w:rsidRPr="00D6223A" w:rsidRDefault="00604504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.10.2022 1</w:t>
            </w:r>
            <w:r w:rsidR="004E727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.10.2022</w:t>
            </w:r>
          </w:p>
        </w:tc>
        <w:tc>
          <w:tcPr>
            <w:tcW w:w="243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87E912E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Понимать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смыслоразличительную функцию звука речи в слове; приводить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примеры;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Распознавать звуки речи по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заданным характеристикам;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Определять звуковой состав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слова;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Классифицировать звуки по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заданным признакам;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Различать ударные и безударные гласные, звонкие и глухие,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твёрдые и мягкие согласные;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Объяснять с помощью элементов транскрипции особенности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произношения и написания слов; Сравнивать звуковой и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буквенный составы слова;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Членить слова на слоги и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правильно переносить слова со строки на строку;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Определять место ударного слога, наблюдать за перемещением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ударения при изменении формы слова;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Наблюдать за использованием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выразительных средств фонетики в поэтических произведениях;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Проводить фонетический анализ слов;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Употреблять слова и их формы в соответствии с основными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нормами литературного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произношения: нормами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произношения безударных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гласных звуков; мягкого или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твёрдого согласного перед [э] в иноязычных словах; сочетания согласных (чн, чт и др );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грамматических форм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(прилагательных на -его, -ого,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возвратных глаголов с -ся, -сь и др );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Употреблять в речи слова и их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формы в соответствии с нормами ударения (на отдельных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примерах);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Находить необходимую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информацию в орфоэпическом словаре и использовать её;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A9465C8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Проверочная работа;</w:t>
            </w:r>
          </w:p>
        </w:tc>
        <w:tc>
          <w:tcPr>
            <w:tcW w:w="478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A117BDA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https://resh.edu.ru/subject/lesson/7654/main/264356/ https://resh.edu.ru/subject/lesson/7658/main/269244/ https://resh.edu.ru/subject/lesson/7661/main/264449/</w:t>
            </w:r>
          </w:p>
          <w:p w14:paraId="3BC93E00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https://www.youtube.com/watch?v=XsA_kjAakBU https://resh.edu.ru/subject/lesson/7664/main/264077/</w:t>
            </w:r>
          </w:p>
          <w:p w14:paraId="325C5DBE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https://resh.edu.ru/subject/lesson/7665/main/267915/</w:t>
            </w:r>
          </w:p>
        </w:tc>
      </w:tr>
    </w:tbl>
    <w:p w14:paraId="37D2F2BF" w14:textId="77777777" w:rsidR="00FB2FF7" w:rsidRPr="00D6223A" w:rsidRDefault="00FB2FF7" w:rsidP="00B22ABA">
      <w:pPr>
        <w:rPr>
          <w:rFonts w:ascii="Times New Roman" w:hAnsi="Times New Roman" w:cs="Times New Roman"/>
          <w:sz w:val="20"/>
          <w:szCs w:val="20"/>
        </w:rPr>
      </w:pPr>
    </w:p>
    <w:p w14:paraId="3D167FE5" w14:textId="77777777" w:rsidR="00FB2FF7" w:rsidRPr="00D6223A" w:rsidRDefault="00FB2FF7" w:rsidP="00B22ABA">
      <w:pPr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Ind w:w="6" w:type="dxa"/>
        <w:tblLayout w:type="fixed"/>
        <w:tblLook w:val="04A0" w:firstRow="1" w:lastRow="0" w:firstColumn="1" w:lastColumn="0" w:noHBand="0" w:noVBand="1"/>
      </w:tblPr>
      <w:tblGrid>
        <w:gridCol w:w="468"/>
        <w:gridCol w:w="2882"/>
        <w:gridCol w:w="528"/>
        <w:gridCol w:w="1106"/>
        <w:gridCol w:w="827"/>
        <w:gridCol w:w="1177"/>
        <w:gridCol w:w="2438"/>
        <w:gridCol w:w="1296"/>
        <w:gridCol w:w="4780"/>
      </w:tblGrid>
      <w:tr w:rsidR="00FB2FF7" w:rsidRPr="00D6223A" w14:paraId="1499A2EF" w14:textId="77777777" w:rsidTr="0084151B">
        <w:trPr>
          <w:trHeight w:hRule="exact" w:val="4328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33541AB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6.2.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D250FEB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Орфография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1E07933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14:paraId="3B96504D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2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0936B59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289F2DA" w14:textId="41B0B875" w:rsidR="00FB2FF7" w:rsidRPr="00D6223A" w:rsidRDefault="004E727F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20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 xml:space="preserve">.10.2022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21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.10.2022</w:t>
            </w:r>
          </w:p>
        </w:tc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1364D8C" w14:textId="760A9B2C" w:rsidR="00FB2FF7" w:rsidRPr="0084151B" w:rsidRDefault="009C069A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8415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Оперировать понятием</w:t>
            </w:r>
            <w:r w:rsidRPr="008415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«орфограмма» и различать </w:t>
            </w:r>
            <w:r w:rsidRPr="008415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буквенные и небуквенные </w:t>
            </w:r>
            <w:r w:rsidRPr="008415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орфограммы при проведении </w:t>
            </w:r>
            <w:r w:rsidR="008415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ор</w:t>
            </w:r>
            <w:r w:rsidRPr="008415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фографического анализа слова; Распознавать изученные орфограммы; </w:t>
            </w:r>
            <w:r w:rsidRPr="008415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Применять знания по орфографии в практике правописания (в том числе применять знания о </w:t>
            </w:r>
            <w:r w:rsidRPr="008415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правописании разделительных ъ и ь); </w:t>
            </w:r>
            <w:r w:rsidRPr="008415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Находить и использовать </w:t>
            </w:r>
            <w:r w:rsidRPr="008415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>необходимую информацию;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B4997C1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Тестирование;</w:t>
            </w:r>
          </w:p>
        </w:tc>
        <w:tc>
          <w:tcPr>
            <w:tcW w:w="4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14F91CF" w14:textId="77777777" w:rsidR="00FB2FF7" w:rsidRPr="00D6223A" w:rsidRDefault="00FB2FF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2FF7" w:rsidRPr="00D6223A" w14:paraId="07520CEC" w14:textId="77777777" w:rsidTr="0084151B">
        <w:trPr>
          <w:trHeight w:hRule="exact" w:val="7094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50C55E8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6.3.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5489022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Лексикология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BCE1C93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14:paraId="5D2B2465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2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B200D3B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7A888C4" w14:textId="23C259BD" w:rsidR="00FB2FF7" w:rsidRPr="00D6223A" w:rsidRDefault="004E727F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31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 xml:space="preserve">.10.2022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</w:t>
            </w:r>
            <w:r w:rsidR="00C4042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7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.11.2022</w:t>
            </w:r>
          </w:p>
        </w:tc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793BC78" w14:textId="1AFE018A" w:rsidR="00FB2FF7" w:rsidRPr="0084151B" w:rsidRDefault="009C069A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8415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Объяснять лексическое значение слова разными способами </w:t>
            </w:r>
            <w:r w:rsidRPr="008415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(подбор однокоренных слов; </w:t>
            </w:r>
            <w:r w:rsidRPr="008415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подбор синонимов и антонимов; определение значения слова по контексту, с помощью толкового словаря); </w:t>
            </w:r>
            <w:r w:rsidRPr="008415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Распознавать однозначные и многозначные слова, различать прямое и переносное значения слова; </w:t>
            </w:r>
            <w:r w:rsidRPr="008415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Сравнивать прямое и переносное значения слова по заданному </w:t>
            </w:r>
            <w:r w:rsidRPr="008415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признаку; </w:t>
            </w:r>
            <w:r w:rsidRPr="008415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Распознавать синонимы, </w:t>
            </w:r>
            <w:r w:rsidRPr="008415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антонимы, омонимы; </w:t>
            </w:r>
            <w:r w:rsidRPr="008415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Различать многозначные слова и омонимы; </w:t>
            </w:r>
            <w:r w:rsidRPr="008415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>Уметь правильно употреблять слова-паронимы;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9B2056A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Устный опрос;</w:t>
            </w:r>
          </w:p>
        </w:tc>
        <w:tc>
          <w:tcPr>
            <w:tcW w:w="4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D86615D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https://resh.edu.ru/subject/lesson/7667/main/263488/ https://resh.edu.ru/subject/lesson/7668/main/265131/ https://resh.edu.ru/subject/lesson/7669/main/265100/ https://resh.edu.ru/subject/lesson/7670/main/265069/ https://resh.edu.ru/subject/lesson/7673/main/265038/ https://resh.edu.ru/subject/lesson/7675/main/263518/ https://resh.edu.ru/subject/lesson/7671/main/265379/ https://resh.edu.ru/subject/lesson/7672/main/265286/</w:t>
            </w:r>
          </w:p>
        </w:tc>
      </w:tr>
      <w:tr w:rsidR="00FB2FF7" w:rsidRPr="00D6223A" w14:paraId="3698D824" w14:textId="77777777" w:rsidTr="00E86403">
        <w:trPr>
          <w:trHeight w:hRule="exact" w:val="5960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BBFA230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6.4.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1BDF52A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Морфемика. Орфография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F730B1F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14:paraId="5B7E8D4F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2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10002DE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87AB918" w14:textId="4C06FA13" w:rsidR="00FB2FF7" w:rsidRPr="00D6223A" w:rsidRDefault="00C4042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18</w:t>
            </w:r>
            <w:r w:rsidR="0026614E" w:rsidRPr="00D6223A">
              <w:rPr>
                <w:rFonts w:ascii="Times New Roman" w:hAnsi="Times New Roman" w:cs="Times New Roman"/>
                <w:sz w:val="20"/>
                <w:szCs w:val="20"/>
              </w:rPr>
              <w:t xml:space="preserve">.11.2022 </w:t>
            </w:r>
            <w:r w:rsidR="004E727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0</w:t>
            </w:r>
            <w:r w:rsidR="00AF302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</w:t>
            </w:r>
            <w:r w:rsidR="0026614E" w:rsidRPr="00D6223A">
              <w:rPr>
                <w:rFonts w:ascii="Times New Roman" w:hAnsi="Times New Roman" w:cs="Times New Roman"/>
                <w:sz w:val="20"/>
                <w:szCs w:val="20"/>
              </w:rPr>
              <w:t>.1</w:t>
            </w:r>
            <w:r w:rsidR="004E727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</w:t>
            </w:r>
            <w:r w:rsidR="0026614E" w:rsidRPr="00D6223A">
              <w:rPr>
                <w:rFonts w:ascii="Times New Roman" w:hAnsi="Times New Roman" w:cs="Times New Roman"/>
                <w:sz w:val="20"/>
                <w:szCs w:val="20"/>
              </w:rPr>
              <w:t>.2022</w:t>
            </w:r>
          </w:p>
        </w:tc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71B9B45" w14:textId="415B2CDB" w:rsidR="00FB2FF7" w:rsidRPr="0084151B" w:rsidRDefault="009C069A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8415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Характеризовать морфему как минимальную значимую единицу языка; </w:t>
            </w:r>
            <w:r w:rsidRPr="008415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Распознавать морфемы в слове (корень, приставку, суффикс, окончание), выделять основу слова; Определять чередование звуков в морфемах (в том числе чередование гласных с нулём звука); Проводить морфемный анализ слов; </w:t>
            </w:r>
            <w:r w:rsidRPr="008415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Применять знания по морфемике при </w:t>
            </w:r>
            <w:r w:rsid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</w:t>
            </w:r>
            <w:r w:rsidRPr="008415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ыполнении языкового анализа различных видов и в практике правописания слов с изученными орфограммами; Уместно использовать слова с </w:t>
            </w:r>
            <w:r w:rsidRPr="008415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суффиксами оценки в </w:t>
            </w:r>
            <w:r w:rsidRPr="0084151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>собственной речи;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9207FD5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Диктант;</w:t>
            </w:r>
          </w:p>
        </w:tc>
        <w:tc>
          <w:tcPr>
            <w:tcW w:w="4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ED4D915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https://resh.edu.ru/subject/lesson/7676/main/263798/ https://resh.edu.ru/subject/lesson/7677/main/264945/ https://resh.edu.ru/subject/lesson/7678/main/263550/ https://resh.edu.ru/subject/lesson/7679/main/267946/ https://resh.edu.ru/subject/lesson/7680/main/263457/ https://resh.edu.ru/subject/lesson/7681/main/263426/ https://resh.edu.ru/subject/lesson/7682/main/265255/</w:t>
            </w:r>
          </w:p>
        </w:tc>
      </w:tr>
      <w:tr w:rsidR="00FB2FF7" w:rsidRPr="00D6223A" w14:paraId="005F45C1" w14:textId="77777777">
        <w:trPr>
          <w:trHeight w:hRule="exact" w:val="348"/>
        </w:trPr>
        <w:tc>
          <w:tcPr>
            <w:tcW w:w="33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0A8AAEE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Итого по разделу: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1B23BBD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1162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DAA7BE2" w14:textId="77777777" w:rsidR="00FB2FF7" w:rsidRPr="00D6223A" w:rsidRDefault="00FB2FF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2FF7" w:rsidRPr="00967557" w14:paraId="422487D5" w14:textId="77777777">
        <w:trPr>
          <w:trHeight w:hRule="exact" w:val="348"/>
        </w:trPr>
        <w:tc>
          <w:tcPr>
            <w:tcW w:w="1550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203AD84" w14:textId="77777777" w:rsidR="00FB2FF7" w:rsidRPr="00677AE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Раздел 7. МОРФОЛОГИЯ. КУЛЬТУРА РЕЧИ. ОРФОГРАФИЯ</w:t>
            </w:r>
          </w:p>
        </w:tc>
      </w:tr>
      <w:tr w:rsidR="00FB2FF7" w:rsidRPr="00D6223A" w14:paraId="2D703372" w14:textId="77777777" w:rsidTr="00E86403">
        <w:trPr>
          <w:trHeight w:hRule="exact" w:val="3545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E7BC74E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7.1.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D99B568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Морфология как раздел лингвистики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CD127DA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14:paraId="0EF2C491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2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26BB782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96BBEFB" w14:textId="26ACB6A8" w:rsidR="00FB2FF7" w:rsidRPr="00D6223A" w:rsidRDefault="004E727F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0</w:t>
            </w:r>
            <w:r w:rsidR="00AF302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7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.12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.2022</w:t>
            </w:r>
          </w:p>
        </w:tc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58A8B55" w14:textId="77777777" w:rsidR="00FB2FF7" w:rsidRPr="00677AE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Анализировать и характеризовать особенности грамматического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значения слова в отличие от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лексического;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Распознавать самостоятельные (знаменательные) части речи и их формы в рамках изученного;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служебные части речи;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междометия,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звукоподражательные слова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(общее представление);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Группировать слова разных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частей речи по заданным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>признакам, находить основания для классификации;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F102826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Устный опрос;</w:t>
            </w:r>
          </w:p>
        </w:tc>
        <w:tc>
          <w:tcPr>
            <w:tcW w:w="4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9E125B3" w14:textId="77777777" w:rsidR="00FB2FF7" w:rsidRPr="00D6223A" w:rsidRDefault="00FB2FF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44727A13" w14:textId="77777777" w:rsidR="00FB2FF7" w:rsidRPr="00D6223A" w:rsidRDefault="00FB2FF7" w:rsidP="00B22ABA">
      <w:pPr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Ind w:w="6" w:type="dxa"/>
        <w:tblLayout w:type="fixed"/>
        <w:tblLook w:val="04A0" w:firstRow="1" w:lastRow="0" w:firstColumn="1" w:lastColumn="0" w:noHBand="0" w:noVBand="1"/>
      </w:tblPr>
      <w:tblGrid>
        <w:gridCol w:w="468"/>
        <w:gridCol w:w="2882"/>
        <w:gridCol w:w="528"/>
        <w:gridCol w:w="1106"/>
        <w:gridCol w:w="969"/>
        <w:gridCol w:w="1035"/>
        <w:gridCol w:w="2438"/>
        <w:gridCol w:w="1296"/>
        <w:gridCol w:w="4780"/>
      </w:tblGrid>
      <w:tr w:rsidR="00FB2FF7" w:rsidRPr="00D6223A" w14:paraId="5E307F0F" w14:textId="77777777" w:rsidTr="00E86403">
        <w:trPr>
          <w:trHeight w:hRule="exact" w:val="10496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4934D36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7.2.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205E895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Имя существительное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7B87F69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14:paraId="1BFCAC79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6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77162D1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614D87D" w14:textId="77F2713B" w:rsidR="00FB2FF7" w:rsidRDefault="004E727F" w:rsidP="0026614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0</w:t>
            </w:r>
            <w:r w:rsidR="00AF302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8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.12</w:t>
            </w:r>
            <w:r w:rsidR="0026614E" w:rsidRPr="00D6223A">
              <w:rPr>
                <w:rFonts w:ascii="Times New Roman" w:hAnsi="Times New Roman" w:cs="Times New Roman"/>
                <w:sz w:val="20"/>
                <w:szCs w:val="20"/>
              </w:rPr>
              <w:t>.2022</w:t>
            </w:r>
          </w:p>
          <w:p w14:paraId="36241D4F" w14:textId="5CEFE299" w:rsidR="0026614E" w:rsidRPr="0026614E" w:rsidRDefault="0045429A" w:rsidP="0026614E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</w:t>
            </w:r>
            <w:r w:rsidR="00AF302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5.</w:t>
            </w:r>
            <w:r w:rsidR="0026614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01.2023</w:t>
            </w:r>
          </w:p>
          <w:p w14:paraId="63E8C2FE" w14:textId="7436D1A0" w:rsidR="0026614E" w:rsidRPr="00D6223A" w:rsidRDefault="0026614E" w:rsidP="0026614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38D66A8" w14:textId="56DD46C5" w:rsidR="00FB2FF7" w:rsidRPr="00E86403" w:rsidRDefault="009C069A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Определять и характеризовать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общее грамматическое значение, морфологические признаки и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синтаксические функции имени существительного;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Объяснять роль имени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существительного в речи;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Определять и характеризовать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лексико- грамматические разряды имён существительных по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значению, имена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существительные собственные и нарицательные; имена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существительные одушевлённые и неодушевлённые;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Различать типы склонения имён существительных;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Выявлять разносклоняемые и несклоняемые имена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существительные;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Определять род, число, падеж, тип склонения имён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существительных;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Группировать имена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существительные по заданным морфологическим признакам; Проводить морфологический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анализ имён существительных; Употреблять имена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существительные в соответствии с нормами словоизменения,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произношения, постановки в них ударения (в рамках изученного), употребления несклоняемых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имён существительных,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согласования прилагательного с существительным общего рода; Применять нормы правописания имён существительных с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>изученными орфограммами;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2A839D0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Контрольное сочинение;</w:t>
            </w:r>
          </w:p>
        </w:tc>
        <w:tc>
          <w:tcPr>
            <w:tcW w:w="4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ABEA0ED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https://resh.edu.ru/subject/lesson/7688/main/264883/ https://resh.edu.ru/subject/lesson/7689/main/268008/ https://resh.edu.ru/subject/lesson/7690/main/264852/ https://resh.edu.ru/subject/lesson/7691/main/265317/ https://resh.edu.ru/subject/lesson/7687/main/263705/ https://resh.edu.ru/subject/lesson/7692/main/265007/</w:t>
            </w:r>
          </w:p>
        </w:tc>
      </w:tr>
    </w:tbl>
    <w:p w14:paraId="05874FEC" w14:textId="77777777" w:rsidR="00FB2FF7" w:rsidRPr="00D6223A" w:rsidRDefault="00FB2FF7" w:rsidP="00B22ABA">
      <w:pPr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Ind w:w="6" w:type="dxa"/>
        <w:tblLayout w:type="fixed"/>
        <w:tblLook w:val="04A0" w:firstRow="1" w:lastRow="0" w:firstColumn="1" w:lastColumn="0" w:noHBand="0" w:noVBand="1"/>
      </w:tblPr>
      <w:tblGrid>
        <w:gridCol w:w="468"/>
        <w:gridCol w:w="2882"/>
        <w:gridCol w:w="528"/>
        <w:gridCol w:w="1106"/>
        <w:gridCol w:w="827"/>
        <w:gridCol w:w="1177"/>
        <w:gridCol w:w="2438"/>
        <w:gridCol w:w="1296"/>
        <w:gridCol w:w="4780"/>
      </w:tblGrid>
      <w:tr w:rsidR="00FB2FF7" w:rsidRPr="00D6223A" w14:paraId="0AEF5F64" w14:textId="77777777" w:rsidTr="00E86403">
        <w:trPr>
          <w:trHeight w:hRule="exact" w:val="9609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2034E2C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7.3.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3DAB7C9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Имя прилагательное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8C99700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14:paraId="58B2B3F0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2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AADEF54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67736A6" w14:textId="7AD3E8BD" w:rsidR="00FB2FF7" w:rsidRDefault="0045429A" w:rsidP="000A33FE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</w:t>
            </w:r>
            <w:r w:rsidR="00AF302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</w:t>
            </w:r>
            <w:r w:rsidR="0026614E" w:rsidRPr="00D6223A">
              <w:rPr>
                <w:rFonts w:ascii="Times New Roman" w:hAnsi="Times New Roman" w:cs="Times New Roman"/>
                <w:sz w:val="20"/>
                <w:szCs w:val="20"/>
              </w:rPr>
              <w:t>.01.2023</w:t>
            </w:r>
          </w:p>
          <w:p w14:paraId="5DC34DFE" w14:textId="78533D77" w:rsidR="000A33FE" w:rsidRPr="000A33FE" w:rsidRDefault="0045429A" w:rsidP="000A33FE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</w:t>
            </w:r>
            <w:r w:rsidR="00AF302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</w:t>
            </w:r>
            <w:r w:rsidR="000A33F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.02.2023</w:t>
            </w:r>
          </w:p>
        </w:tc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893F95E" w14:textId="7113C44E" w:rsidR="00FB2FF7" w:rsidRPr="00E86403" w:rsidRDefault="009C069A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Определять и характеризовать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общее грамматическое значение, морфологические признаки и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синтаксические функции имени прилагательного;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Характеризовать его роль в речи; Правильно склонять имена </w:t>
            </w:r>
            <w:r w:rsid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прилагательные;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Применять правила правописания безударных окончаний имён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прилагательных;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Различать полную и краткую формы имён прилагательных;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Применять правила правописания кратких форм имён прилагательных с основой на шипящий;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Анализировать особенности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использования имён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прилагательных в изучаемых текстах;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Проводить частичный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морфологический анализ имён прилагательных (в рамках изученного);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Применять нормы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словоизменения имён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прилагательных, нормы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согласования имён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прилагательных с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существительными общего рода, неизменяемыми именами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существительными; нормы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произношения, постановки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ударения (в рамках изученного); Применять нормы правописания о — е после шипящих и ц в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суффиксах и окончаниях имён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>прилагательных; правописания не с именами прилагательными;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FD25ACC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 xml:space="preserve">Контрольное 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тестирование.; Контрольное 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br/>
              <w:t>сочинение;</w:t>
            </w:r>
          </w:p>
        </w:tc>
        <w:tc>
          <w:tcPr>
            <w:tcW w:w="4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3F2212B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https://resh.edu.ru/subject/lesson/7693/main/264821/ https://resh.edu.ru/subject/lesson/7694/main/263674/ https://resh.edu.ru/subject/lesson/7695/main/268039/ https://resh.edu.ru/subject/lesson/7696/main/265162/</w:t>
            </w:r>
          </w:p>
        </w:tc>
      </w:tr>
    </w:tbl>
    <w:p w14:paraId="1C2B40F8" w14:textId="77777777" w:rsidR="00FB2FF7" w:rsidRPr="00D6223A" w:rsidRDefault="00FB2FF7" w:rsidP="00B22ABA">
      <w:pPr>
        <w:rPr>
          <w:rFonts w:ascii="Times New Roman" w:hAnsi="Times New Roman" w:cs="Times New Roman"/>
          <w:sz w:val="20"/>
          <w:szCs w:val="20"/>
        </w:rPr>
      </w:pPr>
    </w:p>
    <w:p w14:paraId="2FEFB3F4" w14:textId="77777777" w:rsidR="00FB2FF7" w:rsidRPr="00D6223A" w:rsidRDefault="00FB2FF7" w:rsidP="00B22ABA">
      <w:pPr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Ind w:w="6" w:type="dxa"/>
        <w:tblLayout w:type="fixed"/>
        <w:tblLook w:val="04A0" w:firstRow="1" w:lastRow="0" w:firstColumn="1" w:lastColumn="0" w:noHBand="0" w:noVBand="1"/>
      </w:tblPr>
      <w:tblGrid>
        <w:gridCol w:w="468"/>
        <w:gridCol w:w="2882"/>
        <w:gridCol w:w="528"/>
        <w:gridCol w:w="1106"/>
        <w:gridCol w:w="827"/>
        <w:gridCol w:w="142"/>
        <w:gridCol w:w="1035"/>
        <w:gridCol w:w="2438"/>
        <w:gridCol w:w="1296"/>
        <w:gridCol w:w="4780"/>
      </w:tblGrid>
      <w:tr w:rsidR="00FB2FF7" w:rsidRPr="00D6223A" w14:paraId="1A6DB8EC" w14:textId="77777777" w:rsidTr="00E86403">
        <w:trPr>
          <w:trHeight w:hRule="exact" w:val="10780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9D75FF3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7.4.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688AB9D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Глагол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42CAB08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14:paraId="70AA3BA1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69" w:type="dxa"/>
            <w:gridSpan w:val="2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DBE74B7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E90799B" w14:textId="38804A52" w:rsidR="00FB2FF7" w:rsidRPr="00D6223A" w:rsidRDefault="00AF3024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17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 xml:space="preserve">.02.2023 </w:t>
            </w:r>
            <w:r w:rsidR="0045429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</w:t>
            </w:r>
            <w:r w:rsidR="00FC517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</w:t>
            </w:r>
            <w:r w:rsidR="0045429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.04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.2023</w:t>
            </w:r>
          </w:p>
        </w:tc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7960315" w14:textId="19FA1D00" w:rsidR="00FB2FF7" w:rsidRPr="00E86403" w:rsidRDefault="009C069A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Определять и характеризовать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общее грамматическое значение, морфологические признаки и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синтаксические функции глагола; Объяснять его роль в словосочетании и предложении, а также в речи; Различать глаголы совершенного и несовершенного вида,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возвратные и невозвратные;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Применять правила правописания-тся и -ться в глаголах; суффиксов-ова- — -ева-, -ыва- — -ива-;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Распознавать инфинитив и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личные формы глагола,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приводить соответствующие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примеры;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Называть грамматические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свойства инфинитива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(неопределённой формы) глагола; Применять правила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использования ь как показателя грамматической формы инфинитива;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Определять основу инфинитива; Выделять основу настоящего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(будущего простого) времени глагола;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Определять спряжение глагола, уметь спрягать глаголы;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Группировать глаголы по типу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спряжения;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Применять правила правописания личных окончаний глагола;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Применять правила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использования ь после шипящих как показателя грамматической формы глагола 2-го лица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единственного числа; гласной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перед суффиксом -л- в формах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прошедшего времени; слитного и раздельного написания не с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глаголами;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Проводить частичный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морфологический анализ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глаголов (в рамках изученного); Соблюдать нормы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словоизменения глаголов,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постановки ударения в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глагольных формах (в рамках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>изученного);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100F2F4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 xml:space="preserve">Диктант; 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br/>
              <w:t>Контрольное изложение;</w:t>
            </w:r>
          </w:p>
        </w:tc>
        <w:tc>
          <w:tcPr>
            <w:tcW w:w="4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C754891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https://resh.edu.ru/subject/lesson/7697/main/263612/ https://resh.edu.ru/subject/lesson/7698/main/264790/ https://resh.edu.ru/subject/lesson/7699/main/264759/ https://resh.edu.ru/subject/lesson/7700/main/264728/ https://resh.edu.ru/subject/lesson/7701/main/263643/ https://resh.edu.ru/subject/lesson/7702/main/263581/ https://resh.edu.ru/subject/lesson/7703/main/264263/ https://resh.edu.ru/subject/lesson/7704/main/264201/</w:t>
            </w:r>
          </w:p>
        </w:tc>
      </w:tr>
      <w:tr w:rsidR="00FB2FF7" w:rsidRPr="00D6223A" w14:paraId="4F1ED09F" w14:textId="77777777">
        <w:trPr>
          <w:trHeight w:hRule="exact" w:val="348"/>
        </w:trPr>
        <w:tc>
          <w:tcPr>
            <w:tcW w:w="33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E5BEBD4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Итого по разделу: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77329C4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1162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8160086" w14:textId="77777777" w:rsidR="00FB2FF7" w:rsidRPr="00D6223A" w:rsidRDefault="00FB2FF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2FF7" w:rsidRPr="00967557" w14:paraId="79B1F9EC" w14:textId="77777777">
        <w:trPr>
          <w:trHeight w:hRule="exact" w:val="328"/>
        </w:trPr>
        <w:tc>
          <w:tcPr>
            <w:tcW w:w="15502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C364996" w14:textId="77777777" w:rsidR="00FB2FF7" w:rsidRPr="00677AE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Раздел 8. СИНТАКСИС. КУЛЬТУРА РЕЧИ. ПУНКТУАЦИЯ</w:t>
            </w:r>
          </w:p>
        </w:tc>
      </w:tr>
      <w:tr w:rsidR="00FB2FF7" w:rsidRPr="00D6223A" w14:paraId="346AB652" w14:textId="77777777" w:rsidTr="0084151B">
        <w:trPr>
          <w:trHeight w:hRule="exact" w:val="3806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E44EFE8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8.1.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5B443F1" w14:textId="77777777" w:rsidR="00FB2FF7" w:rsidRPr="00677AE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Синтаксис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и пунктуация как разделы лингвистики. </w:t>
            </w:r>
          </w:p>
          <w:p w14:paraId="6F9F31EA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Словосочетание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94AD525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14:paraId="56DFBF16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27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0B2963E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E3AADE7" w14:textId="14E991B6" w:rsidR="00FB2FF7" w:rsidRPr="00D6223A" w:rsidRDefault="004542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</w:t>
            </w:r>
            <w:r w:rsidR="00FC517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.04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 xml:space="preserve">.2023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</w:t>
            </w:r>
            <w:r w:rsidR="00FC517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.04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.2023</w:t>
            </w:r>
          </w:p>
        </w:tc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C2E478A" w14:textId="0D426E0E" w:rsidR="00FB2FF7" w:rsidRPr="00E86403" w:rsidRDefault="009C069A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Распознавать единицы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синтаксиса (словосочетание и предложение);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Определять функции знаков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препинания;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Выделять словосочетания из предложения, распознавать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словосочетания по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морфологическим свойствам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главного слова (именные,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глагольные, наречные);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Определять средства связи слов в словосочетании;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Определять нарушения норм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сочетания слов в составе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словосочетания;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Проводить синтаксический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>анализ словосочетаний (в рамках изученного);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67B640E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Устный опрос;</w:t>
            </w:r>
          </w:p>
        </w:tc>
        <w:tc>
          <w:tcPr>
            <w:tcW w:w="4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6BA4EB9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https://resh.edu.ru/subject/lesson/7639/main/267729/</w:t>
            </w:r>
          </w:p>
        </w:tc>
      </w:tr>
      <w:tr w:rsidR="00FB2FF7" w:rsidRPr="00D6223A" w14:paraId="2008E39A" w14:textId="77777777" w:rsidTr="0084151B">
        <w:trPr>
          <w:trHeight w:hRule="exact" w:val="11512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CE13A95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8.2.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7915B51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Простое двусоставное предложение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E690F90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14:paraId="2F86D8B0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27" w:type="dxa"/>
            <w:tcBorders>
              <w:top w:val="single" w:sz="4" w:space="0" w:color="000000"/>
              <w:left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3339574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77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CF961D9" w14:textId="769FC50D" w:rsidR="00FB2FF7" w:rsidRPr="00D6223A" w:rsidRDefault="004542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</w:t>
            </w:r>
            <w:r w:rsidR="00FC517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.04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 xml:space="preserve">.2023 </w:t>
            </w:r>
            <w:r w:rsidR="00EE559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</w:t>
            </w:r>
            <w:r w:rsidR="00FC517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0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.0</w:t>
            </w:r>
            <w:r w:rsidR="000A33F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.2023</w:t>
            </w:r>
          </w:p>
        </w:tc>
        <w:tc>
          <w:tcPr>
            <w:tcW w:w="243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62BB274" w14:textId="5024F53C" w:rsidR="00FB2FF7" w:rsidRPr="00E86403" w:rsidRDefault="009C069A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Распознавать предложения по цели высказывания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(повествовательные,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побудительные, вопросительные), эмоциональной окраске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(восклицательные и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невосклицательные), количеству грамматических основ (простые и сложные), наличию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второстепенных членов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(распространённые и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нераспространённые) и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характеризовать их;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Употреблять повествовательные, побудительные, вопросительные, восклицательные предложения в речевой практике, корректируя интонацию в соответствии с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коммуникативной целью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высказывания;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Определять главные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(грамматическую основу) и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второстепенные члены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предложения;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Определять и характеризовать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морфологические средства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выражения подлежащего (именем существительным или местоимением в именительном падеже, сочетанием имени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существительного в форме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именительного падежа с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существительным или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местоимением в форме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>творительного падежа с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569BFD8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Тестирование;</w:t>
            </w:r>
          </w:p>
        </w:tc>
        <w:tc>
          <w:tcPr>
            <w:tcW w:w="478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4F181AE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https://resh.edu.ru/subject/lesson/7634/main/267822/ https://resh.edu.ru/subject/lesson/7635/main/264387/ https://resh.edu.ru/subject/lesson/7636/main/264325/ https://resh.edu.ru/subject/lesson/7637/main/264232/ https://resh.edu.ru/subject/lesson/7642/main/264170/ https://resh.edu.ru/subject/lesson/7643/main/264139/ https://resh.edu.ru/subject/lesson/7644/main/267853/ https://resh.edu.ru/subject/lesson/7645/main/265410/</w:t>
            </w:r>
          </w:p>
        </w:tc>
      </w:tr>
    </w:tbl>
    <w:p w14:paraId="5E64D6CC" w14:textId="77777777" w:rsidR="00FB2FF7" w:rsidRPr="00D6223A" w:rsidRDefault="00FB2FF7" w:rsidP="00B22ABA">
      <w:pPr>
        <w:rPr>
          <w:rFonts w:ascii="Times New Roman" w:hAnsi="Times New Roman" w:cs="Times New Roman"/>
          <w:sz w:val="20"/>
          <w:szCs w:val="20"/>
        </w:rPr>
        <w:sectPr w:rsidR="00FB2FF7" w:rsidRPr="00D6223A">
          <w:pgSz w:w="16840" w:h="11900"/>
          <w:pgMar w:top="284" w:right="640" w:bottom="0" w:left="666" w:header="720" w:footer="720" w:gutter="0"/>
          <w:cols w:space="720" w:equalWidth="0">
            <w:col w:w="15534" w:space="0"/>
          </w:cols>
          <w:docGrid w:linePitch="360"/>
        </w:sectPr>
      </w:pPr>
    </w:p>
    <w:tbl>
      <w:tblPr>
        <w:tblW w:w="0" w:type="auto"/>
        <w:tblInd w:w="6" w:type="dxa"/>
        <w:tblLayout w:type="fixed"/>
        <w:tblLook w:val="04A0" w:firstRow="1" w:lastRow="0" w:firstColumn="1" w:lastColumn="0" w:noHBand="0" w:noVBand="1"/>
      </w:tblPr>
      <w:tblGrid>
        <w:gridCol w:w="468"/>
        <w:gridCol w:w="2882"/>
        <w:gridCol w:w="528"/>
        <w:gridCol w:w="1106"/>
        <w:gridCol w:w="969"/>
        <w:gridCol w:w="1035"/>
        <w:gridCol w:w="2438"/>
        <w:gridCol w:w="1296"/>
        <w:gridCol w:w="4780"/>
      </w:tblGrid>
      <w:tr w:rsidR="00FB2FF7" w:rsidRPr="00967557" w14:paraId="63A406B9" w14:textId="77777777" w:rsidTr="007B4D33">
        <w:trPr>
          <w:trHeight w:hRule="exact" w:val="11532"/>
        </w:trPr>
        <w:tc>
          <w:tcPr>
            <w:tcW w:w="4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D912AFF" w14:textId="77777777" w:rsidR="00FB2FF7" w:rsidRPr="00D6223A" w:rsidRDefault="00FB2FF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8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52B5F24" w14:textId="77777777" w:rsidR="00FB2FF7" w:rsidRPr="00D6223A" w:rsidRDefault="00FB2FF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BEDAE24" w14:textId="77777777" w:rsidR="00FB2FF7" w:rsidRPr="00D6223A" w:rsidRDefault="00FB2FF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6" w:type="dxa"/>
            <w:tcBorders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14:paraId="383E4830" w14:textId="77777777" w:rsidR="00FB2FF7" w:rsidRPr="00D6223A" w:rsidRDefault="00FB2FF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9" w:type="dxa"/>
            <w:tcBorders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8641A40" w14:textId="77777777" w:rsidR="00FB2FF7" w:rsidRPr="00D6223A" w:rsidRDefault="00FB2FF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34FE7A9" w14:textId="77777777" w:rsidR="00FB2FF7" w:rsidRPr="00D6223A" w:rsidRDefault="00FB2FF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B771323" w14:textId="487335E3" w:rsidR="00FB2FF7" w:rsidRPr="00E86403" w:rsidRDefault="009C069A" w:rsidP="007B4D33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предлогом; сочетанием имени числительного в форме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именительного падежа с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существительным в форме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родительного падежа) и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сказуемого (глаголом, именем существительным, именем прилагательным);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Применять правила постановки тире между подлежащим и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сказуемым; Различать распространённые и нераспространённые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предложения, находить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основания для сравнения и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сравнивать их; Определять виды второстепенных членов предложения и морфологические средства их выражения (в рамках изученного);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Проводить синтаксический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анализ простых </w:t>
            </w:r>
            <w:r w:rsidR="007B4D3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вусоставных</w:t>
            </w:r>
            <w:r w:rsidR="007B4D3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Pr="00E8640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предложений;</w:t>
            </w:r>
          </w:p>
        </w:tc>
        <w:tc>
          <w:tcPr>
            <w:tcW w:w="12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2261043" w14:textId="77777777" w:rsidR="00FB2FF7" w:rsidRPr="00E86403" w:rsidRDefault="00FB2FF7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47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94ABF92" w14:textId="77777777" w:rsidR="00FB2FF7" w:rsidRPr="00E86403" w:rsidRDefault="00FB2FF7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FB2FF7" w:rsidRPr="00D6223A" w14:paraId="48A6EC69" w14:textId="77777777" w:rsidTr="007B4D33">
        <w:trPr>
          <w:trHeight w:hRule="exact" w:val="3125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6A2DA60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8.3.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0A04F52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Простое осложнённое предложение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10FCA57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14:paraId="45D2455F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EBC1837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0F9D37F" w14:textId="692C258B" w:rsidR="00FB2FF7" w:rsidRPr="00D6223A" w:rsidRDefault="00EE559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</w:t>
            </w:r>
            <w:r w:rsidR="00FC517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1.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0A33F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4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 xml:space="preserve">.2023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0</w:t>
            </w:r>
            <w:r w:rsidR="00FC517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.0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.2023</w:t>
            </w:r>
          </w:p>
        </w:tc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B3356A1" w14:textId="77777777" w:rsidR="00FB2FF7" w:rsidRPr="00677AE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Анализировать и распознавать неосложнённые предложения и предложения, осложнённые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однородными членами или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обращением;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Находить в предложении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однородные члены и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>обобщающие слова при них;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B8F0766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Практическая работа;</w:t>
            </w:r>
          </w:p>
        </w:tc>
        <w:tc>
          <w:tcPr>
            <w:tcW w:w="4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91BC023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https://resh.edu.ru/subject/lesson/7646/main/263891/ https://resh.edu.ru/subject/lesson/7647/main/264015/ https://resh.edu.ru/subject/lesson/7648/main/263860/</w:t>
            </w:r>
          </w:p>
        </w:tc>
      </w:tr>
      <w:tr w:rsidR="00FB2FF7" w:rsidRPr="00D6223A" w14:paraId="1D56B95F" w14:textId="77777777" w:rsidTr="007B4D33">
        <w:trPr>
          <w:trHeight w:hRule="exact" w:val="7172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6EB2D6A" w14:textId="2D9E7A45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4.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739FAAC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Сложное предложение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652770B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14:paraId="04ADC3AE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6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938A628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D4B0BFF" w14:textId="541B5E2D" w:rsidR="00FB2FF7" w:rsidRPr="00D6223A" w:rsidRDefault="00EE559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0</w:t>
            </w:r>
            <w:r w:rsidR="005C29A1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.05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 xml:space="preserve">.2023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</w:t>
            </w:r>
            <w:r w:rsidR="005C29A1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.05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.2023</w:t>
            </w:r>
          </w:p>
        </w:tc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31809B5" w14:textId="77777777" w:rsidR="00FB2FF7" w:rsidRPr="00677AE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Сравнивать простые и сложные предложения, сложные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предложения и простые,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осложнённые однородными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членами;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Определять основания для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сравнения;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Самостоятельно формулировать выводы;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Анализировать простые и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сложные предложения с точки зрения количества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грамматических основ;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Сравнивать простые и сложные предложения по самостоятельно сформулированному основанию; Самостоятельно формулировать выводы;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Применять правила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пунктуационного оформления сложных предложений,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>состоящих из частей, связанных бессоюзной связью и союзами и, но, а, однако, зато, да;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C3936F3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Диктант;</w:t>
            </w:r>
          </w:p>
        </w:tc>
        <w:tc>
          <w:tcPr>
            <w:tcW w:w="4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9FDEC14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https://resh.edu.ru/subject/lesson/7652/main/272453/</w:t>
            </w:r>
          </w:p>
        </w:tc>
      </w:tr>
      <w:tr w:rsidR="00FB2FF7" w:rsidRPr="00D6223A" w14:paraId="2AA7275C" w14:textId="77777777" w:rsidTr="007B4D33">
        <w:trPr>
          <w:trHeight w:hRule="exact" w:val="3692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3123FF7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8.5.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E2CA107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Предложения с прямой речью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12A4928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14:paraId="2E45658A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7552917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916158B" w14:textId="06806AC1" w:rsidR="00FB2FF7" w:rsidRPr="00D6223A" w:rsidRDefault="00EE5597" w:rsidP="00EE559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11.05</w:t>
            </w:r>
            <w:r w:rsidR="00A865E9" w:rsidRPr="00D6223A">
              <w:rPr>
                <w:rFonts w:ascii="Times New Roman" w:hAnsi="Times New Roman" w:cs="Times New Roman"/>
                <w:sz w:val="20"/>
                <w:szCs w:val="20"/>
              </w:rPr>
              <w:t xml:space="preserve">.2023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</w:t>
            </w:r>
            <w:r w:rsidR="005C29A1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.05</w:t>
            </w:r>
            <w:r w:rsidR="00A865E9" w:rsidRPr="00D6223A">
              <w:rPr>
                <w:rFonts w:ascii="Times New Roman" w:hAnsi="Times New Roman" w:cs="Times New Roman"/>
                <w:sz w:val="20"/>
                <w:szCs w:val="20"/>
              </w:rPr>
              <w:t>.2023</w:t>
            </w:r>
          </w:p>
        </w:tc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F456C8F" w14:textId="77777777" w:rsidR="00FB2FF7" w:rsidRPr="00677AE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Анализировать предложения с прямой речью и сравнивать их с точки зрения позиции слов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автора в предложении и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пунктуационного оформления этих предложений;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Самостоятельно формулировать выводы о пунктуационном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оформлении предложений с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>прямой речью;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562757A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Диктант;</w:t>
            </w:r>
          </w:p>
        </w:tc>
        <w:tc>
          <w:tcPr>
            <w:tcW w:w="4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D41A6C2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https://resh.edu.ru/subject/lesson/7653/main/264542/</w:t>
            </w:r>
          </w:p>
        </w:tc>
      </w:tr>
      <w:tr w:rsidR="00FB2FF7" w:rsidRPr="00D6223A" w14:paraId="71BAA851" w14:textId="77777777" w:rsidTr="007B4D33">
        <w:trPr>
          <w:trHeight w:hRule="exact" w:val="3404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99DC7D1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8.6.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5077D22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Диалог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B5863E1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14:paraId="38FCA979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6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FFE4ED0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C9A25C0" w14:textId="78219EF1" w:rsidR="00FB2FF7" w:rsidRDefault="005C29A1" w:rsidP="00A865E9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16.05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.2023</w:t>
            </w:r>
          </w:p>
          <w:p w14:paraId="6A2262D1" w14:textId="5F213BE1" w:rsidR="00A865E9" w:rsidRPr="00A865E9" w:rsidRDefault="005C29A1" w:rsidP="00A865E9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18.05</w:t>
            </w:r>
            <w:r w:rsidR="00A865E9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.2023</w:t>
            </w:r>
          </w:p>
        </w:tc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435E349" w14:textId="77777777" w:rsidR="00FB2FF7" w:rsidRPr="00677AE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Моделировать диалоги на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лингвистические темы (в рамках изученного) и темы на основе жизненных наблюдений;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Анализировать диалоги в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художественных текстах с точки зрения пунктуационного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оформления;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>Применять правила оформления диалога на письме;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25D4EEB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Контрольное сочинение;</w:t>
            </w:r>
          </w:p>
        </w:tc>
        <w:tc>
          <w:tcPr>
            <w:tcW w:w="4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0A980B0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https://resh.edu.ru/subject/lesson/7653/main/264542/</w:t>
            </w:r>
          </w:p>
        </w:tc>
      </w:tr>
      <w:tr w:rsidR="00FB2FF7" w:rsidRPr="00D6223A" w14:paraId="44C77014" w14:textId="77777777">
        <w:trPr>
          <w:trHeight w:hRule="exact" w:val="348"/>
        </w:trPr>
        <w:tc>
          <w:tcPr>
            <w:tcW w:w="33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0D8171A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Итого по разделу: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CFAF4AC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162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289351C" w14:textId="77777777" w:rsidR="00FB2FF7" w:rsidRPr="00D6223A" w:rsidRDefault="00FB2FF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2FF7" w:rsidRPr="00D6223A" w14:paraId="1721D010" w14:textId="77777777">
        <w:trPr>
          <w:trHeight w:hRule="exact" w:val="348"/>
        </w:trPr>
        <w:tc>
          <w:tcPr>
            <w:tcW w:w="1550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223813D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 xml:space="preserve">Раздел 9. ПОВТОРЕНИЕ </w:t>
            </w:r>
          </w:p>
        </w:tc>
      </w:tr>
      <w:tr w:rsidR="00FB2FF7" w:rsidRPr="00D6223A" w14:paraId="1F47DB40" w14:textId="77777777" w:rsidTr="007B4D33">
        <w:trPr>
          <w:trHeight w:hRule="exact" w:val="540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737B38F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9.1.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EF01BD5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Повторение пройденного материала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C68C4FF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14:paraId="3A5A45FA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43B4B68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1C8A879" w14:textId="27981BAC" w:rsidR="00FB2FF7" w:rsidRPr="00D6223A" w:rsidRDefault="005C29A1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19.05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.2023 25.05.2023</w:t>
            </w:r>
          </w:p>
        </w:tc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9F42609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Применение изученных правил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6641FAE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Зачет;</w:t>
            </w:r>
          </w:p>
        </w:tc>
        <w:tc>
          <w:tcPr>
            <w:tcW w:w="4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A202C14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https://resh.edu.ru/subject/lesson/7654/main/264356/</w:t>
            </w:r>
          </w:p>
        </w:tc>
      </w:tr>
      <w:tr w:rsidR="00FB2FF7" w:rsidRPr="00D6223A" w14:paraId="691C22FF" w14:textId="77777777" w:rsidTr="005413C1">
        <w:trPr>
          <w:trHeight w:hRule="exact" w:val="749"/>
        </w:trPr>
        <w:tc>
          <w:tcPr>
            <w:tcW w:w="33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2B2F3E1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Итого по разделу: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642B91B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62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8C42DC2" w14:textId="77777777" w:rsidR="00FB2FF7" w:rsidRPr="00D6223A" w:rsidRDefault="00FB2FF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2FF7" w:rsidRPr="00D6223A" w14:paraId="04D053BD" w14:textId="77777777">
        <w:trPr>
          <w:trHeight w:hRule="exact" w:val="348"/>
        </w:trPr>
        <w:tc>
          <w:tcPr>
            <w:tcW w:w="1550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F2E0DB2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Раздел 10. ИТОГОВЫЙ КОНТРОЛЬ</w:t>
            </w:r>
          </w:p>
        </w:tc>
      </w:tr>
      <w:tr w:rsidR="00FB2FF7" w:rsidRPr="00D6223A" w14:paraId="3471DE38" w14:textId="77777777" w:rsidTr="005413C1">
        <w:trPr>
          <w:trHeight w:hRule="exact" w:val="1286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7293215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10.1.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27320DB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Сочинения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5C02123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14:paraId="16C422AB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D72C39F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58ECA0B" w14:textId="3297C5A4" w:rsidR="00FB2FF7" w:rsidRDefault="005413C1" w:rsidP="005413C1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27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09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.2022</w:t>
            </w:r>
          </w:p>
          <w:p w14:paraId="038603BE" w14:textId="60F9779E" w:rsidR="005413C1" w:rsidRDefault="005413C1" w:rsidP="005413C1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14.12.2022</w:t>
            </w:r>
          </w:p>
          <w:p w14:paraId="5D6ED6B1" w14:textId="12F63022" w:rsidR="005413C1" w:rsidRDefault="005413C1" w:rsidP="005413C1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01.03.2023</w:t>
            </w:r>
          </w:p>
          <w:p w14:paraId="09A1310B" w14:textId="63D9501B" w:rsidR="005413C1" w:rsidRDefault="005413C1" w:rsidP="005413C1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18.05.2023</w:t>
            </w:r>
          </w:p>
          <w:p w14:paraId="6FE51A45" w14:textId="77777777" w:rsidR="005413C1" w:rsidRDefault="005413C1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14:paraId="1C9F2A1D" w14:textId="15929EF8" w:rsidR="005413C1" w:rsidRDefault="005413C1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18.</w:t>
            </w:r>
          </w:p>
          <w:p w14:paraId="6F243284" w14:textId="77777777" w:rsidR="005413C1" w:rsidRPr="005413C1" w:rsidRDefault="005413C1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  <w:p w14:paraId="63EB8786" w14:textId="77777777" w:rsidR="005413C1" w:rsidRDefault="005413C1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6C7B23C" w14:textId="0F44982E" w:rsidR="005413C1" w:rsidRPr="00D6223A" w:rsidRDefault="005413C1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60D6ADC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написание сочинения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BC94333" w14:textId="77777777" w:rsidR="00FB2FF7" w:rsidRPr="00D6223A" w:rsidRDefault="00FB2FF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323EE18" w14:textId="77777777" w:rsidR="00FB2FF7" w:rsidRPr="00D6223A" w:rsidRDefault="00FB2FF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2FF7" w:rsidRPr="00D6223A" w14:paraId="7088EA18" w14:textId="77777777" w:rsidTr="005413C1">
        <w:trPr>
          <w:trHeight w:hRule="exact" w:val="704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F66D979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10.2.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7B1A33D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Изложения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4D04269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14:paraId="74909BAB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AB0F41E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DDF35E1" w14:textId="0B67EF27" w:rsidR="00FB2FF7" w:rsidRDefault="005413C1" w:rsidP="00AC32B7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06.10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.2022</w:t>
            </w:r>
          </w:p>
          <w:p w14:paraId="2D4E6B3C" w14:textId="1D65C666" w:rsidR="005413C1" w:rsidRPr="00AC32B7" w:rsidRDefault="00AC32B7" w:rsidP="00AC32B7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06.04.2023</w:t>
            </w:r>
          </w:p>
          <w:p w14:paraId="21920CA0" w14:textId="455A2235" w:rsidR="005413C1" w:rsidRPr="00D6223A" w:rsidRDefault="005413C1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AFB14E9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написание изложения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D5E3718" w14:textId="77777777" w:rsidR="00FB2FF7" w:rsidRPr="00D6223A" w:rsidRDefault="00FB2FF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2743E5A" w14:textId="77777777" w:rsidR="00FB2FF7" w:rsidRPr="00D6223A" w:rsidRDefault="00FB2FF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2FF7" w:rsidRPr="00967557" w14:paraId="6347018E" w14:textId="77777777" w:rsidTr="00AC32B7">
        <w:trPr>
          <w:trHeight w:hRule="exact" w:val="1693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F898E08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10.3.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B1AB7B9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Контрольные и проверочные работы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B0726D8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14:paraId="5C6A295F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FC219EB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2E113AA" w14:textId="77777777" w:rsidR="00FB2FF7" w:rsidRDefault="00AC32B7" w:rsidP="00AC32B7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0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8.0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9</w:t>
            </w: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.202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</w:t>
            </w:r>
          </w:p>
          <w:p w14:paraId="4C94660E" w14:textId="77777777" w:rsidR="00AC32B7" w:rsidRDefault="00AC32B7" w:rsidP="00AC32B7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19.10.2022</w:t>
            </w:r>
          </w:p>
          <w:p w14:paraId="33B8B18B" w14:textId="77777777" w:rsidR="00AC32B7" w:rsidRDefault="00AC32B7" w:rsidP="00AC32B7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06.12.2022</w:t>
            </w:r>
          </w:p>
          <w:p w14:paraId="5D3EEBC4" w14:textId="77777777" w:rsidR="00AC32B7" w:rsidRDefault="00AC32B7" w:rsidP="00AC32B7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16.02.2023</w:t>
            </w:r>
          </w:p>
          <w:p w14:paraId="3EF53542" w14:textId="77777777" w:rsidR="00AC32B7" w:rsidRDefault="00AC32B7" w:rsidP="00AC32B7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22.03.2023</w:t>
            </w:r>
          </w:p>
          <w:p w14:paraId="0469489B" w14:textId="6E1D3E26" w:rsidR="00AC32B7" w:rsidRPr="00AC32B7" w:rsidRDefault="00AC32B7" w:rsidP="00AC32B7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10.05.2023</w:t>
            </w:r>
          </w:p>
        </w:tc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6131C14" w14:textId="77777777" w:rsidR="00FB2FF7" w:rsidRPr="00677AE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написание диктанта; выполнение тестовых заданий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62906D4" w14:textId="77777777" w:rsidR="00FB2FF7" w:rsidRPr="00677AEA" w:rsidRDefault="00FB2FF7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4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EF7CB81" w14:textId="77777777" w:rsidR="00FB2FF7" w:rsidRPr="00677AEA" w:rsidRDefault="00FB2FF7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FB2FF7" w:rsidRPr="00D6223A" w14:paraId="03DEBB70" w14:textId="77777777">
        <w:trPr>
          <w:trHeight w:hRule="exact" w:val="350"/>
        </w:trPr>
        <w:tc>
          <w:tcPr>
            <w:tcW w:w="33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613A1CB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Итого по разделу: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A32B03B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162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59F85D9" w14:textId="77777777" w:rsidR="00FB2FF7" w:rsidRPr="00D6223A" w:rsidRDefault="00FB2FF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B2FF7" w:rsidRPr="00D6223A" w14:paraId="4B63C84B" w14:textId="77777777" w:rsidTr="005413C1">
        <w:trPr>
          <w:trHeight w:hRule="exact" w:val="520"/>
        </w:trPr>
        <w:tc>
          <w:tcPr>
            <w:tcW w:w="33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2C976DB" w14:textId="77777777" w:rsidR="00FB2FF7" w:rsidRPr="00677AE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ОБЩЕЕ КОЛИЧЕСТВО ЧАСОВ ПО ПРОГРАММЕ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5E167C1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170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5" w:space="0" w:color="000000"/>
            </w:tcBorders>
            <w:tcMar>
              <w:left w:w="0" w:type="dxa"/>
              <w:right w:w="0" w:type="dxa"/>
            </w:tcMar>
          </w:tcPr>
          <w:p w14:paraId="435639CB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969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DF4030D" w14:textId="77777777" w:rsidR="00FB2FF7" w:rsidRPr="00D6223A" w:rsidRDefault="009C069A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6223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5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525EF8C" w14:textId="77777777" w:rsidR="00FB2FF7" w:rsidRPr="00D6223A" w:rsidRDefault="00FB2FF7" w:rsidP="00B22A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4E07B797" w14:textId="77777777" w:rsidR="00FB2FF7" w:rsidRPr="00D6223A" w:rsidRDefault="00FB2FF7" w:rsidP="00B22ABA">
      <w:pPr>
        <w:rPr>
          <w:rFonts w:ascii="Times New Roman" w:hAnsi="Times New Roman" w:cs="Times New Roman"/>
          <w:sz w:val="20"/>
          <w:szCs w:val="20"/>
        </w:rPr>
      </w:pPr>
    </w:p>
    <w:p w14:paraId="191B0D99" w14:textId="77777777" w:rsidR="00FB2FF7" w:rsidRDefault="00FB2FF7">
      <w:pPr>
        <w:sectPr w:rsidR="00FB2FF7">
          <w:pgSz w:w="16840" w:h="11900"/>
          <w:pgMar w:top="284" w:right="640" w:bottom="1440" w:left="666" w:header="720" w:footer="720" w:gutter="0"/>
          <w:cols w:space="720" w:equalWidth="0">
            <w:col w:w="15534" w:space="0"/>
          </w:cols>
          <w:docGrid w:linePitch="360"/>
        </w:sectPr>
      </w:pPr>
    </w:p>
    <w:p w14:paraId="3DE57615" w14:textId="77777777" w:rsidR="00FB2FF7" w:rsidRDefault="00FB2FF7">
      <w:pPr>
        <w:autoSpaceDE w:val="0"/>
        <w:autoSpaceDN w:val="0"/>
        <w:spacing w:after="78" w:line="220" w:lineRule="exact"/>
      </w:pPr>
    </w:p>
    <w:p w14:paraId="0DE0E3A2" w14:textId="77777777" w:rsidR="00967557" w:rsidRDefault="00967557" w:rsidP="00967557">
      <w:pPr>
        <w:jc w:val="center"/>
        <w:rPr>
          <w:rFonts w:ascii="Times New Roman" w:hAnsi="Times New Roman"/>
          <w:b/>
          <w:bCs/>
          <w:spacing w:val="-10"/>
          <w:sz w:val="28"/>
        </w:rPr>
      </w:pPr>
    </w:p>
    <w:p w14:paraId="078980EB" w14:textId="77777777" w:rsidR="00967557" w:rsidRPr="00967557" w:rsidRDefault="00967557" w:rsidP="00967557">
      <w:pPr>
        <w:jc w:val="center"/>
        <w:rPr>
          <w:rFonts w:ascii="Times New Roman" w:hAnsi="Times New Roman"/>
          <w:b/>
          <w:bCs/>
          <w:spacing w:val="-10"/>
          <w:sz w:val="28"/>
          <w:lang w:val="ru-RU"/>
        </w:rPr>
      </w:pPr>
      <w:r w:rsidRPr="00967557">
        <w:rPr>
          <w:rFonts w:ascii="Times New Roman" w:hAnsi="Times New Roman"/>
          <w:b/>
          <w:bCs/>
          <w:spacing w:val="-10"/>
          <w:sz w:val="28"/>
          <w:lang w:val="ru-RU"/>
        </w:rPr>
        <w:t>ПОЯСНИТЕЛЬНАЯ ЗАПИСКА</w:t>
      </w:r>
    </w:p>
    <w:p w14:paraId="41235A4A" w14:textId="75D576DA" w:rsidR="00967557" w:rsidRPr="00967557" w:rsidRDefault="00967557" w:rsidP="00967557">
      <w:pPr>
        <w:ind w:firstLine="708"/>
        <w:jc w:val="both"/>
        <w:rPr>
          <w:rFonts w:ascii="Times New Roman" w:hAnsi="Times New Roman"/>
          <w:spacing w:val="-10"/>
          <w:sz w:val="24"/>
          <w:szCs w:val="24"/>
          <w:lang w:val="ru-RU"/>
        </w:rPr>
      </w:pPr>
      <w:r w:rsidRPr="00967557">
        <w:rPr>
          <w:rFonts w:ascii="Times New Roman" w:hAnsi="Times New Roman"/>
          <w:spacing w:val="-10"/>
          <w:sz w:val="24"/>
          <w:szCs w:val="24"/>
          <w:lang w:val="ru-RU"/>
        </w:rPr>
        <w:t>Календарно-тематическое планирование по учебному предмету «Русский</w:t>
      </w:r>
      <w:r>
        <w:rPr>
          <w:rFonts w:ascii="Times New Roman" w:hAnsi="Times New Roman"/>
          <w:spacing w:val="-10"/>
          <w:sz w:val="24"/>
          <w:szCs w:val="24"/>
          <w:lang w:val="ru-RU"/>
        </w:rPr>
        <w:t xml:space="preserve"> язык» (базовый уровень) для </w:t>
      </w:r>
      <w:proofErr w:type="gramStart"/>
      <w:r>
        <w:rPr>
          <w:rFonts w:ascii="Times New Roman" w:hAnsi="Times New Roman"/>
          <w:spacing w:val="-10"/>
          <w:sz w:val="24"/>
          <w:szCs w:val="24"/>
          <w:lang w:val="ru-RU"/>
        </w:rPr>
        <w:t>5</w:t>
      </w:r>
      <w:r w:rsidRPr="00967557">
        <w:rPr>
          <w:rFonts w:ascii="Times New Roman" w:hAnsi="Times New Roman"/>
          <w:spacing w:val="-10"/>
          <w:sz w:val="24"/>
          <w:szCs w:val="24"/>
          <w:lang w:val="ru-RU"/>
        </w:rPr>
        <w:t xml:space="preserve">  класса</w:t>
      </w:r>
      <w:proofErr w:type="gramEnd"/>
      <w:r w:rsidRPr="00967557">
        <w:rPr>
          <w:rFonts w:ascii="Times New Roman" w:hAnsi="Times New Roman"/>
          <w:spacing w:val="-10"/>
          <w:sz w:val="24"/>
          <w:szCs w:val="24"/>
          <w:lang w:val="ru-RU"/>
        </w:rPr>
        <w:t xml:space="preserve"> МБОУ «Клименковская основная общеобразовательная школа» на 2022-2023 учебный год составлено</w:t>
      </w:r>
    </w:p>
    <w:p w14:paraId="044B9517" w14:textId="77777777" w:rsidR="00967557" w:rsidRPr="00967557" w:rsidRDefault="00967557" w:rsidP="00967557">
      <w:pPr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967557">
        <w:rPr>
          <w:rFonts w:ascii="Times New Roman" w:hAnsi="Times New Roman"/>
          <w:spacing w:val="-10"/>
          <w:sz w:val="24"/>
          <w:szCs w:val="24"/>
          <w:u w:val="single"/>
          <w:lang w:val="ru-RU"/>
        </w:rPr>
        <w:t>в соответствии</w:t>
      </w:r>
      <w:r w:rsidRPr="00967557">
        <w:rPr>
          <w:rFonts w:ascii="Times New Roman" w:hAnsi="Times New Roman"/>
          <w:spacing w:val="-10"/>
          <w:sz w:val="24"/>
          <w:szCs w:val="24"/>
          <w:lang w:val="ru-RU"/>
        </w:rPr>
        <w:t xml:space="preserve"> с требованиями федерального государственного образовательного стан</w:t>
      </w:r>
      <w:r w:rsidRPr="00967557">
        <w:rPr>
          <w:rFonts w:ascii="Times New Roman" w:hAnsi="Times New Roman"/>
          <w:spacing w:val="-9"/>
          <w:sz w:val="24"/>
          <w:szCs w:val="24"/>
          <w:lang w:val="ru-RU"/>
        </w:rPr>
        <w:t xml:space="preserve">дарта </w:t>
      </w:r>
      <w:r w:rsidRPr="00967557">
        <w:rPr>
          <w:rFonts w:ascii="Times New Roman" w:hAnsi="Times New Roman"/>
          <w:sz w:val="24"/>
          <w:szCs w:val="24"/>
          <w:lang w:val="ru-RU"/>
        </w:rPr>
        <w:t>основного общего образования;</w:t>
      </w:r>
    </w:p>
    <w:p w14:paraId="62A33C6A" w14:textId="77777777" w:rsidR="00967557" w:rsidRPr="00967557" w:rsidRDefault="00967557" w:rsidP="00967557">
      <w:pPr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967557">
        <w:rPr>
          <w:rFonts w:ascii="Times New Roman" w:hAnsi="Times New Roman"/>
          <w:sz w:val="24"/>
          <w:szCs w:val="24"/>
          <w:u w:val="single"/>
          <w:lang w:val="ru-RU"/>
        </w:rPr>
        <w:t xml:space="preserve">на основе </w:t>
      </w:r>
      <w:r w:rsidRPr="00967557">
        <w:rPr>
          <w:rFonts w:ascii="Times New Roman" w:hAnsi="Times New Roman"/>
          <w:i/>
          <w:sz w:val="24"/>
          <w:szCs w:val="24"/>
          <w:lang w:val="ru-RU"/>
        </w:rPr>
        <w:t>учебной программы</w:t>
      </w:r>
      <w:r w:rsidRPr="00967557">
        <w:rPr>
          <w:rFonts w:ascii="Times New Roman" w:hAnsi="Times New Roman"/>
          <w:sz w:val="24"/>
          <w:szCs w:val="24"/>
          <w:lang w:val="ru-RU"/>
        </w:rPr>
        <w:t xml:space="preserve"> «Примерные программы по учебным предметам. Русский язык. 5-9 классы: проект. - 3-е изд., дораб. - М.: Просвещение, 2011. – 112 с.»; </w:t>
      </w:r>
      <w:r w:rsidRPr="00967557">
        <w:rPr>
          <w:rFonts w:ascii="Times New Roman" w:hAnsi="Times New Roman"/>
          <w:i/>
          <w:sz w:val="24"/>
          <w:szCs w:val="24"/>
          <w:lang w:val="ru-RU"/>
        </w:rPr>
        <w:t>рабочей программы</w:t>
      </w:r>
      <w:r w:rsidRPr="00967557">
        <w:rPr>
          <w:rFonts w:ascii="Times New Roman" w:hAnsi="Times New Roman"/>
          <w:sz w:val="24"/>
          <w:szCs w:val="24"/>
          <w:lang w:val="ru-RU"/>
        </w:rPr>
        <w:t xml:space="preserve"> по русскому языку для 6 класса общеобразовательной школы «Русский язык. Рабочие программы. Предметная линия учебников Т.А. Ладыженской, М.Т. Баранова, Л.А. Тростенцовой и других. 5-9 классы: пособие для учителей общеобразоват. учреждений</w:t>
      </w:r>
      <w:proofErr w:type="gramStart"/>
      <w:r w:rsidRPr="00967557">
        <w:rPr>
          <w:rFonts w:ascii="Times New Roman" w:hAnsi="Times New Roman"/>
          <w:sz w:val="24"/>
          <w:szCs w:val="24"/>
          <w:lang w:val="ru-RU"/>
        </w:rPr>
        <w:t>/[</w:t>
      </w:r>
      <w:proofErr w:type="gramEnd"/>
      <w:r w:rsidRPr="00967557">
        <w:rPr>
          <w:rFonts w:ascii="Times New Roman" w:hAnsi="Times New Roman"/>
          <w:sz w:val="24"/>
          <w:szCs w:val="24"/>
          <w:lang w:val="ru-RU"/>
        </w:rPr>
        <w:t>М.Т. Баранов. Т.А. Ладыженская, Н.М. Шанский и др.]. - 12-е изд., перераб. - М.: Просвещение, 2011»;</w:t>
      </w:r>
    </w:p>
    <w:p w14:paraId="6702626A" w14:textId="7A0E1F48" w:rsidR="00967557" w:rsidRPr="006514E5" w:rsidRDefault="00967557" w:rsidP="00967557">
      <w:pPr>
        <w:autoSpaceDE w:val="0"/>
        <w:autoSpaceDN w:val="0"/>
        <w:spacing w:after="0" w:line="230" w:lineRule="auto"/>
        <w:rPr>
          <w:lang w:val="ru-RU"/>
        </w:rPr>
      </w:pPr>
      <w:r w:rsidRPr="00967557">
        <w:rPr>
          <w:rFonts w:ascii="Times New Roman" w:hAnsi="Times New Roman"/>
          <w:sz w:val="24"/>
          <w:szCs w:val="24"/>
          <w:lang w:val="ru-RU"/>
        </w:rPr>
        <w:t>с учётом рекомендаций инструктивно-методического письма ОГАОУ ДПО «Белгородский институт развития образования» «О преподавании учебных предметов «Русский язык» и «Родной язык (русский)» в общеобразовательных организациях Белгородской области в 2022-2023 учебном году».</w:t>
      </w:r>
      <w:r w:rsidRPr="00967557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 </w:t>
      </w: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ПОЯСНИТЕЛЬНАЯ ЗАПИСКА</w:t>
      </w:r>
    </w:p>
    <w:p w14:paraId="61866482" w14:textId="77777777" w:rsidR="00967557" w:rsidRPr="006514E5" w:rsidRDefault="00967557" w:rsidP="00967557">
      <w:pPr>
        <w:autoSpaceDE w:val="0"/>
        <w:autoSpaceDN w:val="0"/>
        <w:spacing w:after="0"/>
        <w:ind w:firstLine="180"/>
        <w:rPr>
          <w:lang w:val="ru-RU"/>
        </w:rPr>
      </w:pPr>
      <w:proofErr w:type="gramStart"/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Личностные  и</w:t>
      </w:r>
      <w:proofErr w:type="gramEnd"/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  метапредметные   результаты   представлены с учётом особенностей преподавания русского языка в основной общеобразовательной школе с учётом методических традиций построения школьного  курса   русского   языка,   реализованных в большей части входящих в Федеральный перечень УМК по русскому языку. </w:t>
      </w:r>
    </w:p>
    <w:p w14:paraId="7BCAAD8F" w14:textId="77777777" w:rsidR="00967557" w:rsidRPr="006514E5" w:rsidRDefault="00967557" w:rsidP="00967557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ОБЩАЯ ХАРАКТЕРИСТИКА УЧЕБНОГО ПРЕДМЕТА «РУССКИЙ ЯЗЫК»</w:t>
      </w:r>
    </w:p>
    <w:p w14:paraId="29713B17" w14:textId="77777777" w:rsidR="00967557" w:rsidRPr="006514E5" w:rsidRDefault="00967557" w:rsidP="00967557">
      <w:pPr>
        <w:autoSpaceDE w:val="0"/>
        <w:autoSpaceDN w:val="0"/>
        <w:spacing w:after="0"/>
        <w:ind w:firstLine="180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Русский язык — государственный язык Российской Федерации, язык межнационального общения народов России, национальный язык русского народа. Как государственный язык и язык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межнационального общения русский язык является средством коммуникации всех народов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Российской Федерации, основой их социально-экономической, культурной и духовной консолидации.</w:t>
      </w:r>
    </w:p>
    <w:p w14:paraId="77F4A9CF" w14:textId="77777777" w:rsidR="00967557" w:rsidRPr="006514E5" w:rsidRDefault="00967557" w:rsidP="00967557">
      <w:pPr>
        <w:autoSpaceDE w:val="0"/>
        <w:autoSpaceDN w:val="0"/>
        <w:spacing w:after="0" w:line="283" w:lineRule="auto"/>
        <w:ind w:firstLine="180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Высокая функциональная значимость русского языка и выполнение им функций государственного языка и языка межнационального общения важны для каждого жителя России, независимо от места его проживания и этнической принадлежности Знание русского языка и владение им в разных формах его существования и функциональных разновидностях, понимание его стилистических особенностей и выразительных возможностей, умение правильно и эффективно использовать русский язык в различных сферах и ситуациях общения определяют успешность социализации личности и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возможности её самореализации в различных жизненно важных для человека областях.</w:t>
      </w:r>
    </w:p>
    <w:p w14:paraId="00235CD8" w14:textId="77777777" w:rsidR="00967557" w:rsidRPr="006514E5" w:rsidRDefault="00967557" w:rsidP="00967557">
      <w:pPr>
        <w:autoSpaceDE w:val="0"/>
        <w:autoSpaceDN w:val="0"/>
        <w:spacing w:after="0"/>
        <w:ind w:firstLine="180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Русский язык, выполняя свои базовые функции общения и выражения мысли, обеспечивает межличностное и социальное взаимодействие людей, участвует в формировании сознания, самосознания и мировоззрения личности, является важнейшим средством хранения и передачи информации, культурных традиций, истории русского и других народов России.</w:t>
      </w:r>
    </w:p>
    <w:p w14:paraId="67AD7AA5" w14:textId="77777777" w:rsidR="00967557" w:rsidRPr="006514E5" w:rsidRDefault="00967557" w:rsidP="00967557">
      <w:pPr>
        <w:autoSpaceDE w:val="0"/>
        <w:autoSpaceDN w:val="0"/>
        <w:spacing w:after="0"/>
        <w:ind w:firstLine="180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Обучение русскому языку в школе направлено на совершенствование нравственной и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коммуникативной культуры ученика, развитие его интеллектуальных и творческих способностей, мышления, памяти и воображения, навыков самостоятельной учебной деятельности,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самообразования.</w:t>
      </w:r>
    </w:p>
    <w:p w14:paraId="05470448" w14:textId="77777777" w:rsidR="00967557" w:rsidRPr="006514E5" w:rsidRDefault="00967557" w:rsidP="00967557">
      <w:pPr>
        <w:autoSpaceDE w:val="0"/>
        <w:autoSpaceDN w:val="0"/>
        <w:spacing w:after="0" w:line="281" w:lineRule="auto"/>
        <w:ind w:firstLine="180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Содержание обучения русскому языку ориентировано также на развитие функциональной грамотности как интегративного умения человека читать, понимать тексты, использовать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информацию текстов разных форматов, оценивать её, размышлять о ней, чтобы достигать своих целей, расширять свои знания и возможности, участвовать в социальной жизни. Речевая и текстовая деятельность является системообразующей доминантой школьного курса русского языка.</w:t>
      </w:r>
    </w:p>
    <w:p w14:paraId="107BF515" w14:textId="77777777" w:rsidR="00967557" w:rsidRPr="006514E5" w:rsidRDefault="00967557" w:rsidP="00967557">
      <w:pPr>
        <w:autoSpaceDE w:val="0"/>
        <w:autoSpaceDN w:val="0"/>
        <w:spacing w:after="0" w:line="271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lastRenderedPageBreak/>
        <w:t>Соответствующие умения и навыки представлены в перечне метапредметных и предметных результатов обучения, в содержании обучения (разделы «Язык и речь», «Текст», «Функциональные разновидности языка»).</w:t>
      </w:r>
    </w:p>
    <w:p w14:paraId="7E75DF92" w14:textId="77777777" w:rsidR="00967557" w:rsidRPr="006514E5" w:rsidRDefault="00967557" w:rsidP="00967557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ЦЕЛИ ИЗУЧЕНИЯ УЧЕБНОГО ПРЕДМЕТА «РУССКИЙ ЯЗЫК»</w:t>
      </w:r>
    </w:p>
    <w:p w14:paraId="6A542DA5" w14:textId="45CC429B" w:rsidR="00967557" w:rsidRPr="006514E5" w:rsidRDefault="00967557" w:rsidP="00967557">
      <w:pPr>
        <w:tabs>
          <w:tab w:val="left" w:pos="180"/>
        </w:tabs>
        <w:autoSpaceDE w:val="0"/>
        <w:autoSpaceDN w:val="0"/>
        <w:spacing w:after="0" w:line="29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осознание и проявление общероссийской гражданственности, патриотизма, уважения к русскому языку как государственному языку Российской Федерации и языку межнационального общения; проявление сознательного отношения к языку как к общероссийской ценности, форме выражения и хранения духовного богатства русского и других народов России, как к средству общения и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получения знаний в разных сферах ​человеческой деятельности; проявление уважения к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общероссийской и русской культуре, к культуре и языкам всех народов Российской Федерации;</w:t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овладение русским языком как инструментом личностного развития, инструментом формирования социальных взаимоотношений, инструментом преобразования мира;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овладение знаниями о русском языке, его устройстве и закономерностях функционирования, о стилистических ресурсах русского языка; практическое овладение нормами русского литературного языка и речевого этикета; обогащение активного и потенциального словарного запаса и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использование в собственной речевой практике разнообразных грамматических средств;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совершенствование орфографической и пунктуационной грамотности; воспитание стремления к речевому самосовершенствованию;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совершенствование речевой деятельности, коммуникативных умений, обеспечивающих </w:t>
      </w:r>
      <w:r w:rsidRPr="006514E5">
        <w:rPr>
          <w:lang w:val="ru-RU"/>
        </w:rPr>
        <w:br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эффективное взаимодействие с окружающими людьми в ситуациях формального и неформального межличностного и межкультурного общения; овладение русским языком как средством получения различной информации, в том числе знаний по разным учебным предметам;</w:t>
      </w:r>
      <w:r w:rsidRPr="006514E5">
        <w:rPr>
          <w:lang w:val="ru-RU"/>
        </w:rPr>
        <w:br/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совершенствование мыслительной деятельности, развитие универсальных интеллектуальных умений сравнения, анализа, синтеза, абстрагирования, обобщения, классификации, установления определённых закономерностей и правил, конкретизации и т. п. в процессе изучения русского языка;</w:t>
      </w:r>
      <w:r w:rsidRPr="006514E5">
        <w:rPr>
          <w:lang w:val="ru-RU"/>
        </w:rPr>
        <w:tab/>
      </w: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развитие функциональной грамотности: умений осуществлять информационный поиск, извлекать и преобразовывать необходимую информацию, интерпретировать, понимать и использовать тексты разных форматов (сплошной, несплошной текст, инфографика и др.); освоение стратегий и тактик информационно-смысловой переработки текста, овладение способами понимания текста, его назначения, общего смысла, коммуникативного намерения автора; логической структуры, роли языковых средств.</w:t>
      </w:r>
    </w:p>
    <w:p w14:paraId="3A67F297" w14:textId="77777777" w:rsidR="00967557" w:rsidRPr="006514E5" w:rsidRDefault="00967557" w:rsidP="00967557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МЕСТО УЧЕБНОГО ПРЕДМЕТА «РУССКИЙ ЯЗЫК» В УЧЕБНОМ ПЛАНЕ</w:t>
      </w:r>
    </w:p>
    <w:p w14:paraId="40D24C58" w14:textId="77777777" w:rsidR="00967557" w:rsidRPr="006514E5" w:rsidRDefault="00967557" w:rsidP="00967557">
      <w:pPr>
        <w:autoSpaceDE w:val="0"/>
        <w:autoSpaceDN w:val="0"/>
        <w:spacing w:after="0" w:line="271" w:lineRule="auto"/>
        <w:ind w:firstLine="180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В соответствии с Федеральным государственным образовательным стандартом основного общего образования учебный предмет «Русский язык» входит </w:t>
      </w:r>
      <w:proofErr w:type="gramStart"/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в  предметную</w:t>
      </w:r>
      <w:proofErr w:type="gramEnd"/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 область  «Русский язык и литература» и является обязательным для  изучения.</w:t>
      </w:r>
    </w:p>
    <w:p w14:paraId="5EC79C5E" w14:textId="77777777" w:rsidR="00967557" w:rsidRPr="006514E5" w:rsidRDefault="00967557" w:rsidP="00967557">
      <w:pPr>
        <w:autoSpaceDE w:val="0"/>
        <w:autoSpaceDN w:val="0"/>
        <w:spacing w:after="0" w:line="271" w:lineRule="auto"/>
        <w:ind w:firstLine="180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Содержание учебного предмета «Русский язык», представленное в рабочей программе, соответствует ФГОС ООО, Примерной основной образовательной программе основного общего образования.</w:t>
      </w:r>
    </w:p>
    <w:p w14:paraId="2AC6982B" w14:textId="77777777" w:rsidR="00967557" w:rsidRPr="006514E5" w:rsidRDefault="00967557" w:rsidP="00967557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Учебным планом на изучение русского языка в 5 классе </w:t>
      </w:r>
      <w:proofErr w:type="gramStart"/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отводится  -</w:t>
      </w:r>
      <w:proofErr w:type="gramEnd"/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170 ч. (5 часов в неделю).</w:t>
      </w:r>
    </w:p>
    <w:p w14:paraId="1B3EF534" w14:textId="7E5C30FC" w:rsidR="00967557" w:rsidRDefault="00967557" w:rsidP="00967557">
      <w:pPr>
        <w:autoSpaceDE w:val="0"/>
        <w:autoSpaceDN w:val="0"/>
        <w:spacing w:after="0" w:line="230" w:lineRule="auto"/>
        <w:rPr>
          <w:rFonts w:ascii="Times New Roman" w:eastAsia="Times New Roman" w:hAnsi="Times New Roman"/>
          <w:b/>
          <w:color w:val="000000"/>
          <w:sz w:val="24"/>
          <w:lang w:val="ru-RU"/>
        </w:rPr>
      </w:pPr>
    </w:p>
    <w:p w14:paraId="59518B6E" w14:textId="77777777" w:rsidR="00967557" w:rsidRDefault="00967557" w:rsidP="00967557">
      <w:pPr>
        <w:autoSpaceDE w:val="0"/>
        <w:autoSpaceDN w:val="0"/>
        <w:spacing w:after="0" w:line="230" w:lineRule="auto"/>
        <w:rPr>
          <w:rFonts w:ascii="Times New Roman" w:eastAsia="Times New Roman" w:hAnsi="Times New Roman"/>
          <w:b/>
          <w:color w:val="000000"/>
          <w:sz w:val="24"/>
          <w:lang w:val="ru-RU"/>
        </w:rPr>
      </w:pPr>
    </w:p>
    <w:p w14:paraId="3E721860" w14:textId="5F25D135" w:rsidR="00967557" w:rsidRPr="006514E5" w:rsidRDefault="00967557" w:rsidP="00967557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b/>
          <w:color w:val="000000"/>
          <w:sz w:val="24"/>
          <w:lang w:val="ru-RU"/>
        </w:rPr>
        <w:t>МЕСТО УЧЕБНОГО ПРЕДМЕТА «РУССКИЙ ЯЗЫК» В УЧЕБНОМ ПЛАНЕ</w:t>
      </w:r>
    </w:p>
    <w:p w14:paraId="3A1DE787" w14:textId="77777777" w:rsidR="00967557" w:rsidRPr="006514E5" w:rsidRDefault="00967557" w:rsidP="00967557">
      <w:pPr>
        <w:autoSpaceDE w:val="0"/>
        <w:autoSpaceDN w:val="0"/>
        <w:spacing w:after="0" w:line="271" w:lineRule="auto"/>
        <w:ind w:firstLine="180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В соответствии с Федеральным государственным образовательным стандартом основного общего образования учебный предмет «Русский язык» входит </w:t>
      </w:r>
      <w:proofErr w:type="gramStart"/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в  предметную</w:t>
      </w:r>
      <w:proofErr w:type="gramEnd"/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 область  «Русский язык и литература» и является обязательным для  изучения.</w:t>
      </w:r>
    </w:p>
    <w:p w14:paraId="2847F8EA" w14:textId="77777777" w:rsidR="00967557" w:rsidRPr="006514E5" w:rsidRDefault="00967557" w:rsidP="00967557">
      <w:pPr>
        <w:autoSpaceDE w:val="0"/>
        <w:autoSpaceDN w:val="0"/>
        <w:spacing w:after="0" w:line="271" w:lineRule="auto"/>
        <w:ind w:firstLine="180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Содержание учебного предмета «Русский язык», представленное в рабочей программе, соответствует ФГОС ООО, Примерной основной образовательной программе основного общего образования.</w:t>
      </w:r>
    </w:p>
    <w:p w14:paraId="6C24FECC" w14:textId="77777777" w:rsidR="00967557" w:rsidRPr="006514E5" w:rsidRDefault="00967557" w:rsidP="00967557">
      <w:pPr>
        <w:autoSpaceDE w:val="0"/>
        <w:autoSpaceDN w:val="0"/>
        <w:spacing w:after="0" w:line="230" w:lineRule="auto"/>
        <w:rPr>
          <w:lang w:val="ru-RU"/>
        </w:rPr>
      </w:pPr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Учебным планом на изучение русского языка в 5 классе </w:t>
      </w:r>
      <w:proofErr w:type="gramStart"/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>отводится  -</w:t>
      </w:r>
      <w:proofErr w:type="gramEnd"/>
      <w:r w:rsidRPr="006514E5">
        <w:rPr>
          <w:rFonts w:ascii="Times New Roman" w:eastAsia="Times New Roman" w:hAnsi="Times New Roman"/>
          <w:color w:val="000000"/>
          <w:sz w:val="24"/>
          <w:lang w:val="ru-RU"/>
        </w:rPr>
        <w:t xml:space="preserve"> 170 ч. (5 часов в неделю).</w:t>
      </w:r>
    </w:p>
    <w:p w14:paraId="57F7F36B" w14:textId="1BAFF481" w:rsidR="00967557" w:rsidRPr="006514E5" w:rsidRDefault="00967557" w:rsidP="00967557">
      <w:pPr>
        <w:autoSpaceDE w:val="0"/>
        <w:autoSpaceDN w:val="0"/>
        <w:spacing w:after="0" w:line="230" w:lineRule="auto"/>
        <w:rPr>
          <w:lang w:val="ru-RU"/>
        </w:rPr>
      </w:pPr>
    </w:p>
    <w:p w14:paraId="0DB222FE" w14:textId="6981BCE5" w:rsidR="00967557" w:rsidRPr="006514E5" w:rsidRDefault="00967557" w:rsidP="00967557">
      <w:pPr>
        <w:autoSpaceDE w:val="0"/>
        <w:autoSpaceDN w:val="0"/>
        <w:spacing w:after="0" w:line="281" w:lineRule="auto"/>
        <w:ind w:firstLine="180"/>
        <w:rPr>
          <w:lang w:val="ru-RU"/>
        </w:rPr>
      </w:pPr>
    </w:p>
    <w:p w14:paraId="05F526E5" w14:textId="77777777" w:rsidR="00967557" w:rsidRDefault="00967557" w:rsidP="00967557">
      <w:pPr>
        <w:autoSpaceDE w:val="0"/>
        <w:autoSpaceDN w:val="0"/>
        <w:adjustRightInd w:val="0"/>
        <w:spacing w:after="0"/>
        <w:ind w:firstLine="709"/>
        <w:jc w:val="both"/>
        <w:rPr>
          <w:color w:val="000000"/>
          <w:lang w:val="ru-RU"/>
        </w:rPr>
      </w:pPr>
      <w:r w:rsidRPr="005E3C12">
        <w:rPr>
          <w:lang w:val="ru-RU"/>
        </w:rPr>
        <w:lastRenderedPageBreak/>
        <w:t xml:space="preserve">В связи с </w:t>
      </w:r>
      <w:r w:rsidRPr="005E3C12">
        <w:rPr>
          <w:u w:val="single"/>
          <w:lang w:val="ru-RU"/>
        </w:rPr>
        <w:t>праздничными днями</w:t>
      </w:r>
      <w:r w:rsidRPr="005E3C12">
        <w:rPr>
          <w:lang w:val="ru-RU"/>
        </w:rPr>
        <w:t>, установленными постановлением правительства Российской Федерации  «О переносе выходных дней в 202</w:t>
      </w:r>
      <w:r>
        <w:rPr>
          <w:lang w:val="ru-RU"/>
        </w:rPr>
        <w:t>2</w:t>
      </w:r>
      <w:r w:rsidRPr="005E3C12">
        <w:rPr>
          <w:lang w:val="ru-RU"/>
        </w:rPr>
        <w:t xml:space="preserve"> году» ,</w:t>
      </w:r>
      <w:r w:rsidRPr="005E3C12">
        <w:rPr>
          <w:color w:val="000000"/>
          <w:lang w:val="ru-RU"/>
        </w:rPr>
        <w:t xml:space="preserve"> </w:t>
      </w:r>
      <w:r w:rsidRPr="005E3C12">
        <w:rPr>
          <w:lang w:val="ru-RU"/>
        </w:rPr>
        <w:t>«О переносе выходных дней в 202</w:t>
      </w:r>
      <w:r>
        <w:rPr>
          <w:lang w:val="ru-RU"/>
        </w:rPr>
        <w:t>3</w:t>
      </w:r>
      <w:r w:rsidRPr="005E3C12">
        <w:rPr>
          <w:lang w:val="ru-RU"/>
        </w:rPr>
        <w:t xml:space="preserve"> году» </w:t>
      </w:r>
      <w:r w:rsidRPr="005E3C12">
        <w:rPr>
          <w:color w:val="000000"/>
          <w:lang w:val="ru-RU"/>
        </w:rPr>
        <w:t xml:space="preserve"> 04.11. 202</w:t>
      </w:r>
      <w:r>
        <w:rPr>
          <w:color w:val="000000"/>
          <w:lang w:val="ru-RU"/>
        </w:rPr>
        <w:t>2</w:t>
      </w:r>
      <w:r w:rsidRPr="005E3C12">
        <w:rPr>
          <w:color w:val="000000"/>
          <w:lang w:val="ru-RU"/>
        </w:rPr>
        <w:t>, 23.02.202</w:t>
      </w:r>
      <w:r>
        <w:rPr>
          <w:color w:val="000000"/>
          <w:lang w:val="ru-RU"/>
        </w:rPr>
        <w:t>3</w:t>
      </w:r>
      <w:r w:rsidRPr="005E3C12">
        <w:rPr>
          <w:color w:val="000000"/>
          <w:lang w:val="ru-RU"/>
        </w:rPr>
        <w:t>, 08.03.202</w:t>
      </w:r>
      <w:r>
        <w:rPr>
          <w:color w:val="000000"/>
          <w:lang w:val="ru-RU"/>
        </w:rPr>
        <w:t>3</w:t>
      </w:r>
      <w:r w:rsidRPr="005E3C12">
        <w:rPr>
          <w:color w:val="000000"/>
          <w:lang w:val="ru-RU"/>
        </w:rPr>
        <w:t>, 0</w:t>
      </w:r>
      <w:r>
        <w:rPr>
          <w:color w:val="000000"/>
          <w:lang w:val="ru-RU"/>
        </w:rPr>
        <w:t>1</w:t>
      </w:r>
      <w:r w:rsidRPr="005E3C12">
        <w:rPr>
          <w:color w:val="000000"/>
          <w:lang w:val="ru-RU"/>
        </w:rPr>
        <w:t xml:space="preserve">.05.2021, </w:t>
      </w:r>
      <w:r>
        <w:rPr>
          <w:color w:val="000000"/>
          <w:lang w:val="ru-RU"/>
        </w:rPr>
        <w:t>09.</w:t>
      </w:r>
      <w:r w:rsidRPr="005E3C12">
        <w:rPr>
          <w:color w:val="000000"/>
          <w:lang w:val="ru-RU"/>
        </w:rPr>
        <w:t xml:space="preserve">05.2021 </w:t>
      </w:r>
      <w:r w:rsidRPr="005E3C12">
        <w:rPr>
          <w:lang w:val="ru-RU"/>
        </w:rPr>
        <w:t xml:space="preserve">и в соответствии с </w:t>
      </w:r>
      <w:r w:rsidRPr="005E3C12">
        <w:rPr>
          <w:u w:val="single"/>
          <w:lang w:val="ru-RU"/>
        </w:rPr>
        <w:t>расписанием уроков</w:t>
      </w:r>
      <w:r w:rsidRPr="005E3C12">
        <w:rPr>
          <w:lang w:val="ru-RU"/>
        </w:rPr>
        <w:t xml:space="preserve"> школы на 202</w:t>
      </w:r>
      <w:r>
        <w:rPr>
          <w:lang w:val="ru-RU"/>
        </w:rPr>
        <w:t>2</w:t>
      </w:r>
      <w:r w:rsidRPr="005E3C12">
        <w:rPr>
          <w:lang w:val="ru-RU"/>
        </w:rPr>
        <w:t>-202</w:t>
      </w:r>
      <w:r>
        <w:rPr>
          <w:lang w:val="ru-RU"/>
        </w:rPr>
        <w:t>3</w:t>
      </w:r>
      <w:r w:rsidRPr="005E3C12">
        <w:rPr>
          <w:lang w:val="ru-RU"/>
        </w:rPr>
        <w:t xml:space="preserve"> учебный </w:t>
      </w:r>
      <w:r w:rsidRPr="005E3C12">
        <w:rPr>
          <w:color w:val="000000"/>
          <w:lang w:val="ru-RU"/>
        </w:rPr>
        <w:t xml:space="preserve">год объединены уроки № </w:t>
      </w:r>
      <w:r>
        <w:rPr>
          <w:color w:val="000000"/>
          <w:lang w:val="ru-RU"/>
        </w:rPr>
        <w:t>42</w:t>
      </w:r>
      <w:r w:rsidRPr="005E3C12">
        <w:rPr>
          <w:color w:val="000000"/>
          <w:lang w:val="ru-RU"/>
        </w:rPr>
        <w:t xml:space="preserve"> по теме «</w:t>
      </w:r>
      <w:r w:rsidRPr="007F5C04">
        <w:rPr>
          <w:color w:val="000000"/>
          <w:lang w:val="ru-RU"/>
        </w:rPr>
        <w:t>Прямое и переносное значение слова</w:t>
      </w:r>
      <w:r w:rsidRPr="005E3C12">
        <w:rPr>
          <w:color w:val="000000"/>
          <w:lang w:val="ru-RU"/>
        </w:rPr>
        <w:t>» и №</w:t>
      </w:r>
      <w:r>
        <w:rPr>
          <w:color w:val="000000"/>
          <w:lang w:val="ru-RU"/>
        </w:rPr>
        <w:t xml:space="preserve">43 </w:t>
      </w:r>
      <w:r w:rsidRPr="005E3C12">
        <w:rPr>
          <w:color w:val="000000"/>
          <w:lang w:val="ru-RU"/>
        </w:rPr>
        <w:t>по теме «</w:t>
      </w:r>
      <w:r>
        <w:rPr>
          <w:color w:val="000000"/>
          <w:lang w:val="ru-RU"/>
        </w:rPr>
        <w:t>Тематические группы слов</w:t>
      </w:r>
      <w:r w:rsidRPr="005E3C12">
        <w:rPr>
          <w:color w:val="000000"/>
          <w:lang w:val="ru-RU"/>
        </w:rPr>
        <w:t xml:space="preserve">», № </w:t>
      </w:r>
      <w:r>
        <w:rPr>
          <w:color w:val="000000"/>
          <w:lang w:val="ru-RU"/>
        </w:rPr>
        <w:t>110</w:t>
      </w:r>
      <w:r w:rsidRPr="005E3C12">
        <w:rPr>
          <w:color w:val="000000"/>
          <w:lang w:val="ru-RU"/>
        </w:rPr>
        <w:t xml:space="preserve"> по теме «</w:t>
      </w:r>
      <w:r w:rsidRPr="007F5C04">
        <w:rPr>
          <w:color w:val="000000"/>
          <w:lang w:val="ru-RU"/>
        </w:rPr>
        <w:t>Слитное и раздельное написание не с глаголами</w:t>
      </w:r>
      <w:r w:rsidRPr="005E3C12">
        <w:rPr>
          <w:color w:val="000000"/>
          <w:lang w:val="ru-RU"/>
        </w:rPr>
        <w:t xml:space="preserve">» и № </w:t>
      </w:r>
      <w:r>
        <w:rPr>
          <w:color w:val="000000"/>
          <w:lang w:val="ru-RU"/>
        </w:rPr>
        <w:t>111</w:t>
      </w:r>
      <w:r w:rsidRPr="005E3C12">
        <w:rPr>
          <w:color w:val="000000"/>
          <w:lang w:val="ru-RU"/>
        </w:rPr>
        <w:t xml:space="preserve"> по теме «</w:t>
      </w:r>
      <w:r>
        <w:rPr>
          <w:color w:val="000000"/>
          <w:lang w:val="ru-RU"/>
        </w:rPr>
        <w:t>Инфинитив и его грамматические свойства</w:t>
      </w:r>
      <w:r w:rsidRPr="005E3C12">
        <w:rPr>
          <w:color w:val="000000"/>
          <w:lang w:val="ru-RU"/>
        </w:rPr>
        <w:t>», № 1</w:t>
      </w:r>
      <w:r>
        <w:rPr>
          <w:color w:val="000000"/>
          <w:lang w:val="ru-RU"/>
        </w:rPr>
        <w:t>12 по теме «</w:t>
      </w:r>
      <w:r w:rsidRPr="008722F0">
        <w:rPr>
          <w:color w:val="000000"/>
          <w:lang w:val="ru-RU"/>
        </w:rPr>
        <w:t xml:space="preserve">Основа инфинитива, основа настоящего (будущего </w:t>
      </w:r>
      <w:r>
        <w:rPr>
          <w:color w:val="000000"/>
          <w:lang w:val="ru-RU"/>
        </w:rPr>
        <w:t>) »</w:t>
      </w:r>
      <w:r w:rsidRPr="005E3C12">
        <w:rPr>
          <w:color w:val="000000"/>
          <w:lang w:val="ru-RU"/>
        </w:rPr>
        <w:t xml:space="preserve"> и № 11</w:t>
      </w:r>
      <w:r>
        <w:rPr>
          <w:color w:val="000000"/>
          <w:lang w:val="ru-RU"/>
        </w:rPr>
        <w:t>3</w:t>
      </w:r>
      <w:r w:rsidRPr="005E3C12">
        <w:rPr>
          <w:color w:val="000000"/>
          <w:lang w:val="ru-RU"/>
        </w:rPr>
        <w:t xml:space="preserve"> по теме «</w:t>
      </w:r>
      <w:r>
        <w:rPr>
          <w:color w:val="000000"/>
          <w:lang w:val="ru-RU"/>
        </w:rPr>
        <w:t>Правописание -тся и -ться в глаголах</w:t>
      </w:r>
      <w:r w:rsidRPr="005E3C12">
        <w:rPr>
          <w:color w:val="000000"/>
          <w:lang w:val="ru-RU"/>
        </w:rPr>
        <w:t xml:space="preserve">», № </w:t>
      </w:r>
      <w:r>
        <w:rPr>
          <w:color w:val="000000"/>
          <w:lang w:val="ru-RU"/>
        </w:rPr>
        <w:t>120</w:t>
      </w:r>
      <w:r w:rsidRPr="005E3C12">
        <w:rPr>
          <w:color w:val="000000"/>
          <w:lang w:val="ru-RU"/>
        </w:rPr>
        <w:t xml:space="preserve"> по теме «</w:t>
      </w:r>
      <w:r w:rsidRPr="008722F0">
        <w:rPr>
          <w:color w:val="000000"/>
          <w:lang w:val="ru-RU"/>
        </w:rPr>
        <w:t>Изменение глаголов по временам (в изъявительном наклонении).</w:t>
      </w:r>
      <w:r w:rsidRPr="005E3C12">
        <w:rPr>
          <w:color w:val="000000"/>
          <w:lang w:val="ru-RU"/>
        </w:rPr>
        <w:t>» и № 12</w:t>
      </w:r>
      <w:r>
        <w:rPr>
          <w:color w:val="000000"/>
          <w:lang w:val="ru-RU"/>
        </w:rPr>
        <w:t>1</w:t>
      </w:r>
      <w:r w:rsidRPr="005E3C12">
        <w:rPr>
          <w:color w:val="000000"/>
          <w:lang w:val="ru-RU"/>
        </w:rPr>
        <w:t xml:space="preserve"> по теме «</w:t>
      </w:r>
      <w:r>
        <w:rPr>
          <w:color w:val="000000"/>
          <w:lang w:val="ru-RU"/>
        </w:rPr>
        <w:t>Изменение глаголов по временам: прошедшее время</w:t>
      </w:r>
      <w:r w:rsidRPr="005E3C12">
        <w:rPr>
          <w:color w:val="000000"/>
          <w:lang w:val="ru-RU"/>
        </w:rPr>
        <w:t xml:space="preserve">», № </w:t>
      </w:r>
      <w:r>
        <w:rPr>
          <w:color w:val="000000"/>
          <w:lang w:val="ru-RU"/>
        </w:rPr>
        <w:t>152</w:t>
      </w:r>
      <w:r w:rsidRPr="005E3C12">
        <w:rPr>
          <w:color w:val="000000"/>
          <w:lang w:val="ru-RU"/>
        </w:rPr>
        <w:t xml:space="preserve"> по теме «</w:t>
      </w:r>
      <w:r w:rsidRPr="008722F0">
        <w:rPr>
          <w:color w:val="000000"/>
          <w:lang w:val="ru-RU"/>
        </w:rPr>
        <w:t>Предложения с обращениями, особенности интонации</w:t>
      </w:r>
      <w:r w:rsidRPr="005E3C12">
        <w:rPr>
          <w:color w:val="000000"/>
          <w:lang w:val="ru-RU"/>
        </w:rPr>
        <w:t>» и № 1</w:t>
      </w:r>
      <w:r>
        <w:rPr>
          <w:color w:val="000000"/>
          <w:lang w:val="ru-RU"/>
        </w:rPr>
        <w:t>53</w:t>
      </w:r>
      <w:r w:rsidRPr="005E3C12">
        <w:rPr>
          <w:color w:val="000000"/>
          <w:lang w:val="ru-RU"/>
        </w:rPr>
        <w:t xml:space="preserve"> по теме «</w:t>
      </w:r>
      <w:r>
        <w:rPr>
          <w:color w:val="000000"/>
          <w:lang w:val="ru-RU"/>
        </w:rPr>
        <w:t>Синтаксический анализ простых осложненных предложений</w:t>
      </w:r>
      <w:r w:rsidRPr="005E3C12">
        <w:rPr>
          <w:color w:val="000000"/>
          <w:lang w:val="ru-RU"/>
        </w:rPr>
        <w:t>»</w:t>
      </w:r>
      <w:r>
        <w:rPr>
          <w:color w:val="000000"/>
          <w:lang w:val="ru-RU"/>
        </w:rPr>
        <w:t xml:space="preserve">, </w:t>
      </w:r>
      <w:r w:rsidRPr="00583060">
        <w:rPr>
          <w:color w:val="000000"/>
          <w:lang w:val="ru-RU"/>
        </w:rPr>
        <w:t>№ 1</w:t>
      </w:r>
      <w:r>
        <w:rPr>
          <w:color w:val="000000"/>
          <w:lang w:val="ru-RU"/>
        </w:rPr>
        <w:t>54</w:t>
      </w:r>
      <w:r w:rsidRPr="00583060">
        <w:rPr>
          <w:color w:val="000000"/>
          <w:lang w:val="ru-RU"/>
        </w:rPr>
        <w:t xml:space="preserve"> по теме «</w:t>
      </w:r>
      <w:r>
        <w:rPr>
          <w:color w:val="000000"/>
          <w:lang w:val="ru-RU"/>
        </w:rPr>
        <w:t>Предложения простые и сложные</w:t>
      </w:r>
      <w:r w:rsidRPr="00583060">
        <w:rPr>
          <w:color w:val="000000"/>
          <w:lang w:val="ru-RU"/>
        </w:rPr>
        <w:t>» и № 1</w:t>
      </w:r>
      <w:r>
        <w:rPr>
          <w:color w:val="000000"/>
          <w:lang w:val="ru-RU"/>
        </w:rPr>
        <w:t>55</w:t>
      </w:r>
      <w:r w:rsidRPr="00583060">
        <w:rPr>
          <w:color w:val="000000"/>
          <w:lang w:val="ru-RU"/>
        </w:rPr>
        <w:t xml:space="preserve"> по теме «</w:t>
      </w:r>
      <w:r w:rsidRPr="002F362E">
        <w:rPr>
          <w:color w:val="000000"/>
          <w:lang w:val="ru-RU"/>
        </w:rPr>
        <w:t>Сложные предложения с бессоюзной и союзной связью</w:t>
      </w:r>
      <w:r w:rsidRPr="00583060">
        <w:rPr>
          <w:color w:val="000000"/>
          <w:lang w:val="ru-RU"/>
        </w:rPr>
        <w:t>», № 15</w:t>
      </w:r>
      <w:r>
        <w:rPr>
          <w:color w:val="000000"/>
          <w:lang w:val="ru-RU"/>
        </w:rPr>
        <w:t>7</w:t>
      </w:r>
      <w:r w:rsidRPr="00583060">
        <w:rPr>
          <w:color w:val="000000"/>
          <w:lang w:val="ru-RU"/>
        </w:rPr>
        <w:t xml:space="preserve"> по теме «</w:t>
      </w:r>
      <w:r>
        <w:rPr>
          <w:color w:val="000000"/>
          <w:lang w:val="ru-RU"/>
        </w:rPr>
        <w:t>Предложения сложноподчиненные</w:t>
      </w:r>
      <w:r w:rsidRPr="00583060">
        <w:rPr>
          <w:color w:val="000000"/>
          <w:lang w:val="ru-RU"/>
        </w:rPr>
        <w:t>» и № 15</w:t>
      </w:r>
      <w:r>
        <w:rPr>
          <w:color w:val="000000"/>
          <w:lang w:val="ru-RU"/>
        </w:rPr>
        <w:t>8</w:t>
      </w:r>
      <w:r w:rsidRPr="00583060">
        <w:rPr>
          <w:color w:val="000000"/>
          <w:lang w:val="ru-RU"/>
        </w:rPr>
        <w:t xml:space="preserve"> по теме «</w:t>
      </w:r>
      <w:r w:rsidRPr="002F362E">
        <w:rPr>
          <w:color w:val="000000"/>
          <w:lang w:val="ru-RU"/>
        </w:rPr>
        <w:t>Пунктуационное оформление сложных предложений, связанных бессоюзной связью и союзами и, но, а, однако, зато, да.</w:t>
      </w:r>
      <w:r w:rsidRPr="00583060">
        <w:rPr>
          <w:color w:val="000000"/>
          <w:lang w:val="ru-RU"/>
        </w:rPr>
        <w:t>».</w:t>
      </w:r>
    </w:p>
    <w:p w14:paraId="28E1D0A5" w14:textId="77777777" w:rsidR="00967557" w:rsidRPr="005E3C12" w:rsidRDefault="00967557" w:rsidP="00967557">
      <w:pPr>
        <w:autoSpaceDE w:val="0"/>
        <w:autoSpaceDN w:val="0"/>
        <w:adjustRightInd w:val="0"/>
        <w:spacing w:after="0"/>
        <w:ind w:firstLine="709"/>
        <w:jc w:val="both"/>
        <w:rPr>
          <w:b/>
          <w:bCs/>
          <w:lang w:val="ru-RU"/>
        </w:rPr>
      </w:pPr>
      <w:r w:rsidRPr="005E3C12">
        <w:rPr>
          <w:lang w:val="ru-RU"/>
        </w:rPr>
        <w:t>В результате программный материал учебного предмета «Русский язык» авторов предметной линии учебников Т.А. Ладыженской, М.Т. Баранова, Л.А. Тростенцовой и др. для 5 класса в течение учебного года будет выполнен полностью.</w:t>
      </w:r>
    </w:p>
    <w:p w14:paraId="2B519D07" w14:textId="77777777" w:rsidR="00967557" w:rsidRPr="00967557" w:rsidRDefault="00967557" w:rsidP="00967557">
      <w:pPr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</w:p>
    <w:p w14:paraId="4F8FB4C3" w14:textId="77777777" w:rsidR="00967557" w:rsidRPr="00967557" w:rsidRDefault="00967557" w:rsidP="00967557">
      <w:pPr>
        <w:jc w:val="center"/>
        <w:rPr>
          <w:rFonts w:ascii="Times New Roman" w:hAnsi="Times New Roman"/>
          <w:i/>
          <w:iCs/>
          <w:sz w:val="24"/>
          <w:szCs w:val="24"/>
          <w:highlight w:val="white"/>
          <w:lang w:val="ru-RU"/>
        </w:rPr>
      </w:pPr>
      <w:r w:rsidRPr="00967557">
        <w:rPr>
          <w:rFonts w:ascii="Times New Roman" w:hAnsi="Times New Roman"/>
          <w:i/>
          <w:iCs/>
          <w:sz w:val="24"/>
          <w:szCs w:val="24"/>
          <w:highlight w:val="white"/>
          <w:lang w:val="ru-RU"/>
        </w:rPr>
        <w:t>Формы и средства контроля</w:t>
      </w:r>
    </w:p>
    <w:p w14:paraId="57168344" w14:textId="77777777" w:rsidR="00967557" w:rsidRPr="00967557" w:rsidRDefault="00967557" w:rsidP="00967557">
      <w:pPr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967557">
        <w:rPr>
          <w:rFonts w:ascii="Times New Roman" w:hAnsi="Times New Roman"/>
          <w:color w:val="000000"/>
          <w:sz w:val="24"/>
          <w:szCs w:val="24"/>
          <w:lang w:val="ru-RU"/>
        </w:rPr>
        <w:t>Календарно-тематическое планирование включает контрольные работы: контрольных диктантов - 4, контрольное тестирование –2, контрольных изложений – 2, контрольных сочинений – 2.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779"/>
        <w:gridCol w:w="1460"/>
        <w:gridCol w:w="1557"/>
        <w:gridCol w:w="1460"/>
        <w:gridCol w:w="1364"/>
        <w:gridCol w:w="950"/>
      </w:tblGrid>
      <w:tr w:rsidR="00967557" w14:paraId="64B116C2" w14:textId="77777777" w:rsidTr="00967557">
        <w:trPr>
          <w:trHeight w:val="1"/>
        </w:trPr>
        <w:tc>
          <w:tcPr>
            <w:tcW w:w="2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</w:tcPr>
          <w:p w14:paraId="15B6AD29" w14:textId="77777777" w:rsidR="00967557" w:rsidRPr="00967557" w:rsidRDefault="00967557" w:rsidP="00967557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</w:tcPr>
          <w:p w14:paraId="1C1DAF20" w14:textId="77777777" w:rsidR="00967557" w:rsidRDefault="00967557" w:rsidP="0096755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 четверть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</w:tcPr>
          <w:p w14:paraId="39D41F10" w14:textId="77777777" w:rsidR="00967557" w:rsidRDefault="00967557" w:rsidP="0096755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II четверть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</w:tcPr>
          <w:p w14:paraId="19B88ABF" w14:textId="77777777" w:rsidR="00967557" w:rsidRDefault="00967557" w:rsidP="0096755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III четверть</w:t>
            </w: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</w:tcPr>
          <w:p w14:paraId="57AF845F" w14:textId="77777777" w:rsidR="00967557" w:rsidRDefault="00967557" w:rsidP="0096755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IV четверть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</w:tcPr>
          <w:p w14:paraId="03761931" w14:textId="77777777" w:rsidR="00967557" w:rsidRDefault="00967557" w:rsidP="0096755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Итого</w:t>
            </w:r>
          </w:p>
        </w:tc>
      </w:tr>
      <w:tr w:rsidR="00967557" w14:paraId="09FB5BD5" w14:textId="77777777" w:rsidTr="00967557">
        <w:trPr>
          <w:trHeight w:val="1"/>
        </w:trPr>
        <w:tc>
          <w:tcPr>
            <w:tcW w:w="2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</w:tcPr>
          <w:p w14:paraId="78C305E3" w14:textId="77777777" w:rsidR="00967557" w:rsidRDefault="00967557" w:rsidP="0096755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Контрольные диктанты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</w:tcPr>
          <w:p w14:paraId="6CC5C781" w14:textId="3176451B" w:rsidR="00967557" w:rsidRDefault="00385EA7" w:rsidP="0096755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08.09</w:t>
            </w:r>
            <w:r w:rsidR="0096755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</w:tcPr>
          <w:p w14:paraId="7A838B62" w14:textId="228C40A3" w:rsidR="00967557" w:rsidRDefault="00385EA7" w:rsidP="0096755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</w:t>
            </w:r>
            <w:r w:rsidR="00967557">
              <w:rPr>
                <w:rFonts w:ascii="Times New Roman" w:hAnsi="Times New Roman"/>
                <w:sz w:val="24"/>
                <w:szCs w:val="24"/>
              </w:rPr>
              <w:t>.12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</w:tcPr>
          <w:p w14:paraId="2387219E" w14:textId="196C03DF" w:rsidR="00967557" w:rsidRDefault="00385EA7" w:rsidP="0096755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22.03</w:t>
            </w:r>
            <w:r w:rsidR="0096755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</w:tcPr>
          <w:p w14:paraId="12217D59" w14:textId="31E68590" w:rsidR="00967557" w:rsidRDefault="00385EA7" w:rsidP="0096755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="00967557">
              <w:rPr>
                <w:rFonts w:ascii="Times New Roman" w:hAnsi="Times New Roman"/>
                <w:sz w:val="24"/>
                <w:szCs w:val="24"/>
              </w:rPr>
              <w:t>.05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</w:tcPr>
          <w:p w14:paraId="29D275BB" w14:textId="77777777" w:rsidR="00967557" w:rsidRDefault="00967557" w:rsidP="0096755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967557" w14:paraId="7D61A2B8" w14:textId="77777777" w:rsidTr="00967557">
        <w:trPr>
          <w:trHeight w:val="1"/>
        </w:trPr>
        <w:tc>
          <w:tcPr>
            <w:tcW w:w="2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</w:tcPr>
          <w:p w14:paraId="0AFEA624" w14:textId="77777777" w:rsidR="00967557" w:rsidRPr="00145110" w:rsidRDefault="00967557" w:rsidP="0096755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Контрольные сочинения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</w:tcPr>
          <w:p w14:paraId="6638698D" w14:textId="39A38BE2" w:rsidR="00967557" w:rsidRPr="00385EA7" w:rsidRDefault="00385EA7" w:rsidP="00967557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27.09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</w:tcPr>
          <w:p w14:paraId="1D362216" w14:textId="34923D7B" w:rsidR="00967557" w:rsidRDefault="00385EA7" w:rsidP="0096755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14.12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</w:tcPr>
          <w:p w14:paraId="40C673FE" w14:textId="13D726B4" w:rsidR="00967557" w:rsidRPr="00385EA7" w:rsidRDefault="00385EA7" w:rsidP="00967557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01.03</w:t>
            </w: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</w:tcPr>
          <w:p w14:paraId="185CB47D" w14:textId="5A2B6B51" w:rsidR="00967557" w:rsidRDefault="00385EA7" w:rsidP="0096755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18.05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</w:tcPr>
          <w:p w14:paraId="3784D163" w14:textId="5580668B" w:rsidR="00967557" w:rsidRPr="00145110" w:rsidRDefault="00385EA7" w:rsidP="0096755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967557" w14:paraId="07D8A608" w14:textId="77777777" w:rsidTr="00967557">
        <w:trPr>
          <w:trHeight w:val="1"/>
        </w:trPr>
        <w:tc>
          <w:tcPr>
            <w:tcW w:w="2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</w:tcPr>
          <w:p w14:paraId="25AC724B" w14:textId="77777777" w:rsidR="00967557" w:rsidRPr="00145110" w:rsidRDefault="00967557" w:rsidP="0096755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Контрольные изложения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</w:tcPr>
          <w:p w14:paraId="63A96E0D" w14:textId="01DE2568" w:rsidR="00967557" w:rsidRPr="00385EA7" w:rsidRDefault="00385EA7" w:rsidP="00967557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06.10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</w:tcPr>
          <w:p w14:paraId="75EFDB83" w14:textId="77777777" w:rsidR="00967557" w:rsidRDefault="00967557" w:rsidP="0096755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</w:tcPr>
          <w:p w14:paraId="0DC514EC" w14:textId="5EB2075A" w:rsidR="00967557" w:rsidRDefault="00967557" w:rsidP="0096755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</w:tcPr>
          <w:p w14:paraId="5CC05D9A" w14:textId="7AD6F57D" w:rsidR="00967557" w:rsidRDefault="00385EA7" w:rsidP="0096755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06.04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</w:tcPr>
          <w:p w14:paraId="5AD3BBCE" w14:textId="77777777" w:rsidR="00967557" w:rsidRPr="00145110" w:rsidRDefault="00967557" w:rsidP="0096755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451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967557" w14:paraId="793415B1" w14:textId="77777777" w:rsidTr="00967557">
        <w:trPr>
          <w:trHeight w:val="1"/>
        </w:trPr>
        <w:tc>
          <w:tcPr>
            <w:tcW w:w="2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</w:tcPr>
          <w:p w14:paraId="1D662C5E" w14:textId="77777777" w:rsidR="00967557" w:rsidRPr="00145110" w:rsidRDefault="00967557" w:rsidP="0096755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Контрольное тестирование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</w:tcPr>
          <w:p w14:paraId="73C0D31C" w14:textId="77777777" w:rsidR="00967557" w:rsidRPr="00145110" w:rsidRDefault="00967557" w:rsidP="0096755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</w:tcPr>
          <w:p w14:paraId="476FC585" w14:textId="1C1D9F48" w:rsidR="00967557" w:rsidRDefault="00967557" w:rsidP="0096755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</w:tcPr>
          <w:p w14:paraId="25F94BF8" w14:textId="77777777" w:rsidR="00967557" w:rsidRPr="00145110" w:rsidRDefault="00967557" w:rsidP="0096755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</w:tcPr>
          <w:p w14:paraId="67E43BF6" w14:textId="4761361B" w:rsidR="00967557" w:rsidRDefault="00967557" w:rsidP="0096755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</w:tcPr>
          <w:p w14:paraId="39DD4886" w14:textId="0CAC06A7" w:rsidR="00967557" w:rsidRDefault="00967557" w:rsidP="0096755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1D8EDF94" w14:textId="77777777" w:rsidR="00967557" w:rsidRDefault="00967557" w:rsidP="00906B6F">
      <w:pPr>
        <w:autoSpaceDE w:val="0"/>
        <w:autoSpaceDN w:val="0"/>
        <w:spacing w:after="320" w:line="230" w:lineRule="auto"/>
        <w:jc w:val="center"/>
        <w:rPr>
          <w:rFonts w:ascii="Times New Roman" w:eastAsia="Times New Roman" w:hAnsi="Times New Roman"/>
          <w:b/>
          <w:color w:val="000000"/>
          <w:sz w:val="24"/>
        </w:rPr>
      </w:pPr>
    </w:p>
    <w:p w14:paraId="39675D1D" w14:textId="77777777" w:rsidR="00967557" w:rsidRDefault="00967557" w:rsidP="00906B6F">
      <w:pPr>
        <w:autoSpaceDE w:val="0"/>
        <w:autoSpaceDN w:val="0"/>
        <w:spacing w:after="320" w:line="230" w:lineRule="auto"/>
        <w:jc w:val="center"/>
        <w:rPr>
          <w:rFonts w:ascii="Times New Roman" w:eastAsia="Times New Roman" w:hAnsi="Times New Roman"/>
          <w:b/>
          <w:color w:val="000000"/>
          <w:sz w:val="24"/>
        </w:rPr>
      </w:pPr>
    </w:p>
    <w:p w14:paraId="400AE0E7" w14:textId="77777777" w:rsidR="00967557" w:rsidRDefault="00967557" w:rsidP="00906B6F">
      <w:pPr>
        <w:autoSpaceDE w:val="0"/>
        <w:autoSpaceDN w:val="0"/>
        <w:spacing w:after="320" w:line="230" w:lineRule="auto"/>
        <w:jc w:val="center"/>
        <w:rPr>
          <w:rFonts w:ascii="Times New Roman" w:eastAsia="Times New Roman" w:hAnsi="Times New Roman"/>
          <w:b/>
          <w:color w:val="000000"/>
          <w:sz w:val="24"/>
        </w:rPr>
      </w:pPr>
    </w:p>
    <w:p w14:paraId="79210672" w14:textId="77777777" w:rsidR="00967557" w:rsidRDefault="00967557" w:rsidP="00906B6F">
      <w:pPr>
        <w:autoSpaceDE w:val="0"/>
        <w:autoSpaceDN w:val="0"/>
        <w:spacing w:after="320" w:line="230" w:lineRule="auto"/>
        <w:jc w:val="center"/>
        <w:rPr>
          <w:rFonts w:ascii="Times New Roman" w:eastAsia="Times New Roman" w:hAnsi="Times New Roman"/>
          <w:b/>
          <w:color w:val="000000"/>
          <w:sz w:val="24"/>
        </w:rPr>
      </w:pPr>
    </w:p>
    <w:p w14:paraId="5F83B910" w14:textId="77777777" w:rsidR="00967557" w:rsidRDefault="00967557" w:rsidP="00906B6F">
      <w:pPr>
        <w:autoSpaceDE w:val="0"/>
        <w:autoSpaceDN w:val="0"/>
        <w:spacing w:after="320" w:line="230" w:lineRule="auto"/>
        <w:jc w:val="center"/>
        <w:rPr>
          <w:rFonts w:ascii="Times New Roman" w:eastAsia="Times New Roman" w:hAnsi="Times New Roman"/>
          <w:b/>
          <w:color w:val="000000"/>
          <w:sz w:val="24"/>
        </w:rPr>
      </w:pPr>
    </w:p>
    <w:p w14:paraId="790AE7D4" w14:textId="77777777" w:rsidR="00967557" w:rsidRDefault="00967557" w:rsidP="00906B6F">
      <w:pPr>
        <w:autoSpaceDE w:val="0"/>
        <w:autoSpaceDN w:val="0"/>
        <w:spacing w:after="320" w:line="230" w:lineRule="auto"/>
        <w:jc w:val="center"/>
        <w:rPr>
          <w:rFonts w:ascii="Times New Roman" w:eastAsia="Times New Roman" w:hAnsi="Times New Roman"/>
          <w:b/>
          <w:color w:val="000000"/>
          <w:sz w:val="24"/>
        </w:rPr>
      </w:pPr>
    </w:p>
    <w:p w14:paraId="0FCAD96B" w14:textId="77777777" w:rsidR="00967557" w:rsidRDefault="00967557" w:rsidP="00906B6F">
      <w:pPr>
        <w:autoSpaceDE w:val="0"/>
        <w:autoSpaceDN w:val="0"/>
        <w:spacing w:after="320" w:line="230" w:lineRule="auto"/>
        <w:jc w:val="center"/>
        <w:rPr>
          <w:rFonts w:ascii="Times New Roman" w:eastAsia="Times New Roman" w:hAnsi="Times New Roman"/>
          <w:b/>
          <w:color w:val="000000"/>
          <w:sz w:val="24"/>
        </w:rPr>
      </w:pPr>
    </w:p>
    <w:p w14:paraId="0C072AE5" w14:textId="77777777" w:rsidR="00967557" w:rsidRDefault="00967557" w:rsidP="00906B6F">
      <w:pPr>
        <w:autoSpaceDE w:val="0"/>
        <w:autoSpaceDN w:val="0"/>
        <w:spacing w:after="320" w:line="230" w:lineRule="auto"/>
        <w:jc w:val="center"/>
        <w:rPr>
          <w:rFonts w:ascii="Times New Roman" w:eastAsia="Times New Roman" w:hAnsi="Times New Roman"/>
          <w:b/>
          <w:color w:val="000000"/>
          <w:sz w:val="24"/>
        </w:rPr>
      </w:pPr>
    </w:p>
    <w:p w14:paraId="7F32217D" w14:textId="77777777" w:rsidR="00385EA7" w:rsidRDefault="00385EA7" w:rsidP="00906B6F">
      <w:pPr>
        <w:autoSpaceDE w:val="0"/>
        <w:autoSpaceDN w:val="0"/>
        <w:spacing w:after="320" w:line="230" w:lineRule="auto"/>
        <w:jc w:val="center"/>
        <w:rPr>
          <w:rFonts w:ascii="Times New Roman" w:eastAsia="Times New Roman" w:hAnsi="Times New Roman"/>
          <w:b/>
          <w:color w:val="000000"/>
          <w:sz w:val="24"/>
        </w:rPr>
      </w:pPr>
    </w:p>
    <w:p w14:paraId="2B097214" w14:textId="77777777" w:rsidR="00385EA7" w:rsidRDefault="00385EA7" w:rsidP="00906B6F">
      <w:pPr>
        <w:autoSpaceDE w:val="0"/>
        <w:autoSpaceDN w:val="0"/>
        <w:spacing w:after="320" w:line="230" w:lineRule="auto"/>
        <w:jc w:val="center"/>
        <w:rPr>
          <w:rFonts w:ascii="Times New Roman" w:eastAsia="Times New Roman" w:hAnsi="Times New Roman"/>
          <w:b/>
          <w:color w:val="000000"/>
          <w:sz w:val="24"/>
        </w:rPr>
      </w:pPr>
    </w:p>
    <w:p w14:paraId="26EFD2C1" w14:textId="413BB7DD" w:rsidR="00FB2FF7" w:rsidRDefault="009C069A" w:rsidP="00906B6F">
      <w:pPr>
        <w:autoSpaceDE w:val="0"/>
        <w:autoSpaceDN w:val="0"/>
        <w:spacing w:after="320" w:line="230" w:lineRule="auto"/>
        <w:jc w:val="center"/>
      </w:pPr>
      <w:bookmarkStart w:id="1" w:name="_GoBack"/>
      <w:bookmarkEnd w:id="1"/>
      <w:r>
        <w:rPr>
          <w:rFonts w:ascii="Times New Roman" w:eastAsia="Times New Roman" w:hAnsi="Times New Roman"/>
          <w:b/>
          <w:color w:val="000000"/>
          <w:sz w:val="24"/>
        </w:rPr>
        <w:lastRenderedPageBreak/>
        <w:t>ПОУРОЧНОЕ ПЛАНИРОВАНИЕ</w:t>
      </w:r>
    </w:p>
    <w:tbl>
      <w:tblPr>
        <w:tblW w:w="0" w:type="auto"/>
        <w:tblInd w:w="6" w:type="dxa"/>
        <w:tblLayout w:type="fixed"/>
        <w:tblLook w:val="04A0" w:firstRow="1" w:lastRow="0" w:firstColumn="1" w:lastColumn="0" w:noHBand="0" w:noVBand="1"/>
      </w:tblPr>
      <w:tblGrid>
        <w:gridCol w:w="576"/>
        <w:gridCol w:w="3074"/>
        <w:gridCol w:w="732"/>
        <w:gridCol w:w="1620"/>
        <w:gridCol w:w="1668"/>
        <w:gridCol w:w="1236"/>
        <w:gridCol w:w="1646"/>
      </w:tblGrid>
      <w:tr w:rsidR="00FB2FF7" w14:paraId="3A383CC5" w14:textId="77777777">
        <w:trPr>
          <w:trHeight w:hRule="exact" w:val="492"/>
        </w:trPr>
        <w:tc>
          <w:tcPr>
            <w:tcW w:w="5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97508C2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>№</w:t>
            </w:r>
            <w:r>
              <w:br/>
            </w: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>п/п</w:t>
            </w:r>
          </w:p>
        </w:tc>
        <w:tc>
          <w:tcPr>
            <w:tcW w:w="30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9DDE1B9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>Тема урока</w:t>
            </w:r>
          </w:p>
        </w:tc>
        <w:tc>
          <w:tcPr>
            <w:tcW w:w="40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02981F3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2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36B17F9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 xml:space="preserve">Дата </w:t>
            </w:r>
            <w:r>
              <w:br/>
            </w: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>изучения</w:t>
            </w:r>
          </w:p>
        </w:tc>
        <w:tc>
          <w:tcPr>
            <w:tcW w:w="16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E839D5A" w14:textId="77777777" w:rsidR="00FB2FF7" w:rsidRDefault="009C069A">
            <w:pPr>
              <w:autoSpaceDE w:val="0"/>
              <w:autoSpaceDN w:val="0"/>
              <w:spacing w:before="98" w:after="0" w:line="271" w:lineRule="auto"/>
              <w:ind w:left="72" w:right="432"/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 xml:space="preserve">Виды, </w:t>
            </w:r>
            <w:r>
              <w:br/>
            </w: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 xml:space="preserve">формы </w:t>
            </w:r>
            <w:r>
              <w:br/>
            </w: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>контроля</w:t>
            </w:r>
          </w:p>
        </w:tc>
      </w:tr>
      <w:tr w:rsidR="00FB2FF7" w14:paraId="415AEF64" w14:textId="77777777">
        <w:trPr>
          <w:trHeight w:hRule="exact" w:val="828"/>
        </w:trPr>
        <w:tc>
          <w:tcPr>
            <w:tcW w:w="15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801874" w14:textId="77777777" w:rsidR="00FB2FF7" w:rsidRDefault="00FB2FF7"/>
        </w:tc>
        <w:tc>
          <w:tcPr>
            <w:tcW w:w="15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36C72C" w14:textId="77777777" w:rsidR="00FB2FF7" w:rsidRDefault="00FB2FF7"/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383C332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 xml:space="preserve">всего 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0E41154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/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>контрольные работы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879BE40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/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>практические работы</w:t>
            </w:r>
          </w:p>
        </w:tc>
        <w:tc>
          <w:tcPr>
            <w:tcW w:w="15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8464F4" w14:textId="77777777" w:rsidR="00FB2FF7" w:rsidRDefault="00FB2FF7"/>
        </w:tc>
        <w:tc>
          <w:tcPr>
            <w:tcW w:w="15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21DE53" w14:textId="77777777" w:rsidR="00FB2FF7" w:rsidRDefault="00FB2FF7"/>
        </w:tc>
      </w:tr>
      <w:tr w:rsidR="00FB2FF7" w14:paraId="55B7D710" w14:textId="77777777">
        <w:trPr>
          <w:trHeight w:hRule="exact" w:val="1164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89EB5F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BB8322D" w14:textId="77777777" w:rsidR="00FB2FF7" w:rsidRPr="006514E5" w:rsidRDefault="009C069A">
            <w:pPr>
              <w:autoSpaceDE w:val="0"/>
              <w:autoSpaceDN w:val="0"/>
              <w:spacing w:before="98" w:after="0" w:line="230" w:lineRule="auto"/>
              <w:ind w:left="72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Звуки и буквы.</w:t>
            </w:r>
          </w:p>
          <w:p w14:paraId="4469D9F0" w14:textId="77777777" w:rsidR="00FB2FF7" w:rsidRPr="006514E5" w:rsidRDefault="009C069A">
            <w:pPr>
              <w:autoSpaceDE w:val="0"/>
              <w:autoSpaceDN w:val="0"/>
              <w:spacing w:before="70" w:after="0" w:line="262" w:lineRule="auto"/>
              <w:ind w:left="72" w:right="1152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Произношение и правописание.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BDAB41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03C93E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F02D6D1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AF7D7DC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01.09.2022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120E32C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7A191B71" w14:textId="77777777">
        <w:trPr>
          <w:trHeight w:hRule="exact" w:val="1502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8C276FA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75B1975" w14:textId="77777777" w:rsidR="00FB2FF7" w:rsidRPr="006514E5" w:rsidRDefault="009C069A">
            <w:pPr>
              <w:autoSpaceDE w:val="0"/>
              <w:autoSpaceDN w:val="0"/>
              <w:spacing w:before="100" w:after="0"/>
              <w:ind w:left="72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Орфограмма. Правописание проверяемых и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непроверяемых безударных гласных в корне слова.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CEC5FAA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31EE582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35783AC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F630FFD" w14:textId="77777777" w:rsidR="00FB2FF7" w:rsidRDefault="009C069A">
            <w:pPr>
              <w:autoSpaceDE w:val="0"/>
              <w:autoSpaceDN w:val="0"/>
              <w:spacing w:before="100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02.09.2022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66920B9" w14:textId="77777777" w:rsidR="00FB2FF7" w:rsidRDefault="009C069A">
            <w:pPr>
              <w:autoSpaceDE w:val="0"/>
              <w:autoSpaceDN w:val="0"/>
              <w:spacing w:before="100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3F75FBC0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03EADC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3.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F9D31CF" w14:textId="77777777" w:rsidR="00FB2FF7" w:rsidRPr="006514E5" w:rsidRDefault="009C069A">
            <w:pPr>
              <w:autoSpaceDE w:val="0"/>
              <w:autoSpaceDN w:val="0"/>
              <w:spacing w:before="98" w:after="0" w:line="262" w:lineRule="auto"/>
              <w:ind w:left="72" w:right="144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Правописание согласных в корне слова.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C8CCAD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04E384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3D2C39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7A6DECA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05.09.2022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7BD97D0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05C6716A" w14:textId="77777777">
        <w:trPr>
          <w:trHeight w:hRule="exact" w:val="1164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C47D1E3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4.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A4BC2D6" w14:textId="77777777" w:rsidR="00FB2FF7" w:rsidRDefault="009C069A">
            <w:pPr>
              <w:autoSpaceDE w:val="0"/>
              <w:autoSpaceDN w:val="0"/>
              <w:spacing w:before="98" w:after="0" w:line="271" w:lineRule="auto"/>
              <w:ind w:left="72" w:right="144"/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Буквы И, У, А после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шипящих. 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Разделительные Ъ и Ь.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77E6FA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88D0579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517BD37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AC29AAE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06.09.2022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6B4EBCA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Тестирование;</w:t>
            </w:r>
          </w:p>
        </w:tc>
      </w:tr>
      <w:tr w:rsidR="00FB2FF7" w14:paraId="10963725" w14:textId="77777777">
        <w:trPr>
          <w:trHeight w:hRule="exact" w:val="1164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8F9987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5.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A5C0154" w14:textId="77777777" w:rsidR="00FB2FF7" w:rsidRPr="006514E5" w:rsidRDefault="009C069A">
            <w:pPr>
              <w:autoSpaceDE w:val="0"/>
              <w:autoSpaceDN w:val="0"/>
              <w:spacing w:before="98" w:after="0" w:line="271" w:lineRule="auto"/>
              <w:ind w:left="72" w:right="576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Раздельное написание предлогов с другими словами.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6ABA80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25A6E2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23FFAC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B845167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07.09.2022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E33B43C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2A28F4B7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DCE35A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6.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AECE56B" w14:textId="77777777" w:rsidR="00FB2FF7" w:rsidRPr="00906B6F" w:rsidRDefault="009C069A">
            <w:pPr>
              <w:autoSpaceDE w:val="0"/>
              <w:autoSpaceDN w:val="0"/>
              <w:spacing w:before="98" w:after="0" w:line="262" w:lineRule="auto"/>
              <w:ind w:left="72" w:right="288"/>
              <w:rPr>
                <w:u w:val="single"/>
                <w:lang w:val="ru-RU"/>
              </w:rPr>
            </w:pPr>
            <w:r w:rsidRPr="00906B6F">
              <w:rPr>
                <w:rFonts w:ascii="Times New Roman" w:eastAsia="Times New Roman" w:hAnsi="Times New Roman"/>
                <w:color w:val="000000"/>
                <w:sz w:val="24"/>
                <w:u w:val="single"/>
                <w:lang w:val="ru-RU"/>
              </w:rPr>
              <w:t>Контрольный диктант по теме «Повторение»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D29F1B2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D29F981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E559A69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5119219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08.09.2022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E1EAEE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Диктант;</w:t>
            </w:r>
          </w:p>
        </w:tc>
      </w:tr>
      <w:tr w:rsidR="00FB2FF7" w14:paraId="5914C5AC" w14:textId="77777777">
        <w:trPr>
          <w:trHeight w:hRule="exact" w:val="1164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040E2D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7.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44AAA64" w14:textId="77777777" w:rsidR="00FB2FF7" w:rsidRPr="006514E5" w:rsidRDefault="009C069A">
            <w:pPr>
              <w:autoSpaceDE w:val="0"/>
              <w:autoSpaceDN w:val="0"/>
              <w:spacing w:before="98" w:after="0" w:line="271" w:lineRule="auto"/>
              <w:ind w:left="72" w:right="288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Богатство и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выразительность русского языка.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F77B431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E48995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22E5FE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8226348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09.09.2022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A47A1BD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18FEE1E9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CF0348C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8.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61CA943" w14:textId="77777777" w:rsidR="00FB2FF7" w:rsidRPr="006514E5" w:rsidRDefault="009C069A">
            <w:pPr>
              <w:autoSpaceDE w:val="0"/>
              <w:autoSpaceDN w:val="0"/>
              <w:spacing w:before="98" w:after="0" w:line="262" w:lineRule="auto"/>
              <w:ind w:left="72" w:right="432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Лингвистика как наука о языке.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4965757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6A182F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D29255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E89CFD1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12.09.2022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7F68FFF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2A359EAC" w14:textId="77777777">
        <w:trPr>
          <w:trHeight w:hRule="exact" w:val="830"/>
        </w:trPr>
        <w:tc>
          <w:tcPr>
            <w:tcW w:w="57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52D6AEF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9.</w:t>
            </w:r>
          </w:p>
        </w:tc>
        <w:tc>
          <w:tcPr>
            <w:tcW w:w="3074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A6C0AA5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Язык и речь.</w:t>
            </w:r>
          </w:p>
        </w:tc>
        <w:tc>
          <w:tcPr>
            <w:tcW w:w="732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DE14224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5B355FE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BF6AEDD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19F39F6" w14:textId="77777777" w:rsidR="00FB2FF7" w:rsidRDefault="009C069A">
            <w:pPr>
              <w:autoSpaceDE w:val="0"/>
              <w:autoSpaceDN w:val="0"/>
              <w:spacing w:before="100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13.09.2022</w:t>
            </w:r>
          </w:p>
        </w:tc>
        <w:tc>
          <w:tcPr>
            <w:tcW w:w="164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47F7EF1" w14:textId="77777777" w:rsidR="00FB2FF7" w:rsidRDefault="009C069A">
            <w:pPr>
              <w:autoSpaceDE w:val="0"/>
              <w:autoSpaceDN w:val="0"/>
              <w:spacing w:before="100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409F3735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614EC06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10.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BAF7D38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Виды речевой деятельности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6639B6C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64E3C0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26292F2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AAC07AE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14.09.2022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4AFA022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0EBAFD5F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715B396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11.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697585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Монолог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724A2BA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38377F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59EE427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BA36B5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15.09.2022 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7597A71" w14:textId="77777777" w:rsidR="00FB2FF7" w:rsidRDefault="009C069A">
            <w:pPr>
              <w:tabs>
                <w:tab w:val="left" w:pos="156"/>
              </w:tabs>
              <w:autoSpaceDE w:val="0"/>
              <w:autoSpaceDN w:val="0"/>
              <w:spacing w:before="98" w:after="0" w:line="262" w:lineRule="auto"/>
              <w:ind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 Письменный </w:t>
            </w:r>
            <w:r>
              <w:tab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контроль;</w:t>
            </w:r>
          </w:p>
        </w:tc>
      </w:tr>
      <w:tr w:rsidR="00FB2FF7" w14:paraId="06B16179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696E17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12.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55404F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Диалог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34F722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9DB877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5E850F2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C762BA7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16.09.2022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C759A68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51D0D607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DF522B1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13.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040C1E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Полилог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F5CBB4C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38A4BC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B899376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7EB2055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19.09.2022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244507E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16E63538" w14:textId="77777777">
        <w:trPr>
          <w:trHeight w:hRule="exact" w:val="80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3AFA5B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14.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475D2F3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Речь как деятельность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72A69D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12BA52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26C155A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77BD00D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20.09.2022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3E94419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</w:tbl>
    <w:p w14:paraId="18946051" w14:textId="77777777" w:rsidR="00FB2FF7" w:rsidRDefault="00FB2FF7">
      <w:pPr>
        <w:autoSpaceDE w:val="0"/>
        <w:autoSpaceDN w:val="0"/>
        <w:spacing w:after="0" w:line="14" w:lineRule="exact"/>
      </w:pPr>
    </w:p>
    <w:p w14:paraId="0F3FB508" w14:textId="77777777" w:rsidR="00FB2FF7" w:rsidRDefault="00FB2FF7">
      <w:pPr>
        <w:sectPr w:rsidR="00FB2FF7">
          <w:pgSz w:w="11900" w:h="16840"/>
          <w:pgMar w:top="298" w:right="650" w:bottom="358" w:left="666" w:header="720" w:footer="720" w:gutter="0"/>
          <w:cols w:space="720" w:equalWidth="0">
            <w:col w:w="10584" w:space="0"/>
          </w:cols>
          <w:docGrid w:linePitch="360"/>
        </w:sectPr>
      </w:pPr>
    </w:p>
    <w:p w14:paraId="1A10B0D3" w14:textId="77777777" w:rsidR="00FB2FF7" w:rsidRDefault="00FB2FF7">
      <w:pPr>
        <w:autoSpaceDE w:val="0"/>
        <w:autoSpaceDN w:val="0"/>
        <w:spacing w:after="66" w:line="220" w:lineRule="exact"/>
      </w:pPr>
    </w:p>
    <w:tbl>
      <w:tblPr>
        <w:tblW w:w="0" w:type="auto"/>
        <w:tblInd w:w="6" w:type="dxa"/>
        <w:tblLayout w:type="fixed"/>
        <w:tblLook w:val="04A0" w:firstRow="1" w:lastRow="0" w:firstColumn="1" w:lastColumn="0" w:noHBand="0" w:noVBand="1"/>
      </w:tblPr>
      <w:tblGrid>
        <w:gridCol w:w="576"/>
        <w:gridCol w:w="3074"/>
        <w:gridCol w:w="732"/>
        <w:gridCol w:w="1620"/>
        <w:gridCol w:w="1668"/>
        <w:gridCol w:w="1236"/>
        <w:gridCol w:w="1646"/>
      </w:tblGrid>
      <w:tr w:rsidR="00FB2FF7" w14:paraId="6C89EA96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D5C5BF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15.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B41710B" w14:textId="77777777" w:rsidR="00FB2FF7" w:rsidRPr="006514E5" w:rsidRDefault="009C069A">
            <w:pPr>
              <w:autoSpaceDE w:val="0"/>
              <w:autoSpaceDN w:val="0"/>
              <w:spacing w:before="98" w:after="0" w:line="262" w:lineRule="auto"/>
              <w:ind w:left="72" w:right="720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Текст и его основные признаки.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89A8A11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BAF6433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2A3D0F2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1939447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21.09.2022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5AC42C1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46E82647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1F95BB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16.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640C350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Композиционная структура текста.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D91BE9E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B4A62C1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FBB582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131F2C3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22.09.2022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43B02D2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3D54849F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3115286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17.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A97CBA0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Функционально смысловые типы речи.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C6B9703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68D186C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DEEA1E7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6C5FD61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23.09.2022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4961946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3FD72D4C" w14:textId="77777777">
        <w:trPr>
          <w:trHeight w:hRule="exact" w:val="1164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E709AB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18.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0EBEE83" w14:textId="77777777" w:rsidR="00FB2FF7" w:rsidRPr="006514E5" w:rsidRDefault="009C069A">
            <w:pPr>
              <w:autoSpaceDE w:val="0"/>
              <w:autoSpaceDN w:val="0"/>
              <w:spacing w:before="98" w:after="0" w:line="271" w:lineRule="auto"/>
              <w:ind w:left="72" w:right="576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Средства связи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предложений и частей текста.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62A130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727A0C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64F8122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319A77B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26.09.2022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A3AE103" w14:textId="77777777" w:rsidR="00FB2FF7" w:rsidRDefault="009C069A">
            <w:pPr>
              <w:autoSpaceDE w:val="0"/>
              <w:autoSpaceDN w:val="0"/>
              <w:spacing w:before="98" w:after="0" w:line="262" w:lineRule="auto"/>
              <w:ind w:right="720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Анализ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текста;</w:t>
            </w:r>
          </w:p>
        </w:tc>
      </w:tr>
      <w:tr w:rsidR="00FB2FF7" w14:paraId="00BE309B" w14:textId="77777777">
        <w:trPr>
          <w:trHeight w:hRule="exact" w:val="1502"/>
        </w:trPr>
        <w:tc>
          <w:tcPr>
            <w:tcW w:w="57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CF1842B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19.</w:t>
            </w:r>
          </w:p>
        </w:tc>
        <w:tc>
          <w:tcPr>
            <w:tcW w:w="3074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8682B02" w14:textId="77777777" w:rsidR="00FB2FF7" w:rsidRPr="00906B6F" w:rsidRDefault="009C069A">
            <w:pPr>
              <w:autoSpaceDE w:val="0"/>
              <w:autoSpaceDN w:val="0"/>
              <w:spacing w:before="100" w:after="0" w:line="271" w:lineRule="auto"/>
              <w:ind w:left="72" w:right="144"/>
              <w:rPr>
                <w:u w:val="single"/>
                <w:lang w:val="ru-RU"/>
              </w:rPr>
            </w:pPr>
            <w:r w:rsidRPr="00906B6F">
              <w:rPr>
                <w:rFonts w:ascii="Times New Roman" w:eastAsia="Times New Roman" w:hAnsi="Times New Roman"/>
                <w:color w:val="000000"/>
                <w:sz w:val="24"/>
                <w:u w:val="single"/>
                <w:lang w:val="ru-RU"/>
              </w:rPr>
              <w:t>Контрольное сочинение по картине А.Пластова</w:t>
            </w:r>
            <w:r w:rsidRPr="00906B6F">
              <w:rPr>
                <w:u w:val="single"/>
                <w:lang w:val="ru-RU"/>
              </w:rPr>
              <w:br/>
            </w:r>
            <w:r w:rsidRPr="00906B6F">
              <w:rPr>
                <w:rFonts w:ascii="Times New Roman" w:eastAsia="Times New Roman" w:hAnsi="Times New Roman"/>
                <w:color w:val="000000"/>
                <w:sz w:val="24"/>
                <w:u w:val="single"/>
                <w:lang w:val="ru-RU"/>
              </w:rPr>
              <w:t>«Летом».</w:t>
            </w:r>
          </w:p>
        </w:tc>
        <w:tc>
          <w:tcPr>
            <w:tcW w:w="732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F46A6D8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47B9260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68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3AB218D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732EC4D" w14:textId="77777777" w:rsidR="00FB2FF7" w:rsidRDefault="009C069A">
            <w:pPr>
              <w:autoSpaceDE w:val="0"/>
              <w:autoSpaceDN w:val="0"/>
              <w:spacing w:before="100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27.09.2022</w:t>
            </w:r>
          </w:p>
        </w:tc>
        <w:tc>
          <w:tcPr>
            <w:tcW w:w="164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7A003C9" w14:textId="77777777" w:rsidR="00FB2FF7" w:rsidRDefault="009C069A">
            <w:pPr>
              <w:autoSpaceDE w:val="0"/>
              <w:autoSpaceDN w:val="0"/>
              <w:spacing w:before="100" w:after="0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Письменный контроль;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Написание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сочинения;</w:t>
            </w:r>
          </w:p>
        </w:tc>
      </w:tr>
      <w:tr w:rsidR="00FB2FF7" w14:paraId="28B27958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B5B641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20.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C1B2ED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Повествование как тип речи 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9E05F02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FA9A5B6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A46E7F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D3DFF6C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28.09.2022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E7C7C1F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149A7BFD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1E5F4C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21.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DEBEE33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Рассказ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F1E030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D67F27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7CDE366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09998FF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29.09.2022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F8F396A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481234D4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59362A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22.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23BFD3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Смысловой анализ текста.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26E7721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2DD1DC1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7CB741E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332783E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30.09.2022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23BB818" w14:textId="77777777" w:rsidR="00FB2FF7" w:rsidRDefault="009C069A">
            <w:pPr>
              <w:autoSpaceDE w:val="0"/>
              <w:autoSpaceDN w:val="0"/>
              <w:spacing w:before="98" w:after="0" w:line="262" w:lineRule="auto"/>
              <w:ind w:right="720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Анализ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текста;</w:t>
            </w:r>
          </w:p>
        </w:tc>
      </w:tr>
      <w:tr w:rsidR="00FB2FF7" w14:paraId="088B1BCB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D81872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23.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D29CCDC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86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Информационная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переработка текста.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7A50609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0E579B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E7A168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CBE03DE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03.10.2022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0A72D8B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1442D7D7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BB5FC9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24.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FA8B98C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Редактирование текста.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6E317A3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10E91B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6F920F3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E71F3B3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04.10.2022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49F09AB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3EDB3A2F" w14:textId="77777777">
        <w:trPr>
          <w:trHeight w:hRule="exact" w:val="150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35F0A2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25.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0164D98" w14:textId="77777777" w:rsidR="00FB2FF7" w:rsidRPr="006514E5" w:rsidRDefault="009C069A">
            <w:pPr>
              <w:autoSpaceDE w:val="0"/>
              <w:autoSpaceDN w:val="0"/>
              <w:spacing w:before="98" w:after="0"/>
              <w:ind w:left="72" w:right="144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Подробное, выборочное и сжатое изложение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содержания прочитанного или прослушанного текста.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2AB939E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B4ACE3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FD7030E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69D1B74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05.10.2022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432E07F" w14:textId="77777777" w:rsidR="00FB2FF7" w:rsidRDefault="009C069A">
            <w:pPr>
              <w:autoSpaceDE w:val="0"/>
              <w:autoSpaceDN w:val="0"/>
              <w:spacing w:before="98" w:after="0" w:line="262" w:lineRule="auto"/>
              <w:ind w:right="288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Написание изложения;</w:t>
            </w:r>
          </w:p>
        </w:tc>
      </w:tr>
      <w:tr w:rsidR="00FB2FF7" w14:paraId="0E2D1AA9" w14:textId="77777777">
        <w:trPr>
          <w:trHeight w:hRule="exact" w:val="83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B53F2F0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26.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E9BE788" w14:textId="77777777" w:rsidR="00FB2FF7" w:rsidRPr="00906B6F" w:rsidRDefault="009C069A">
            <w:pPr>
              <w:autoSpaceDE w:val="0"/>
              <w:autoSpaceDN w:val="0"/>
              <w:spacing w:before="100" w:after="0" w:line="230" w:lineRule="auto"/>
              <w:ind w:left="72"/>
              <w:rPr>
                <w:u w:val="single"/>
              </w:rPr>
            </w:pPr>
            <w:r w:rsidRPr="00906B6F">
              <w:rPr>
                <w:rFonts w:ascii="Times New Roman" w:eastAsia="Times New Roman" w:hAnsi="Times New Roman"/>
                <w:color w:val="000000"/>
                <w:sz w:val="24"/>
                <w:u w:val="single"/>
              </w:rPr>
              <w:t>Контрольное изложение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E0E4079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3CC234C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972DD12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697D9CC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06.10.2022 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A8B5448" w14:textId="77777777" w:rsidR="00FB2FF7" w:rsidRDefault="009C069A">
            <w:pPr>
              <w:tabs>
                <w:tab w:val="left" w:pos="156"/>
              </w:tabs>
              <w:autoSpaceDE w:val="0"/>
              <w:autoSpaceDN w:val="0"/>
              <w:spacing w:before="100" w:after="0" w:line="262" w:lineRule="auto"/>
              <w:ind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 Письменный </w:t>
            </w:r>
            <w:r>
              <w:tab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контроль;</w:t>
            </w:r>
          </w:p>
        </w:tc>
      </w:tr>
      <w:tr w:rsidR="00FB2FF7" w14:paraId="1946660F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3648A53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27.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31B968C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Функциональные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разновидности языка.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46B7791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9D6AF26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C0A047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75B3EC0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07.10.2022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2831196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6FB15095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CC61AA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28.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6F8496A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Сферы речевого общения.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E25207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15ADDC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5FAFAC1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8728153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10.10.2022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BD82FDF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6DB2EB35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06D446A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29.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AE659B7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Фонетика как раздел лингвистики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20CBF0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E0A984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7820443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1EA5807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11.10.2022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63FEEA4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3C8ACDDF" w14:textId="77777777">
        <w:trPr>
          <w:trHeight w:hRule="exact" w:val="1144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3F64419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30.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99F1FAB" w14:textId="77777777" w:rsidR="00FB2FF7" w:rsidRPr="006514E5" w:rsidRDefault="009C069A">
            <w:pPr>
              <w:autoSpaceDE w:val="0"/>
              <w:autoSpaceDN w:val="0"/>
              <w:spacing w:before="98" w:after="0" w:line="271" w:lineRule="auto"/>
              <w:ind w:left="72" w:right="432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Звук как единица языка. Смыслоразличительная роль.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88E9986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1A4583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8D8E1BC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358EC7F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12.10.2022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575A012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</w:tbl>
    <w:p w14:paraId="3408BD41" w14:textId="77777777" w:rsidR="00FB2FF7" w:rsidRDefault="00FB2FF7">
      <w:pPr>
        <w:autoSpaceDE w:val="0"/>
        <w:autoSpaceDN w:val="0"/>
        <w:spacing w:after="0" w:line="14" w:lineRule="exact"/>
      </w:pPr>
    </w:p>
    <w:p w14:paraId="4E5126E7" w14:textId="77777777" w:rsidR="00FB2FF7" w:rsidRDefault="00FB2FF7">
      <w:pPr>
        <w:sectPr w:rsidR="00FB2FF7">
          <w:pgSz w:w="11900" w:h="16840"/>
          <w:pgMar w:top="284" w:right="650" w:bottom="496" w:left="666" w:header="720" w:footer="720" w:gutter="0"/>
          <w:cols w:space="720" w:equalWidth="0">
            <w:col w:w="10584" w:space="0"/>
          </w:cols>
          <w:docGrid w:linePitch="360"/>
        </w:sectPr>
      </w:pPr>
    </w:p>
    <w:p w14:paraId="1A4E3FEA" w14:textId="77777777" w:rsidR="00FB2FF7" w:rsidRDefault="00FB2FF7">
      <w:pPr>
        <w:autoSpaceDE w:val="0"/>
        <w:autoSpaceDN w:val="0"/>
        <w:spacing w:after="66" w:line="220" w:lineRule="exact"/>
      </w:pPr>
    </w:p>
    <w:tbl>
      <w:tblPr>
        <w:tblW w:w="0" w:type="auto"/>
        <w:tblInd w:w="6" w:type="dxa"/>
        <w:tblLayout w:type="fixed"/>
        <w:tblLook w:val="04A0" w:firstRow="1" w:lastRow="0" w:firstColumn="1" w:lastColumn="0" w:noHBand="0" w:noVBand="1"/>
      </w:tblPr>
      <w:tblGrid>
        <w:gridCol w:w="576"/>
        <w:gridCol w:w="3074"/>
        <w:gridCol w:w="732"/>
        <w:gridCol w:w="1620"/>
        <w:gridCol w:w="1668"/>
        <w:gridCol w:w="1236"/>
        <w:gridCol w:w="1646"/>
      </w:tblGrid>
      <w:tr w:rsidR="00FB2FF7" w14:paraId="4AC87D73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6F6BF3C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31.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31348BA" w14:textId="77777777" w:rsidR="00FB2FF7" w:rsidRPr="006514E5" w:rsidRDefault="009C069A">
            <w:pPr>
              <w:autoSpaceDE w:val="0"/>
              <w:autoSpaceDN w:val="0"/>
              <w:spacing w:before="98" w:after="0" w:line="262" w:lineRule="auto"/>
              <w:ind w:right="1008"/>
              <w:jc w:val="center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Система гласных и согласных звуков. 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5D9B89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C8AB14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FC0B5E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F0F6471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13.10.2022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C8D10C0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4A82425C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8818D9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32.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D222B34" w14:textId="77777777" w:rsidR="00FB2FF7" w:rsidRPr="006514E5" w:rsidRDefault="009C069A">
            <w:pPr>
              <w:autoSpaceDE w:val="0"/>
              <w:autoSpaceDN w:val="0"/>
              <w:spacing w:before="98" w:after="0" w:line="262" w:lineRule="auto"/>
              <w:ind w:left="72" w:right="864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Изменение звуков в речевом потоке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2E0570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378CD51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C69615C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1C8E476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14.10.2022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2F134C6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5B98FD55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238974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33.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00FEF5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Графика. Орфоэпия.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E5E663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684ACB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AE1D22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448D3F4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17.10.2022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8F7F5AE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1CAF3E48" w14:textId="77777777">
        <w:trPr>
          <w:trHeight w:hRule="exact" w:val="83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73BA017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34.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5794FA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Фонетический анализ слова. 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9F15D1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B8DD1CA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AB60B53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4DD39EE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18.10.2022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60443F0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492E72DB" w14:textId="77777777">
        <w:trPr>
          <w:trHeight w:hRule="exact" w:val="1164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9F51FC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35.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BD1FEE6" w14:textId="77777777" w:rsidR="00FB2FF7" w:rsidRPr="00906B6F" w:rsidRDefault="009C069A">
            <w:pPr>
              <w:autoSpaceDE w:val="0"/>
              <w:autoSpaceDN w:val="0"/>
              <w:spacing w:before="98" w:after="0" w:line="271" w:lineRule="auto"/>
              <w:ind w:left="72" w:right="288"/>
              <w:rPr>
                <w:u w:val="single"/>
              </w:rPr>
            </w:pPr>
            <w:r w:rsidRPr="00906B6F">
              <w:rPr>
                <w:rFonts w:ascii="Times New Roman" w:eastAsia="Times New Roman" w:hAnsi="Times New Roman"/>
                <w:color w:val="000000"/>
                <w:sz w:val="24"/>
                <w:u w:val="single"/>
                <w:lang w:val="ru-RU"/>
              </w:rPr>
              <w:t xml:space="preserve">Проверочная работа по </w:t>
            </w:r>
            <w:r w:rsidRPr="00906B6F">
              <w:rPr>
                <w:u w:val="single"/>
                <w:lang w:val="ru-RU"/>
              </w:rPr>
              <w:br/>
            </w:r>
            <w:r w:rsidRPr="00906B6F">
              <w:rPr>
                <w:rFonts w:ascii="Times New Roman" w:eastAsia="Times New Roman" w:hAnsi="Times New Roman"/>
                <w:color w:val="000000"/>
                <w:sz w:val="24"/>
                <w:u w:val="single"/>
                <w:lang w:val="ru-RU"/>
              </w:rPr>
              <w:t xml:space="preserve">теме «Фонетика. </w:t>
            </w:r>
            <w:r w:rsidRPr="00906B6F">
              <w:rPr>
                <w:rFonts w:ascii="Times New Roman" w:eastAsia="Times New Roman" w:hAnsi="Times New Roman"/>
                <w:color w:val="000000"/>
                <w:sz w:val="24"/>
                <w:u w:val="single"/>
              </w:rPr>
              <w:t>Графика. Орфоэпия».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22C87F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168AA01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74EC6B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4298ECD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19.10.2022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9583D23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Контрольная работа;</w:t>
            </w:r>
          </w:p>
        </w:tc>
      </w:tr>
      <w:tr w:rsidR="00FB2FF7" w14:paraId="683EC307" w14:textId="77777777">
        <w:trPr>
          <w:trHeight w:hRule="exact" w:val="1164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5F9213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36.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17CE74C" w14:textId="77777777" w:rsidR="00FB2FF7" w:rsidRDefault="009C069A">
            <w:pPr>
              <w:autoSpaceDE w:val="0"/>
              <w:autoSpaceDN w:val="0"/>
              <w:spacing w:before="98" w:after="0" w:line="271" w:lineRule="auto"/>
              <w:ind w:left="72" w:right="144"/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Орфография как система правил правописания слов. 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Понятие «орфограмма».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FC202AE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0EDD6A1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F4FBD6C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122B765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20.10.2022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BE26B64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326C0D11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ACCCC5E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37.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DC91069" w14:textId="77777777" w:rsidR="00FB2FF7" w:rsidRPr="006514E5" w:rsidRDefault="009C069A">
            <w:pPr>
              <w:autoSpaceDE w:val="0"/>
              <w:autoSpaceDN w:val="0"/>
              <w:spacing w:before="98" w:after="0" w:line="262" w:lineRule="auto"/>
              <w:ind w:left="72" w:right="720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Правописание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разделительных ъ и ь.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58752F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3862712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C959B81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27B8605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21.10.2022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7D145B4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56FCCF97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63E169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38.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6F6BC9C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288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Лексикология как раздел лингвистики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2AE876A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C8D9FB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034D76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6390D98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31.10.2022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5CB655F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1AB921FE" w14:textId="77777777">
        <w:trPr>
          <w:trHeight w:hRule="exact" w:val="1164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BB4CB2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39.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1E20483" w14:textId="77777777" w:rsidR="00FB2FF7" w:rsidRPr="006514E5" w:rsidRDefault="009C069A">
            <w:pPr>
              <w:autoSpaceDE w:val="0"/>
              <w:autoSpaceDN w:val="0"/>
              <w:spacing w:before="98" w:after="0" w:line="271" w:lineRule="auto"/>
              <w:ind w:left="72" w:right="288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Основные способы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толкования лексического значения слова.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6D3E6A9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A44CFC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CE35B1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92B10E5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01.11.2022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4340539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3CA9483D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B59CF49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40.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F71FE55" w14:textId="77777777" w:rsidR="00FB2FF7" w:rsidRPr="006514E5" w:rsidRDefault="009C069A">
            <w:pPr>
              <w:autoSpaceDE w:val="0"/>
              <w:autoSpaceDN w:val="0"/>
              <w:spacing w:before="98" w:after="0" w:line="262" w:lineRule="auto"/>
              <w:ind w:left="72" w:right="576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Определение значения слова по контексту.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336E269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B98C6B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F0B2109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8FF1A9B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02.11.2022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DAC78F5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0A07D190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54521F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41.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83466A9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Слова однозначные и многозначные.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D530CC7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61E0EA6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A24E6C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4B6060E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03.11.2022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61335E7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7A58C583" w14:textId="77777777">
        <w:trPr>
          <w:trHeight w:hRule="exact" w:val="83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8FF3157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42.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114C101" w14:textId="77777777" w:rsidR="00FB2FF7" w:rsidRPr="006514E5" w:rsidRDefault="009C069A">
            <w:pPr>
              <w:autoSpaceDE w:val="0"/>
              <w:autoSpaceDN w:val="0"/>
              <w:spacing w:before="98" w:after="0" w:line="262" w:lineRule="auto"/>
              <w:ind w:left="72" w:right="720"/>
              <w:rPr>
                <w:lang w:val="ru-RU"/>
              </w:rPr>
            </w:pPr>
            <w:bookmarkStart w:id="2" w:name="_Hlk112708682"/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Прямое и переносное значение слова</w:t>
            </w:r>
            <w:bookmarkEnd w:id="2"/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43D1A82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72EAA3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444FAA3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5502651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04.11.2022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EDAC8DF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2A2B25D2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A9E1CC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43.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EC24D83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Тематические группы слов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F249146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8E61FD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F606D2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1480FD0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07.11.2022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4938392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44849A02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456C27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44.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F6EBBD4" w14:textId="77777777" w:rsidR="00FB2FF7" w:rsidRPr="006514E5" w:rsidRDefault="009C069A">
            <w:pPr>
              <w:autoSpaceDE w:val="0"/>
              <w:autoSpaceDN w:val="0"/>
              <w:spacing w:before="98" w:after="0" w:line="262" w:lineRule="auto"/>
              <w:ind w:left="72" w:right="432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 Обозначение родовых и видовых понятий.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62865C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6D5016C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4A4516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ED35C45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08.11.2022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D878EF8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7B65F90C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E15175E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45.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A2E466A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Омонимы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C50457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E85FB4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5051E0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05E6AA1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09.11.2022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12D8C22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42C9AAD4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210359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46.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2E417C1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Синонимы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370084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BFB4CD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2C07A6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D256DA7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10.11.2022 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FEC9980" w14:textId="77777777" w:rsidR="00FB2FF7" w:rsidRDefault="009C069A">
            <w:pPr>
              <w:tabs>
                <w:tab w:val="left" w:pos="156"/>
              </w:tabs>
              <w:autoSpaceDE w:val="0"/>
              <w:autoSpaceDN w:val="0"/>
              <w:spacing w:before="98" w:after="0" w:line="262" w:lineRule="auto"/>
              <w:ind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 Письменный </w:t>
            </w:r>
            <w:r>
              <w:tab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контроль;</w:t>
            </w:r>
          </w:p>
        </w:tc>
      </w:tr>
      <w:tr w:rsidR="00FB2FF7" w14:paraId="45B58788" w14:textId="77777777">
        <w:trPr>
          <w:trHeight w:hRule="exact" w:val="80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DAB4D0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47.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FB5C581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Антонимы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B66AACC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CB3322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1978DB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E2431B2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11.11.2022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D934471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</w:tbl>
    <w:p w14:paraId="601D3636" w14:textId="77777777" w:rsidR="00FB2FF7" w:rsidRDefault="00FB2FF7">
      <w:pPr>
        <w:autoSpaceDE w:val="0"/>
        <w:autoSpaceDN w:val="0"/>
        <w:spacing w:after="0" w:line="14" w:lineRule="exact"/>
      </w:pPr>
    </w:p>
    <w:p w14:paraId="5BB58C3C" w14:textId="77777777" w:rsidR="00FB2FF7" w:rsidRDefault="00FB2FF7">
      <w:pPr>
        <w:sectPr w:rsidR="00FB2FF7">
          <w:pgSz w:w="11900" w:h="16840"/>
          <w:pgMar w:top="284" w:right="650" w:bottom="584" w:left="666" w:header="720" w:footer="720" w:gutter="0"/>
          <w:cols w:space="720" w:equalWidth="0">
            <w:col w:w="10584" w:space="0"/>
          </w:cols>
          <w:docGrid w:linePitch="360"/>
        </w:sectPr>
      </w:pPr>
    </w:p>
    <w:p w14:paraId="5ED1B2BC" w14:textId="77777777" w:rsidR="00FB2FF7" w:rsidRDefault="00FB2FF7">
      <w:pPr>
        <w:autoSpaceDE w:val="0"/>
        <w:autoSpaceDN w:val="0"/>
        <w:spacing w:after="66" w:line="220" w:lineRule="exact"/>
      </w:pPr>
    </w:p>
    <w:tbl>
      <w:tblPr>
        <w:tblW w:w="0" w:type="auto"/>
        <w:tblInd w:w="6" w:type="dxa"/>
        <w:tblLayout w:type="fixed"/>
        <w:tblLook w:val="04A0" w:firstRow="1" w:lastRow="0" w:firstColumn="1" w:lastColumn="0" w:noHBand="0" w:noVBand="1"/>
      </w:tblPr>
      <w:tblGrid>
        <w:gridCol w:w="576"/>
        <w:gridCol w:w="3074"/>
        <w:gridCol w:w="732"/>
        <w:gridCol w:w="1620"/>
        <w:gridCol w:w="1668"/>
        <w:gridCol w:w="1236"/>
        <w:gridCol w:w="1646"/>
      </w:tblGrid>
      <w:tr w:rsidR="00FB2FF7" w14:paraId="0BCE805E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DC2C771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48.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469F82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Паронимы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062535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7247359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C69D40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2F8014F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14.11.2022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F571BB3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3B60B6C8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C1F3D9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49.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589859F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288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Разные виды лексических словарей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7D7E31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0303B1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55757E9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2D48A32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15.11.2022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EC66015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7C778C8F" w14:textId="77777777">
        <w:trPr>
          <w:trHeight w:hRule="exact" w:val="1164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850F67E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50.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50CFF77" w14:textId="77777777" w:rsidR="00FB2FF7" w:rsidRPr="006514E5" w:rsidRDefault="009C069A">
            <w:pPr>
              <w:autoSpaceDE w:val="0"/>
              <w:autoSpaceDN w:val="0"/>
              <w:spacing w:before="98" w:after="0" w:line="271" w:lineRule="auto"/>
              <w:ind w:left="72" w:right="144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Строение словарной статьи в лексических словарях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разных видов.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EB13AD7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02B364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4CF0CE7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62EC72B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16.11.2022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B9BA0E0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5856E260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1584C5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51.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374E81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Лексический анализ слов.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6F88F53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89F3C3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FD6EF3E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3A4D366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17.11.2022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54EBA89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0C0B2409" w14:textId="77777777">
        <w:trPr>
          <w:trHeight w:hRule="exact" w:val="830"/>
        </w:trPr>
        <w:tc>
          <w:tcPr>
            <w:tcW w:w="57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8375717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52.</w:t>
            </w:r>
          </w:p>
        </w:tc>
        <w:tc>
          <w:tcPr>
            <w:tcW w:w="3074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E14DB82" w14:textId="77777777" w:rsidR="00FB2FF7" w:rsidRDefault="009C069A">
            <w:pPr>
              <w:autoSpaceDE w:val="0"/>
              <w:autoSpaceDN w:val="0"/>
              <w:spacing w:before="100" w:after="0" w:line="262" w:lineRule="auto"/>
              <w:ind w:left="72" w:right="576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Морфемика как раздел лингвистики.</w:t>
            </w:r>
          </w:p>
        </w:tc>
        <w:tc>
          <w:tcPr>
            <w:tcW w:w="732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135CF03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8537631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4E9EFF2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DA6EEF5" w14:textId="77777777" w:rsidR="00FB2FF7" w:rsidRDefault="009C069A">
            <w:pPr>
              <w:autoSpaceDE w:val="0"/>
              <w:autoSpaceDN w:val="0"/>
              <w:spacing w:before="100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18.11.2022</w:t>
            </w:r>
          </w:p>
        </w:tc>
        <w:tc>
          <w:tcPr>
            <w:tcW w:w="164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829F0E4" w14:textId="77777777" w:rsidR="00FB2FF7" w:rsidRDefault="009C069A">
            <w:pPr>
              <w:autoSpaceDE w:val="0"/>
              <w:autoSpaceDN w:val="0"/>
              <w:spacing w:before="100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596AE4D9" w14:textId="77777777">
        <w:trPr>
          <w:trHeight w:hRule="exact" w:val="150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2723281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53.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2085269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Основа слова.  Окончание.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44E4DE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B105763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CF54616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88E7AA7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21.11.2022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D044F80" w14:textId="77777777" w:rsidR="00FB2FF7" w:rsidRDefault="009C069A">
            <w:pPr>
              <w:autoSpaceDE w:val="0"/>
              <w:autoSpaceDN w:val="0"/>
              <w:spacing w:before="98" w:after="0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опрос;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6D34CE6D" w14:textId="77777777">
        <w:trPr>
          <w:trHeight w:hRule="exact" w:val="150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4DA42B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54.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43DE67A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Виды морфем. Корень.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5BFD687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B95A46E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6D1C9F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93D861B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22.11.2022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84EAC4D" w14:textId="77777777" w:rsidR="00FB2FF7" w:rsidRDefault="009C069A">
            <w:pPr>
              <w:autoSpaceDE w:val="0"/>
              <w:autoSpaceDN w:val="0"/>
              <w:spacing w:before="98" w:after="0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опрос;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58DD41E2" w14:textId="77777777">
        <w:trPr>
          <w:trHeight w:hRule="exact" w:val="150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DE01E3E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55.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9F4E0B4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288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Виды морфем. Суффикс, приставка.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25D2B5E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B555DA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4F7E6A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5598577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23.11.2022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662016B" w14:textId="77777777" w:rsidR="00FB2FF7" w:rsidRDefault="009C069A">
            <w:pPr>
              <w:autoSpaceDE w:val="0"/>
              <w:autoSpaceDN w:val="0"/>
              <w:spacing w:before="98" w:after="0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опрос;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71BD6E05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B35570A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56.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858EF9B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Чередование звуков в морфемах.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6ECC009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38FF1FC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4432CC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019E580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24.11.2022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C86281A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784C06F7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B32AA5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57.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1BD43B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Морфемный анализ слова.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4DC80BA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A433BF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05FFE6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DB03599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25.11.2022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C05098B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2DA68B7C" w14:textId="77777777">
        <w:trPr>
          <w:trHeight w:hRule="exact" w:val="1502"/>
        </w:trPr>
        <w:tc>
          <w:tcPr>
            <w:tcW w:w="57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7B41A09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58.</w:t>
            </w:r>
          </w:p>
        </w:tc>
        <w:tc>
          <w:tcPr>
            <w:tcW w:w="3074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35778C0" w14:textId="77777777" w:rsidR="00FB2FF7" w:rsidRPr="006514E5" w:rsidRDefault="009C069A">
            <w:pPr>
              <w:autoSpaceDE w:val="0"/>
              <w:autoSpaceDN w:val="0"/>
              <w:spacing w:before="100" w:after="0"/>
              <w:ind w:left="72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Правописание корней с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безударными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проверяемыми,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непроверяемыми гласными.</w:t>
            </w:r>
          </w:p>
        </w:tc>
        <w:tc>
          <w:tcPr>
            <w:tcW w:w="732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DC04167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399FCBC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5819CED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86E07C3" w14:textId="77777777" w:rsidR="00FB2FF7" w:rsidRDefault="009C069A">
            <w:pPr>
              <w:autoSpaceDE w:val="0"/>
              <w:autoSpaceDN w:val="0"/>
              <w:spacing w:before="100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28.11.2022</w:t>
            </w:r>
          </w:p>
        </w:tc>
        <w:tc>
          <w:tcPr>
            <w:tcW w:w="164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02CB19C" w14:textId="77777777" w:rsidR="00FB2FF7" w:rsidRDefault="009C069A">
            <w:pPr>
              <w:autoSpaceDE w:val="0"/>
              <w:autoSpaceDN w:val="0"/>
              <w:spacing w:before="100" w:after="0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опрос;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2AE31919" w14:textId="77777777">
        <w:trPr>
          <w:trHeight w:hRule="exact" w:val="1836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941D76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59.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DF195F0" w14:textId="77777777" w:rsidR="00FB2FF7" w:rsidRPr="006514E5" w:rsidRDefault="009C069A">
            <w:pPr>
              <w:autoSpaceDE w:val="0"/>
              <w:autoSpaceDN w:val="0"/>
              <w:spacing w:before="98" w:after="0" w:line="281" w:lineRule="auto"/>
              <w:ind w:left="72" w:right="576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Правописание корней с проверяемыми,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непроверяемыми,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непроизносимыми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согласными.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811D3E7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EFB3C3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7417753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58B7C3A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29.11.2022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3298514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63E4BB98" w14:textId="77777777">
        <w:trPr>
          <w:trHeight w:hRule="exact" w:val="148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5469CD6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60.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0FBA5E4" w14:textId="77777777" w:rsidR="00FB2FF7" w:rsidRPr="006514E5" w:rsidRDefault="009C069A">
            <w:pPr>
              <w:autoSpaceDE w:val="0"/>
              <w:autoSpaceDN w:val="0"/>
              <w:spacing w:before="98" w:after="0" w:line="262" w:lineRule="auto"/>
              <w:ind w:right="432"/>
              <w:jc w:val="center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Правописание ё-о после шипящих в корне слова.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118081A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1FB92FC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B42703E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ED8B1D3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30.11.2022 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A2AB814" w14:textId="77777777" w:rsidR="00FB2FF7" w:rsidRDefault="009C069A">
            <w:pPr>
              <w:autoSpaceDE w:val="0"/>
              <w:autoSpaceDN w:val="0"/>
              <w:spacing w:before="98" w:after="0"/>
              <w:ind w:left="156" w:right="144" w:hanging="156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 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опрос;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</w:tbl>
    <w:p w14:paraId="58FD9860" w14:textId="77777777" w:rsidR="00FB2FF7" w:rsidRDefault="00FB2FF7">
      <w:pPr>
        <w:autoSpaceDE w:val="0"/>
        <w:autoSpaceDN w:val="0"/>
        <w:spacing w:after="0" w:line="14" w:lineRule="exact"/>
      </w:pPr>
    </w:p>
    <w:p w14:paraId="13CB72C5" w14:textId="77777777" w:rsidR="00FB2FF7" w:rsidRDefault="00FB2FF7">
      <w:pPr>
        <w:sectPr w:rsidR="00FB2FF7">
          <w:pgSz w:w="11900" w:h="16840"/>
          <w:pgMar w:top="284" w:right="650" w:bottom="392" w:left="666" w:header="720" w:footer="720" w:gutter="0"/>
          <w:cols w:space="720" w:equalWidth="0">
            <w:col w:w="10584" w:space="0"/>
          </w:cols>
          <w:docGrid w:linePitch="360"/>
        </w:sectPr>
      </w:pPr>
    </w:p>
    <w:p w14:paraId="7EFEA583" w14:textId="77777777" w:rsidR="00FB2FF7" w:rsidRDefault="00FB2FF7">
      <w:pPr>
        <w:autoSpaceDE w:val="0"/>
        <w:autoSpaceDN w:val="0"/>
        <w:spacing w:after="66" w:line="220" w:lineRule="exact"/>
      </w:pPr>
    </w:p>
    <w:tbl>
      <w:tblPr>
        <w:tblW w:w="0" w:type="auto"/>
        <w:tblInd w:w="6" w:type="dxa"/>
        <w:tblLayout w:type="fixed"/>
        <w:tblLook w:val="04A0" w:firstRow="1" w:lastRow="0" w:firstColumn="1" w:lastColumn="0" w:noHBand="0" w:noVBand="1"/>
      </w:tblPr>
      <w:tblGrid>
        <w:gridCol w:w="576"/>
        <w:gridCol w:w="3074"/>
        <w:gridCol w:w="732"/>
        <w:gridCol w:w="1620"/>
        <w:gridCol w:w="1668"/>
        <w:gridCol w:w="1236"/>
        <w:gridCol w:w="1646"/>
      </w:tblGrid>
      <w:tr w:rsidR="00FB2FF7" w14:paraId="48A1F5D3" w14:textId="77777777">
        <w:trPr>
          <w:trHeight w:hRule="exact" w:val="150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A208A67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61.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D6A55FB" w14:textId="77777777" w:rsidR="00FB2FF7" w:rsidRPr="006514E5" w:rsidRDefault="009C069A">
            <w:pPr>
              <w:autoSpaceDE w:val="0"/>
              <w:autoSpaceDN w:val="0"/>
              <w:spacing w:before="98" w:after="0"/>
              <w:ind w:left="72" w:right="144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Правописание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неизменяемых на письме приставок и приставок на з (с).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3713961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9B304BE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3C9EA4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42E80C9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01.12.2022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70F7FAE" w14:textId="77777777" w:rsidR="00FB2FF7" w:rsidRDefault="009C069A">
            <w:pPr>
              <w:autoSpaceDE w:val="0"/>
              <w:autoSpaceDN w:val="0"/>
              <w:spacing w:before="98" w:after="0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опрос;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3F465619" w14:textId="77777777">
        <w:trPr>
          <w:trHeight w:hRule="exact" w:val="150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86081AA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62.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95AFA58" w14:textId="77777777" w:rsidR="00FB2FF7" w:rsidRPr="006514E5" w:rsidRDefault="009C069A">
            <w:pPr>
              <w:autoSpaceDE w:val="0"/>
              <w:autoSpaceDN w:val="0"/>
              <w:spacing w:before="98" w:after="0" w:line="262" w:lineRule="auto"/>
              <w:ind w:left="72" w:right="432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Правописание ы-и после приставок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2430CE3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152315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93AA387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9A0473D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02.12.2022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4D9B6CA" w14:textId="77777777" w:rsidR="00FB2FF7" w:rsidRDefault="009C069A">
            <w:pPr>
              <w:autoSpaceDE w:val="0"/>
              <w:autoSpaceDN w:val="0"/>
              <w:spacing w:before="98" w:after="0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опрос;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452A6D9D" w14:textId="77777777">
        <w:trPr>
          <w:trHeight w:hRule="exact" w:val="1502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861DA72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63.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D060754" w14:textId="77777777" w:rsidR="00FB2FF7" w:rsidRPr="006514E5" w:rsidRDefault="009C069A">
            <w:pPr>
              <w:autoSpaceDE w:val="0"/>
              <w:autoSpaceDN w:val="0"/>
              <w:spacing w:before="98" w:after="0" w:line="230" w:lineRule="auto"/>
              <w:ind w:left="72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Правописание ы-и после ц.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B53F90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F8587B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0B543B7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4F38617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05.12.2022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D6C0C8D" w14:textId="77777777" w:rsidR="00FB2FF7" w:rsidRDefault="009C069A">
            <w:pPr>
              <w:autoSpaceDE w:val="0"/>
              <w:autoSpaceDN w:val="0"/>
              <w:spacing w:before="98" w:after="0" w:line="278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опрос;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5A9BC296" w14:textId="77777777">
        <w:trPr>
          <w:trHeight w:hRule="exact" w:val="1164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7BC0B9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64.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4143986" w14:textId="77777777" w:rsidR="00FB2FF7" w:rsidRPr="00906B6F" w:rsidRDefault="009C069A">
            <w:pPr>
              <w:autoSpaceDE w:val="0"/>
              <w:autoSpaceDN w:val="0"/>
              <w:spacing w:before="98" w:after="0" w:line="262" w:lineRule="auto"/>
              <w:ind w:left="72" w:right="288"/>
              <w:rPr>
                <w:u w:val="single"/>
                <w:lang w:val="ru-RU"/>
              </w:rPr>
            </w:pPr>
            <w:r w:rsidRPr="00906B6F">
              <w:rPr>
                <w:rFonts w:ascii="Times New Roman" w:eastAsia="Times New Roman" w:hAnsi="Times New Roman"/>
                <w:color w:val="000000"/>
                <w:sz w:val="24"/>
                <w:u w:val="single"/>
                <w:lang w:val="ru-RU"/>
              </w:rPr>
              <w:t>Контрольный диктант по теме «Морфемика.</w:t>
            </w:r>
          </w:p>
          <w:p w14:paraId="26EFBBF2" w14:textId="77777777" w:rsidR="00FB2FF7" w:rsidRDefault="009C069A">
            <w:pPr>
              <w:autoSpaceDE w:val="0"/>
              <w:autoSpaceDN w:val="0"/>
              <w:spacing w:before="70" w:after="0" w:line="230" w:lineRule="auto"/>
              <w:ind w:left="72"/>
            </w:pPr>
            <w:r w:rsidRPr="00906B6F">
              <w:rPr>
                <w:rFonts w:ascii="Times New Roman" w:eastAsia="Times New Roman" w:hAnsi="Times New Roman"/>
                <w:color w:val="000000"/>
                <w:sz w:val="24"/>
                <w:u w:val="single"/>
              </w:rPr>
              <w:t>Орфография»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60A0CD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A9AF9A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668774E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0B59392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06.12.2022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0EB36A3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Диктант;</w:t>
            </w:r>
          </w:p>
        </w:tc>
      </w:tr>
      <w:tr w:rsidR="00FB2FF7" w14:paraId="0FB18EDD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484D74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65.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74280A1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43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Морфология как раздел лингвистики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D4D53D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A953CA9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A450106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4453705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07.12.2022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E5C8D9E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48199605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9C26B0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66.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291EFD3" w14:textId="77777777" w:rsidR="00FB2FF7" w:rsidRPr="006514E5" w:rsidRDefault="009C069A">
            <w:pPr>
              <w:autoSpaceDE w:val="0"/>
              <w:autoSpaceDN w:val="0"/>
              <w:spacing w:before="98" w:after="0" w:line="262" w:lineRule="auto"/>
              <w:ind w:left="72" w:right="288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Имя существительное как часть речи.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3AA2F2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2E0635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54F7E22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5A6B86A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08.12.2022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7FDA116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3366B963" w14:textId="77777777">
        <w:trPr>
          <w:trHeight w:hRule="exact" w:val="250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89D0D2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67.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C0EEBCF" w14:textId="77777777" w:rsidR="00FB2FF7" w:rsidRPr="006514E5" w:rsidRDefault="009C069A">
            <w:pPr>
              <w:autoSpaceDE w:val="0"/>
              <w:autoSpaceDN w:val="0"/>
              <w:spacing w:before="98" w:after="0" w:line="281" w:lineRule="auto"/>
              <w:ind w:left="72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Общее грамматическое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значение, морфологические признаки и синтаксические функции имени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существительного в речи.</w:t>
            </w:r>
          </w:p>
          <w:p w14:paraId="43793F16" w14:textId="77777777" w:rsidR="00FB2FF7" w:rsidRPr="006514E5" w:rsidRDefault="009C069A">
            <w:pPr>
              <w:autoSpaceDE w:val="0"/>
              <w:autoSpaceDN w:val="0"/>
              <w:spacing w:before="70" w:after="0" w:line="262" w:lineRule="auto"/>
              <w:ind w:left="72" w:right="288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Роль имени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существительного в речи.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D76157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6236F32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86DA4A3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151C208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09.12.2022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88D64F5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1AC29DCF" w14:textId="77777777">
        <w:trPr>
          <w:trHeight w:hRule="exact" w:val="183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6E2CF27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68.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631C9E2" w14:textId="77777777" w:rsidR="00FB2FF7" w:rsidRPr="006514E5" w:rsidRDefault="009C069A">
            <w:pPr>
              <w:autoSpaceDE w:val="0"/>
              <w:autoSpaceDN w:val="0"/>
              <w:spacing w:before="98" w:after="0" w:line="281" w:lineRule="auto"/>
              <w:ind w:left="72" w:right="288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Лексико-грамматические разряды имён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существительных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(одушевлённые и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неодушевлённые).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F1ABE36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0001906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ECCDB5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406679F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12.12.2022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4C23D9E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461F4086" w14:textId="77777777">
        <w:trPr>
          <w:trHeight w:hRule="exact" w:val="1836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72CC5A6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69.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BA734AA" w14:textId="77777777" w:rsidR="00FB2FF7" w:rsidRPr="006514E5" w:rsidRDefault="009C069A">
            <w:pPr>
              <w:autoSpaceDE w:val="0"/>
              <w:autoSpaceDN w:val="0"/>
              <w:spacing w:before="98" w:after="0" w:line="281" w:lineRule="auto"/>
              <w:ind w:left="72" w:right="288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Лексико-грамматические разряды имён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существительных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(Собственные и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нарицательные).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89C42E9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DBFC6BA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1379E7E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DC82834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13.12.2022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2BB4A53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757FB3C5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7FB1D83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70.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7A7F359" w14:textId="77777777" w:rsidR="00FB2FF7" w:rsidRPr="0085042E" w:rsidRDefault="009C069A">
            <w:pPr>
              <w:autoSpaceDE w:val="0"/>
              <w:autoSpaceDN w:val="0"/>
              <w:spacing w:before="98" w:after="0" w:line="262" w:lineRule="auto"/>
              <w:ind w:left="72" w:right="432"/>
              <w:rPr>
                <w:u w:val="single"/>
              </w:rPr>
            </w:pPr>
            <w:r w:rsidRPr="0085042E">
              <w:rPr>
                <w:rFonts w:ascii="Times New Roman" w:eastAsia="Times New Roman" w:hAnsi="Times New Roman"/>
                <w:color w:val="000000"/>
                <w:sz w:val="24"/>
                <w:u w:val="single"/>
              </w:rPr>
              <w:t>Контрольное сочинение-рассуждение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12F5F1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160EE2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E9DD38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7C85E5F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14.12.2022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CD9402C" w14:textId="77777777" w:rsidR="00FB2FF7" w:rsidRDefault="009C069A">
            <w:pPr>
              <w:autoSpaceDE w:val="0"/>
              <w:autoSpaceDN w:val="0"/>
              <w:spacing w:before="98" w:after="0" w:line="262" w:lineRule="auto"/>
              <w:ind w:right="288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Написание сочинения;</w:t>
            </w:r>
          </w:p>
        </w:tc>
      </w:tr>
      <w:tr w:rsidR="00FB2FF7" w14:paraId="6A2DF904" w14:textId="77777777">
        <w:trPr>
          <w:trHeight w:hRule="exact" w:val="80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F2079F6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71.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BF3B3B3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Правописание собственных имён существительных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F41B1F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656408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5F754EA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C8159D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15.12.2022 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96170B7" w14:textId="77777777" w:rsidR="00FB2FF7" w:rsidRDefault="009C069A">
            <w:pPr>
              <w:tabs>
                <w:tab w:val="left" w:pos="156"/>
              </w:tabs>
              <w:autoSpaceDE w:val="0"/>
              <w:autoSpaceDN w:val="0"/>
              <w:spacing w:before="98" w:after="0" w:line="262" w:lineRule="auto"/>
              <w:ind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 Письменный </w:t>
            </w:r>
            <w:r>
              <w:tab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контроль;</w:t>
            </w:r>
          </w:p>
        </w:tc>
      </w:tr>
    </w:tbl>
    <w:p w14:paraId="00B6F4CF" w14:textId="77777777" w:rsidR="00FB2FF7" w:rsidRDefault="00FB2FF7">
      <w:pPr>
        <w:autoSpaceDE w:val="0"/>
        <w:autoSpaceDN w:val="0"/>
        <w:spacing w:after="0" w:line="14" w:lineRule="exact"/>
      </w:pPr>
    </w:p>
    <w:p w14:paraId="05DA6153" w14:textId="77777777" w:rsidR="00FB2FF7" w:rsidRDefault="00FB2FF7">
      <w:pPr>
        <w:sectPr w:rsidR="00FB2FF7">
          <w:pgSz w:w="11900" w:h="16840"/>
          <w:pgMar w:top="284" w:right="650" w:bottom="550" w:left="666" w:header="720" w:footer="720" w:gutter="0"/>
          <w:cols w:space="720" w:equalWidth="0">
            <w:col w:w="10584" w:space="0"/>
          </w:cols>
          <w:docGrid w:linePitch="360"/>
        </w:sectPr>
      </w:pPr>
    </w:p>
    <w:p w14:paraId="25D46281" w14:textId="77777777" w:rsidR="00FB2FF7" w:rsidRDefault="00FB2FF7">
      <w:pPr>
        <w:autoSpaceDE w:val="0"/>
        <w:autoSpaceDN w:val="0"/>
        <w:spacing w:after="66" w:line="220" w:lineRule="exact"/>
      </w:pPr>
    </w:p>
    <w:tbl>
      <w:tblPr>
        <w:tblW w:w="0" w:type="auto"/>
        <w:tblInd w:w="6" w:type="dxa"/>
        <w:tblLayout w:type="fixed"/>
        <w:tblLook w:val="04A0" w:firstRow="1" w:lastRow="0" w:firstColumn="1" w:lastColumn="0" w:noHBand="0" w:noVBand="1"/>
      </w:tblPr>
      <w:tblGrid>
        <w:gridCol w:w="576"/>
        <w:gridCol w:w="3074"/>
        <w:gridCol w:w="732"/>
        <w:gridCol w:w="1620"/>
        <w:gridCol w:w="1668"/>
        <w:gridCol w:w="1236"/>
        <w:gridCol w:w="1646"/>
      </w:tblGrid>
      <w:tr w:rsidR="00FB2FF7" w14:paraId="4C1D0208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FD3BA6C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72.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8A3ADB1" w14:textId="77777777" w:rsidR="00FB2FF7" w:rsidRPr="006514E5" w:rsidRDefault="009C069A">
            <w:pPr>
              <w:autoSpaceDE w:val="0"/>
              <w:autoSpaceDN w:val="0"/>
              <w:spacing w:before="98" w:after="0" w:line="262" w:lineRule="auto"/>
              <w:ind w:left="72" w:right="432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Род, число, падеж имени существительного.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A4B4967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54BAFA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39FC06A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2A5754E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16.12.2022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092002A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468BF7B5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FE3BE4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73.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F078DAC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43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Имена существительные общего рода.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FD2DE31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7A2EE6A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0A158E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8DDAF66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19.12.2022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B9ECF84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6E262115" w14:textId="77777777">
        <w:trPr>
          <w:trHeight w:hRule="exact" w:val="1164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2AAC53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74.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C5D202E" w14:textId="77777777" w:rsidR="00FB2FF7" w:rsidRPr="006514E5" w:rsidRDefault="009C069A">
            <w:pPr>
              <w:autoSpaceDE w:val="0"/>
              <w:autoSpaceDN w:val="0"/>
              <w:spacing w:before="98" w:after="0" w:line="271" w:lineRule="auto"/>
              <w:ind w:left="72" w:right="288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Имена существительные, имеющие форму только множественного числа.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BA863F2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60F2697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E482301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073C764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20.12.2022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4B4FBA1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7932E4A3" w14:textId="77777777">
        <w:trPr>
          <w:trHeight w:hRule="exact" w:val="1166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7D01B6A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75.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5B883DB" w14:textId="77777777" w:rsidR="00FB2FF7" w:rsidRPr="006514E5" w:rsidRDefault="009C069A">
            <w:pPr>
              <w:autoSpaceDE w:val="0"/>
              <w:autoSpaceDN w:val="0"/>
              <w:spacing w:before="98" w:after="0" w:line="271" w:lineRule="auto"/>
              <w:ind w:left="72" w:right="288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Имена существительные, имеющие форму только единственного числа.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2A733E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3804DB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C31281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4DAC075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21.12.2022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7162FC2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55AF7E84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07A462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76.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DE18F8B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Типы склонения имён существительных.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14CB7B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731AB3E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78364B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6BB3EE9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22.12.2022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8692B50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332F7758" w14:textId="77777777">
        <w:trPr>
          <w:trHeight w:hRule="exact" w:val="150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89581B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77.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A9E3BAC" w14:textId="77777777" w:rsidR="00FB2FF7" w:rsidRPr="006514E5" w:rsidRDefault="009C069A">
            <w:pPr>
              <w:autoSpaceDE w:val="0"/>
              <w:autoSpaceDN w:val="0"/>
              <w:spacing w:before="98" w:after="0" w:line="271" w:lineRule="auto"/>
              <w:ind w:left="72" w:right="288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Правописание Ь на конце имён существительных после шипящих.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364086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FA440B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B53CE19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9168DA4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23.12.2022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144B062" w14:textId="77777777" w:rsidR="00FB2FF7" w:rsidRDefault="009C069A">
            <w:pPr>
              <w:autoSpaceDE w:val="0"/>
              <w:autoSpaceDN w:val="0"/>
              <w:spacing w:before="98" w:after="0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опрос;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6DCF6A2B" w14:textId="77777777">
        <w:trPr>
          <w:trHeight w:hRule="exact" w:val="1164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F02395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78.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35EBEA8" w14:textId="77777777" w:rsidR="00FB2FF7" w:rsidRPr="006514E5" w:rsidRDefault="009C069A">
            <w:pPr>
              <w:autoSpaceDE w:val="0"/>
              <w:autoSpaceDN w:val="0"/>
              <w:spacing w:before="98" w:after="0" w:line="271" w:lineRule="auto"/>
              <w:ind w:left="72" w:right="144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Правописание безударных окончаний имён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существительных.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4C51D2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8FB5C9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E1D0D4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B948FD3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09.01.2023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D5E82DF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42601B94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928E69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79.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121EE5D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43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Разносклоняемые имена существительные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DC24DA3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229369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220FB0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64C0FA4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10.01.2023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F00F266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5D774BB9" w14:textId="77777777">
        <w:trPr>
          <w:trHeight w:hRule="exact" w:val="1164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C0EE583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80.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287D03E" w14:textId="77777777" w:rsidR="00FB2FF7" w:rsidRPr="006514E5" w:rsidRDefault="009C069A">
            <w:pPr>
              <w:autoSpaceDE w:val="0"/>
              <w:autoSpaceDN w:val="0"/>
              <w:spacing w:before="98" w:after="0" w:line="271" w:lineRule="auto"/>
              <w:ind w:left="72" w:right="432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Имена существительные склоняемые и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несклоняемые.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F4CCBE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036BCDA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EF7B49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FD6C916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11.01.2023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DED237E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7CBE4775" w14:textId="77777777">
        <w:trPr>
          <w:trHeight w:hRule="exact" w:val="183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4A0E5D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81.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B9DC5E3" w14:textId="77777777" w:rsidR="00FB2FF7" w:rsidRPr="006514E5" w:rsidRDefault="009C069A">
            <w:pPr>
              <w:autoSpaceDE w:val="0"/>
              <w:autoSpaceDN w:val="0"/>
              <w:spacing w:before="98" w:after="0" w:line="281" w:lineRule="auto"/>
              <w:ind w:left="72" w:right="576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Нормы произношения, нормы постановки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ударения, нормы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словоизменения имён существительных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EBD876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8016B7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98397C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862A34E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12.01.2023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B1FC466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Тестирование;</w:t>
            </w:r>
          </w:p>
        </w:tc>
      </w:tr>
      <w:tr w:rsidR="00FB2FF7" w14:paraId="50ECB817" w14:textId="77777777">
        <w:trPr>
          <w:trHeight w:hRule="exact" w:val="150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AC83B82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82.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E9FA232" w14:textId="77777777" w:rsidR="00FB2FF7" w:rsidRPr="006514E5" w:rsidRDefault="009C069A">
            <w:pPr>
              <w:autoSpaceDE w:val="0"/>
              <w:autoSpaceDN w:val="0"/>
              <w:spacing w:before="98" w:after="0"/>
              <w:ind w:left="72" w:right="288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Правописание О-Е (Ё)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после шипящих и Ц в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суффиксах и окончаниях имён существительных.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D1E4C4E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E6214A3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3BEBC49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749F4CB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13.01.2023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B40D309" w14:textId="77777777" w:rsidR="00FB2FF7" w:rsidRDefault="009C069A">
            <w:pPr>
              <w:autoSpaceDE w:val="0"/>
              <w:autoSpaceDN w:val="0"/>
              <w:spacing w:before="98" w:after="0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опрос;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3B45B68F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45F308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83.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2D6AE7F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Морфологический разбор имён  существительных.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0F1221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DB5B22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E81892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A7722A3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16.01.2023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778AB06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331002E9" w14:textId="77777777">
        <w:trPr>
          <w:trHeight w:hRule="exact" w:val="148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C795A52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84.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68AFBD7" w14:textId="77777777" w:rsidR="00FB2FF7" w:rsidRPr="006514E5" w:rsidRDefault="009C069A">
            <w:pPr>
              <w:autoSpaceDE w:val="0"/>
              <w:autoSpaceDN w:val="0"/>
              <w:spacing w:before="98" w:after="0"/>
              <w:ind w:left="72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Правописание суффиксов –ЧИК- – ЩИК; -ЕК- - -ИК- (-ЧИК-)  имён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существительных.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CEC514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0F6F966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DCA610C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7F9DC87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17.01.2023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78E2436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</w:tbl>
    <w:p w14:paraId="084C6F94" w14:textId="77777777" w:rsidR="00FB2FF7" w:rsidRDefault="00FB2FF7">
      <w:pPr>
        <w:autoSpaceDE w:val="0"/>
        <w:autoSpaceDN w:val="0"/>
        <w:spacing w:after="0" w:line="14" w:lineRule="exact"/>
      </w:pPr>
    </w:p>
    <w:p w14:paraId="77612674" w14:textId="77777777" w:rsidR="00FB2FF7" w:rsidRDefault="00FB2FF7">
      <w:pPr>
        <w:sectPr w:rsidR="00FB2FF7">
          <w:pgSz w:w="11900" w:h="16840"/>
          <w:pgMar w:top="284" w:right="650" w:bottom="560" w:left="666" w:header="720" w:footer="720" w:gutter="0"/>
          <w:cols w:space="720" w:equalWidth="0">
            <w:col w:w="10584" w:space="0"/>
          </w:cols>
          <w:docGrid w:linePitch="360"/>
        </w:sectPr>
      </w:pPr>
    </w:p>
    <w:p w14:paraId="650D17FD" w14:textId="77777777" w:rsidR="00FB2FF7" w:rsidRDefault="00FB2FF7">
      <w:pPr>
        <w:autoSpaceDE w:val="0"/>
        <w:autoSpaceDN w:val="0"/>
        <w:spacing w:after="66" w:line="220" w:lineRule="exact"/>
      </w:pPr>
    </w:p>
    <w:tbl>
      <w:tblPr>
        <w:tblW w:w="0" w:type="auto"/>
        <w:tblInd w:w="6" w:type="dxa"/>
        <w:tblLayout w:type="fixed"/>
        <w:tblLook w:val="04A0" w:firstRow="1" w:lastRow="0" w:firstColumn="1" w:lastColumn="0" w:noHBand="0" w:noVBand="1"/>
      </w:tblPr>
      <w:tblGrid>
        <w:gridCol w:w="576"/>
        <w:gridCol w:w="3074"/>
        <w:gridCol w:w="732"/>
        <w:gridCol w:w="1620"/>
        <w:gridCol w:w="1668"/>
        <w:gridCol w:w="1236"/>
        <w:gridCol w:w="1646"/>
      </w:tblGrid>
      <w:tr w:rsidR="00FB2FF7" w14:paraId="3E5D617D" w14:textId="77777777">
        <w:trPr>
          <w:trHeight w:hRule="exact" w:val="1164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25E3BD2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85.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429CB3F" w14:textId="77777777" w:rsidR="00FB2FF7" w:rsidRPr="006514E5" w:rsidRDefault="009C069A">
            <w:pPr>
              <w:autoSpaceDE w:val="0"/>
              <w:autoSpaceDN w:val="0"/>
              <w:spacing w:before="98" w:after="0" w:line="271" w:lineRule="auto"/>
              <w:ind w:left="72" w:right="288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Слитное и раздельное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написание НЕ с именами существительными.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266EF3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1F36407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151149E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E90D475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18.01.2023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5335C01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Тестирование;</w:t>
            </w:r>
          </w:p>
        </w:tc>
      </w:tr>
      <w:tr w:rsidR="00FB2FF7" w14:paraId="4EE82B8E" w14:textId="77777777">
        <w:trPr>
          <w:trHeight w:hRule="exact" w:val="1164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F71CB0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86.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B87BF56" w14:textId="77777777" w:rsidR="00FB2FF7" w:rsidRPr="006514E5" w:rsidRDefault="009C069A">
            <w:pPr>
              <w:autoSpaceDE w:val="0"/>
              <w:autoSpaceDN w:val="0"/>
              <w:spacing w:before="98" w:after="0" w:line="271" w:lineRule="auto"/>
              <w:ind w:left="72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Правописание корней с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чередованием А//О: -ЛАГ- --ЛОЖ-.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1C42B9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DCA437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38AD166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F8FED20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19.01.2023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F88D1DF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1C85F0C8" w14:textId="77777777">
        <w:trPr>
          <w:trHeight w:hRule="exact" w:val="1166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BDBD4B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87.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B7CE438" w14:textId="77777777" w:rsidR="00FB2FF7" w:rsidRPr="006514E5" w:rsidRDefault="009C069A">
            <w:pPr>
              <w:autoSpaceDE w:val="0"/>
              <w:autoSpaceDN w:val="0"/>
              <w:spacing w:before="98" w:after="0" w:line="271" w:lineRule="auto"/>
              <w:ind w:left="72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Правописание корней с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чередованием А//О: -РАСТ-- -РАЩ- - -РОС-.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14C33D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36D0CA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98C3FA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4740506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20.01.2023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1F198F6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7426C682" w14:textId="77777777">
        <w:trPr>
          <w:trHeight w:hRule="exact" w:val="1164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972F33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88.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9E92E31" w14:textId="77777777" w:rsidR="00FB2FF7" w:rsidRPr="006514E5" w:rsidRDefault="009C069A">
            <w:pPr>
              <w:autoSpaceDE w:val="0"/>
              <w:autoSpaceDN w:val="0"/>
              <w:spacing w:before="98" w:after="0" w:line="271" w:lineRule="auto"/>
              <w:ind w:left="72" w:right="144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Правописание корней с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чередованием А//О: -ГАР- --ГОР-.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19DE3E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13C96B7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C6ED21C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27F37AA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23.01.2023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5875723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4F263B9B" w14:textId="77777777">
        <w:trPr>
          <w:trHeight w:hRule="exact" w:val="1164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E9A5F8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89.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35003C7" w14:textId="77777777" w:rsidR="00FB2FF7" w:rsidRPr="006514E5" w:rsidRDefault="009C069A">
            <w:pPr>
              <w:autoSpaceDE w:val="0"/>
              <w:autoSpaceDN w:val="0"/>
              <w:spacing w:before="98" w:after="0" w:line="271" w:lineRule="auto"/>
              <w:ind w:left="72" w:right="144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Правописание корней с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чередованием А//О: -ЗАР- --ЗОР-.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FADD08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A2649E1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9ECE6F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066AF90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24.01.2023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E69E295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5B2F2AC0" w14:textId="77777777">
        <w:trPr>
          <w:trHeight w:hRule="exact" w:val="150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8C97C1C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90.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4AAE6A2" w14:textId="77777777" w:rsidR="00FB2FF7" w:rsidRPr="006514E5" w:rsidRDefault="009C069A">
            <w:pPr>
              <w:autoSpaceDE w:val="0"/>
              <w:autoSpaceDN w:val="0"/>
              <w:spacing w:before="98" w:after="0"/>
              <w:ind w:left="72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Правописание корней с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чередованием А//О: -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КЛАН- - -КЛОН-, -СКАК- --СКОЧ-.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B5EB1F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ADF0849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94D960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081B5FB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25.01.2023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B2F286F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Тестирование;</w:t>
            </w:r>
          </w:p>
        </w:tc>
      </w:tr>
      <w:tr w:rsidR="00FB2FF7" w14:paraId="13BB8212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B87EE7A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91.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8D49948" w14:textId="77777777" w:rsidR="00FB2FF7" w:rsidRPr="006514E5" w:rsidRDefault="009C069A">
            <w:pPr>
              <w:autoSpaceDE w:val="0"/>
              <w:autoSpaceDN w:val="0"/>
              <w:spacing w:before="98" w:after="0" w:line="262" w:lineRule="auto"/>
              <w:ind w:left="72" w:right="432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Имя прилагательное как часть речи.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F094CA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2CD7E6C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077EF72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429A5B5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26.01.2023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CC6DA90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1561D506" w14:textId="77777777">
        <w:trPr>
          <w:trHeight w:hRule="exact" w:val="1164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B79ADC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92.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60C0365" w14:textId="77777777" w:rsidR="00FB2FF7" w:rsidRPr="006514E5" w:rsidRDefault="009C069A">
            <w:pPr>
              <w:autoSpaceDE w:val="0"/>
              <w:autoSpaceDN w:val="0"/>
              <w:spacing w:before="98" w:after="0" w:line="271" w:lineRule="auto"/>
              <w:ind w:left="72" w:right="576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Общее грамматическое значение имени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прилагательного.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5EB0AF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50FF8E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0CBEE2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A7B8E1B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27.01.2023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107700A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5DE1D034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536132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93.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689D1EA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Морфологически признаки имени прилагательного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046E136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A3AC156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B17EF96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04F242E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30.01.2023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72BFEFC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1B0B3519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AFD3FB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94.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0834899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288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Синтаксические функции имени прилагательного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784D0A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D44690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47F439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1518586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31.01.2023 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F7C3507" w14:textId="77777777" w:rsidR="00FB2FF7" w:rsidRDefault="009C069A">
            <w:pPr>
              <w:tabs>
                <w:tab w:val="left" w:pos="156"/>
              </w:tabs>
              <w:autoSpaceDE w:val="0"/>
              <w:autoSpaceDN w:val="0"/>
              <w:spacing w:before="98" w:after="0" w:line="262" w:lineRule="auto"/>
              <w:ind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 Письменный </w:t>
            </w:r>
            <w:r>
              <w:tab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контроль;</w:t>
            </w:r>
          </w:p>
        </w:tc>
      </w:tr>
      <w:tr w:rsidR="00FB2FF7" w14:paraId="5CB6655F" w14:textId="77777777">
        <w:trPr>
          <w:trHeight w:hRule="exact" w:val="1502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800B49C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95.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E1D84CF" w14:textId="77777777" w:rsidR="00FB2FF7" w:rsidRPr="006514E5" w:rsidRDefault="009C069A">
            <w:pPr>
              <w:autoSpaceDE w:val="0"/>
              <w:autoSpaceDN w:val="0"/>
              <w:spacing w:before="100" w:after="0" w:line="262" w:lineRule="auto"/>
              <w:ind w:left="72" w:right="432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Роль имени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прилагательного в речи.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D7CE59E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B81D84F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F54168D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7F226D7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01.02.2023 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FC8FD9D" w14:textId="77777777" w:rsidR="00FB2FF7" w:rsidRDefault="009C069A">
            <w:pPr>
              <w:autoSpaceDE w:val="0"/>
              <w:autoSpaceDN w:val="0"/>
              <w:spacing w:before="100" w:after="0"/>
              <w:ind w:left="156" w:right="720" w:hanging="156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 Устный опрос;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Анализ текста;</w:t>
            </w:r>
          </w:p>
        </w:tc>
      </w:tr>
      <w:tr w:rsidR="00FB2FF7" w14:paraId="5D36C3B0" w14:textId="77777777">
        <w:trPr>
          <w:trHeight w:hRule="exact" w:val="1164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C5BD8BC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96.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A967B5D" w14:textId="77777777" w:rsidR="00FB2FF7" w:rsidRDefault="009C069A">
            <w:pPr>
              <w:autoSpaceDE w:val="0"/>
              <w:autoSpaceDN w:val="0"/>
              <w:spacing w:before="98" w:after="0" w:line="271" w:lineRule="auto"/>
              <w:ind w:left="72" w:right="1296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Склонение имён прилагательных (повторение).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A077B2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C0D1F66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E7A72C7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A923D9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02.02.2023 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752C405" w14:textId="77777777" w:rsidR="00FB2FF7" w:rsidRDefault="009C069A">
            <w:pPr>
              <w:tabs>
                <w:tab w:val="left" w:pos="156"/>
              </w:tabs>
              <w:autoSpaceDE w:val="0"/>
              <w:autoSpaceDN w:val="0"/>
              <w:spacing w:before="98" w:after="0" w:line="262" w:lineRule="auto"/>
              <w:ind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 Письменный </w:t>
            </w:r>
            <w:r>
              <w:tab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контроль;</w:t>
            </w:r>
          </w:p>
        </w:tc>
      </w:tr>
      <w:tr w:rsidR="00FB2FF7" w14:paraId="7A2C77F7" w14:textId="77777777">
        <w:trPr>
          <w:trHeight w:hRule="exact" w:val="148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8FE28E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97.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9740A52" w14:textId="77777777" w:rsidR="00FB2FF7" w:rsidRPr="006514E5" w:rsidRDefault="009C069A">
            <w:pPr>
              <w:autoSpaceDE w:val="0"/>
              <w:autoSpaceDN w:val="0"/>
              <w:spacing w:before="98" w:after="0" w:line="271" w:lineRule="auto"/>
              <w:ind w:left="72" w:right="144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Правописание безударных окончаний имён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прилагательных. 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3BCD4EA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E40E8C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B2EF6F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3C5C91D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03.02.2023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5C10D6B" w14:textId="77777777" w:rsidR="00FB2FF7" w:rsidRDefault="009C069A">
            <w:pPr>
              <w:autoSpaceDE w:val="0"/>
              <w:autoSpaceDN w:val="0"/>
              <w:spacing w:before="98" w:after="0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опрос;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</w:tbl>
    <w:p w14:paraId="1703447B" w14:textId="77777777" w:rsidR="00FB2FF7" w:rsidRDefault="00FB2FF7">
      <w:pPr>
        <w:autoSpaceDE w:val="0"/>
        <w:autoSpaceDN w:val="0"/>
        <w:spacing w:after="0" w:line="14" w:lineRule="exact"/>
      </w:pPr>
    </w:p>
    <w:p w14:paraId="7366DF00" w14:textId="77777777" w:rsidR="00FB2FF7" w:rsidRDefault="00FB2FF7">
      <w:pPr>
        <w:sectPr w:rsidR="00FB2FF7">
          <w:pgSz w:w="11900" w:h="16840"/>
          <w:pgMar w:top="284" w:right="650" w:bottom="560" w:left="666" w:header="720" w:footer="720" w:gutter="0"/>
          <w:cols w:space="720" w:equalWidth="0">
            <w:col w:w="10584" w:space="0"/>
          </w:cols>
          <w:docGrid w:linePitch="360"/>
        </w:sectPr>
      </w:pPr>
    </w:p>
    <w:p w14:paraId="4C85E54E" w14:textId="77777777" w:rsidR="00FB2FF7" w:rsidRDefault="00FB2FF7">
      <w:pPr>
        <w:autoSpaceDE w:val="0"/>
        <w:autoSpaceDN w:val="0"/>
        <w:spacing w:after="66" w:line="220" w:lineRule="exact"/>
      </w:pPr>
    </w:p>
    <w:tbl>
      <w:tblPr>
        <w:tblW w:w="0" w:type="auto"/>
        <w:tblInd w:w="6" w:type="dxa"/>
        <w:tblLayout w:type="fixed"/>
        <w:tblLook w:val="04A0" w:firstRow="1" w:lastRow="0" w:firstColumn="1" w:lastColumn="0" w:noHBand="0" w:noVBand="1"/>
      </w:tblPr>
      <w:tblGrid>
        <w:gridCol w:w="576"/>
        <w:gridCol w:w="3074"/>
        <w:gridCol w:w="732"/>
        <w:gridCol w:w="1620"/>
        <w:gridCol w:w="1668"/>
        <w:gridCol w:w="1236"/>
        <w:gridCol w:w="1646"/>
      </w:tblGrid>
      <w:tr w:rsidR="00FB2FF7" w14:paraId="11507ECC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7BAC72A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98.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3776A53" w14:textId="77777777" w:rsidR="00FB2FF7" w:rsidRPr="006514E5" w:rsidRDefault="009C069A">
            <w:pPr>
              <w:autoSpaceDE w:val="0"/>
              <w:autoSpaceDN w:val="0"/>
              <w:spacing w:before="98" w:after="0" w:line="262" w:lineRule="auto"/>
              <w:ind w:left="72" w:right="576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Имена прилагательные полные и краткие.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736EAB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0D72BE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9BCD47A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C301AB2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06.02.2023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C7CF85A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60E48215" w14:textId="77777777">
        <w:trPr>
          <w:trHeight w:hRule="exact" w:val="1164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81D136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99.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E7D3DB6" w14:textId="77777777" w:rsidR="00FB2FF7" w:rsidRPr="006514E5" w:rsidRDefault="009C069A">
            <w:pPr>
              <w:autoSpaceDE w:val="0"/>
              <w:autoSpaceDN w:val="0"/>
              <w:spacing w:before="98" w:after="0" w:line="271" w:lineRule="auto"/>
              <w:ind w:left="72" w:right="288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Синтаксические функции полных и кратких имён прилагательных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5B56846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B6E3AB2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ECE7C6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2876F09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07.02.2023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0BB6A28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31523005" w14:textId="77777777">
        <w:trPr>
          <w:trHeight w:hRule="exact" w:val="1164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95F3BB7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100.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582BE64" w14:textId="070E989B" w:rsidR="00FB2FF7" w:rsidRPr="0085042E" w:rsidRDefault="009C069A" w:rsidP="0085042E">
            <w:pPr>
              <w:rPr>
                <w:rFonts w:ascii="Times New Roman" w:hAnsi="Times New Roman" w:cs="Times New Roman"/>
                <w:lang w:val="ru-RU"/>
              </w:rPr>
            </w:pPr>
            <w:r w:rsidRPr="006514E5">
              <w:rPr>
                <w:lang w:val="ru-RU"/>
              </w:rPr>
              <w:t xml:space="preserve"> </w:t>
            </w:r>
            <w:r w:rsidRPr="0085042E">
              <w:rPr>
                <w:rFonts w:ascii="Times New Roman" w:hAnsi="Times New Roman" w:cs="Times New Roman"/>
                <w:lang w:val="ru-RU"/>
              </w:rPr>
              <w:t xml:space="preserve">Правописание кратких </w:t>
            </w:r>
            <w:r w:rsidRPr="0085042E">
              <w:rPr>
                <w:rFonts w:ascii="Times New Roman" w:hAnsi="Times New Roman" w:cs="Times New Roman"/>
                <w:lang w:val="ru-RU"/>
              </w:rPr>
              <w:br/>
              <w:t>форм имён прилагательных с основой на шипящий.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3CEACD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AC88107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90ABEB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C44204A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08.02.2023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C97A99A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5F2AEAA4" w14:textId="77777777">
        <w:trPr>
          <w:trHeight w:hRule="exact" w:val="83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908F6B3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101. 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7ED046D" w14:textId="17BF2312" w:rsidR="00FB2FF7" w:rsidRPr="0085042E" w:rsidRDefault="009C069A" w:rsidP="008504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t xml:space="preserve"> </w:t>
            </w:r>
            <w:r w:rsidRPr="0085042E">
              <w:rPr>
                <w:rFonts w:ascii="Times New Roman" w:hAnsi="Times New Roman" w:cs="Times New Roman"/>
                <w:sz w:val="20"/>
                <w:szCs w:val="20"/>
              </w:rPr>
              <w:t>Морфологический анализ имён прилагательных.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ACF8371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5F26896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FA2F080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8F12634" w14:textId="77777777" w:rsidR="00FB2FF7" w:rsidRDefault="009C069A">
            <w:pPr>
              <w:autoSpaceDE w:val="0"/>
              <w:autoSpaceDN w:val="0"/>
              <w:spacing w:before="100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09.02.2023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6539293" w14:textId="77777777" w:rsidR="00FB2FF7" w:rsidRDefault="009C069A">
            <w:pPr>
              <w:autoSpaceDE w:val="0"/>
              <w:autoSpaceDN w:val="0"/>
              <w:spacing w:before="100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0978283E" w14:textId="77777777">
        <w:trPr>
          <w:trHeight w:hRule="exact" w:val="150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C787C3C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102. 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542B76F" w14:textId="2C3EEB74" w:rsidR="00FB2FF7" w:rsidRPr="00677AEA" w:rsidRDefault="009C069A" w:rsidP="0085042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Нормы словоизменения, произношения имён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прилагательных,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>постановки ударения.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B83C23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8BD935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BCB2E3A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CB93FF0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10.02.2023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9D69E00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18F89053" w14:textId="77777777">
        <w:trPr>
          <w:trHeight w:hRule="exact" w:val="150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1AC7583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103. 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0251C20" w14:textId="77777777" w:rsidR="00FB2FF7" w:rsidRPr="006514E5" w:rsidRDefault="009C069A">
            <w:pPr>
              <w:autoSpaceDE w:val="0"/>
              <w:autoSpaceDN w:val="0"/>
              <w:spacing w:before="98" w:after="0"/>
              <w:ind w:left="156" w:right="144" w:hanging="156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 Правописание О-Е после шипящих и Ц в суффиксах и окончаниях  имён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прилагательных.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AB4C2EE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3A6ECFE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5DE9F8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89A8396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13.02.2023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AB6FC44" w14:textId="77777777" w:rsidR="00FB2FF7" w:rsidRDefault="009C069A">
            <w:pPr>
              <w:autoSpaceDE w:val="0"/>
              <w:autoSpaceDN w:val="0"/>
              <w:spacing w:before="98" w:after="0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опрос;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285474C6" w14:textId="77777777" w:rsidTr="0085042E">
        <w:trPr>
          <w:trHeight w:hRule="exact" w:val="96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2C58EE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104. 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0080A16" w14:textId="7BD0D671" w:rsidR="00FB2FF7" w:rsidRPr="00677AEA" w:rsidRDefault="009C069A" w:rsidP="0085042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Слитное и раздельное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>написание НЕ с именами прилагательными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F77C37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0934F8E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E5FB67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8E75F01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14.02.2023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F3466B1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352C03B6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B109144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105.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5A1C687" w14:textId="77777777" w:rsidR="00FB2FF7" w:rsidRPr="006514E5" w:rsidRDefault="009C069A">
            <w:pPr>
              <w:autoSpaceDE w:val="0"/>
              <w:autoSpaceDN w:val="0"/>
              <w:spacing w:before="98" w:after="0" w:line="262" w:lineRule="auto"/>
              <w:ind w:left="72" w:right="288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Написание НЕ с именами прилагательными.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A4A074E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507022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8EA11DE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6BC55FB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15.02.2023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23B39F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Диктант;</w:t>
            </w:r>
          </w:p>
        </w:tc>
      </w:tr>
      <w:tr w:rsidR="00FB2FF7" w14:paraId="23818A33" w14:textId="77777777">
        <w:trPr>
          <w:trHeight w:hRule="exact" w:val="1164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497396E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106. 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8831969" w14:textId="493B675B" w:rsidR="00FB2FF7" w:rsidRPr="0085042E" w:rsidRDefault="009C069A">
            <w:pPr>
              <w:autoSpaceDE w:val="0"/>
              <w:autoSpaceDN w:val="0"/>
              <w:spacing w:before="98" w:after="0" w:line="271" w:lineRule="auto"/>
              <w:ind w:left="156" w:right="144" w:hanging="156"/>
              <w:rPr>
                <w:u w:val="single"/>
                <w:lang w:val="ru-RU"/>
              </w:rPr>
            </w:pPr>
            <w:r w:rsidRPr="0085042E">
              <w:rPr>
                <w:rFonts w:ascii="Times New Roman" w:eastAsia="Times New Roman" w:hAnsi="Times New Roman"/>
                <w:color w:val="000000"/>
                <w:sz w:val="24"/>
                <w:u w:val="single"/>
                <w:lang w:val="ru-RU"/>
              </w:rPr>
              <w:t xml:space="preserve"> </w:t>
            </w:r>
            <w:r w:rsidR="00441A97">
              <w:rPr>
                <w:rFonts w:ascii="Times New Roman" w:eastAsia="Times New Roman" w:hAnsi="Times New Roman"/>
                <w:color w:val="000000"/>
                <w:sz w:val="24"/>
                <w:u w:val="single"/>
                <w:lang w:val="ru-RU"/>
              </w:rPr>
              <w:t>Проверочная работа</w:t>
            </w:r>
            <w:r w:rsidRPr="0085042E">
              <w:rPr>
                <w:rFonts w:ascii="Times New Roman" w:eastAsia="Times New Roman" w:hAnsi="Times New Roman"/>
                <w:color w:val="000000"/>
                <w:sz w:val="24"/>
                <w:u w:val="single"/>
                <w:lang w:val="ru-RU"/>
              </w:rPr>
              <w:t xml:space="preserve"> по теме «Имя прилагательное».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872B31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34CC941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3D184E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7E5486C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16.02.2023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2182648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Тестирование;</w:t>
            </w:r>
          </w:p>
        </w:tc>
      </w:tr>
      <w:tr w:rsidR="00FB2FF7" w14:paraId="57429F94" w14:textId="77777777">
        <w:trPr>
          <w:trHeight w:hRule="exact" w:val="1166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B9F8BB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107. 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2BEAB83" w14:textId="013E8016" w:rsidR="00FB2FF7" w:rsidRPr="00677AEA" w:rsidRDefault="009C069A" w:rsidP="0085042E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Глагол как часть речи. Общее грамматическое значение.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7C6B2DC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CC8558C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C86BB77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7D2BBB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17.02.2023 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A793713" w14:textId="77777777" w:rsidR="00FB2FF7" w:rsidRDefault="009C069A">
            <w:pPr>
              <w:autoSpaceDE w:val="0"/>
              <w:autoSpaceDN w:val="0"/>
              <w:spacing w:before="98" w:after="0" w:line="262" w:lineRule="auto"/>
              <w:ind w:right="720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 Устный опрос;</w:t>
            </w:r>
          </w:p>
        </w:tc>
      </w:tr>
      <w:tr w:rsidR="00FB2FF7" w14:paraId="7746D80E" w14:textId="77777777">
        <w:trPr>
          <w:trHeight w:hRule="exact" w:val="1164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1F0DC24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108.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03A0FB9" w14:textId="77777777" w:rsidR="00FB2FF7" w:rsidRPr="006514E5" w:rsidRDefault="009C069A">
            <w:pPr>
              <w:autoSpaceDE w:val="0"/>
              <w:autoSpaceDN w:val="0"/>
              <w:spacing w:before="98" w:after="0" w:line="271" w:lineRule="auto"/>
              <w:ind w:left="72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Морфологические признаки и синтаксические функции глагола.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E79D9F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3AC981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F52FEF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E0C69C7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20.02.2023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D42D089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007D418A" w14:textId="77777777">
        <w:trPr>
          <w:trHeight w:hRule="exact" w:val="150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3DB8B71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109. 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8815FB8" w14:textId="6E07BFAB" w:rsidR="00FB2FF7" w:rsidRPr="00677AEA" w:rsidRDefault="009C069A" w:rsidP="0085042E">
            <w:pPr>
              <w:rPr>
                <w:rFonts w:ascii="Times New Roman" w:hAnsi="Times New Roman" w:cs="Times New Roman"/>
                <w:lang w:val="ru-RU"/>
              </w:rPr>
            </w:pPr>
            <w:r w:rsidRPr="00677AEA">
              <w:rPr>
                <w:rFonts w:ascii="Times New Roman" w:hAnsi="Times New Roman" w:cs="Times New Roman"/>
                <w:lang w:val="ru-RU"/>
              </w:rPr>
              <w:t xml:space="preserve">Роль глагола в </w:t>
            </w:r>
            <w:r w:rsidRPr="00677AEA">
              <w:rPr>
                <w:rFonts w:ascii="Times New Roman" w:hAnsi="Times New Roman" w:cs="Times New Roman"/>
                <w:lang w:val="ru-RU"/>
              </w:rPr>
              <w:br/>
              <w:t xml:space="preserve">словосочетании и </w:t>
            </w:r>
            <w:r w:rsidRPr="00677AEA">
              <w:rPr>
                <w:rFonts w:ascii="Times New Roman" w:hAnsi="Times New Roman" w:cs="Times New Roman"/>
                <w:lang w:val="ru-RU"/>
              </w:rPr>
              <w:br/>
              <w:t>предложении, в речи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641DE73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7FFBBFE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8DBCD6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3649361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21.02.2023 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476E6B4" w14:textId="77777777" w:rsidR="00FB2FF7" w:rsidRDefault="009C069A">
            <w:pPr>
              <w:autoSpaceDE w:val="0"/>
              <w:autoSpaceDN w:val="0"/>
              <w:spacing w:before="98" w:after="0"/>
              <w:ind w:left="156" w:right="144" w:hanging="156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 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опрос;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D8782D" w14:paraId="41B2BE23" w14:textId="77777777">
        <w:trPr>
          <w:trHeight w:hRule="exact" w:val="150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9C87DC4" w14:textId="478F2AED" w:rsidR="00D8782D" w:rsidRDefault="00D8782D" w:rsidP="00D8782D">
            <w:pPr>
              <w:autoSpaceDE w:val="0"/>
              <w:autoSpaceDN w:val="0"/>
              <w:spacing w:before="98" w:after="0" w:line="230" w:lineRule="auto"/>
              <w:ind w:left="72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11</w:t>
            </w:r>
            <w:r w:rsidR="00030452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0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B8DBAB1" w14:textId="110563D0" w:rsidR="00D8782D" w:rsidRPr="00677AEA" w:rsidRDefault="00D8782D" w:rsidP="00D8782D">
            <w:pPr>
              <w:rPr>
                <w:rFonts w:ascii="Times New Roman" w:hAnsi="Times New Roman" w:cs="Times New Roman"/>
                <w:lang w:val="ru-RU"/>
              </w:rPr>
            </w:pPr>
            <w:bookmarkStart w:id="3" w:name="_Hlk112708835"/>
            <w:r w:rsidRPr="0085042E">
              <w:rPr>
                <w:lang w:val="ru-RU"/>
              </w:rPr>
              <w:t xml:space="preserve">Слитное и раздельное </w:t>
            </w:r>
            <w:r w:rsidRPr="0085042E">
              <w:rPr>
                <w:lang w:val="ru-RU"/>
              </w:rPr>
              <w:br/>
              <w:t>написание не с</w:t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 глаголами</w:t>
            </w:r>
            <w:bookmarkEnd w:id="3"/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740071F" w14:textId="16D2D96A" w:rsidR="00D8782D" w:rsidRDefault="00D8782D" w:rsidP="00D8782D">
            <w:pPr>
              <w:autoSpaceDE w:val="0"/>
              <w:autoSpaceDN w:val="0"/>
              <w:spacing w:before="98" w:after="0" w:line="230" w:lineRule="auto"/>
              <w:ind w:left="74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E5DFC8B" w14:textId="31EB697C" w:rsidR="00D8782D" w:rsidRDefault="00D8782D" w:rsidP="00D8782D">
            <w:pPr>
              <w:autoSpaceDE w:val="0"/>
              <w:autoSpaceDN w:val="0"/>
              <w:spacing w:before="98" w:after="0" w:line="230" w:lineRule="auto"/>
              <w:ind w:left="72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6AE1086" w14:textId="2F3A99CE" w:rsidR="00D8782D" w:rsidRDefault="00D8782D" w:rsidP="00D8782D">
            <w:pPr>
              <w:autoSpaceDE w:val="0"/>
              <w:autoSpaceDN w:val="0"/>
              <w:spacing w:before="98" w:after="0" w:line="230" w:lineRule="auto"/>
              <w:ind w:left="72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EBCCF15" w14:textId="4402B44F" w:rsidR="00D8782D" w:rsidRDefault="00D8782D" w:rsidP="00D8782D">
            <w:pPr>
              <w:autoSpaceDE w:val="0"/>
              <w:autoSpaceDN w:val="0"/>
              <w:spacing w:before="98" w:after="0" w:line="230" w:lineRule="auto"/>
              <w:ind w:left="72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22</w:t>
            </w:r>
            <w:r w:rsidR="00030452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.02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C610968" w14:textId="7718EE77" w:rsidR="00D8782D" w:rsidRDefault="00D8782D" w:rsidP="00D8782D">
            <w:pPr>
              <w:autoSpaceDE w:val="0"/>
              <w:autoSpaceDN w:val="0"/>
              <w:spacing w:before="98" w:after="0"/>
              <w:ind w:left="156" w:right="144" w:hanging="156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Тестирование;</w:t>
            </w:r>
          </w:p>
        </w:tc>
      </w:tr>
      <w:tr w:rsidR="00030452" w14:paraId="031716ED" w14:textId="77777777">
        <w:trPr>
          <w:trHeight w:hRule="exact" w:val="150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D96CAD0" w14:textId="7B2CBDB6" w:rsidR="00030452" w:rsidRDefault="00030452" w:rsidP="00030452">
            <w:pPr>
              <w:autoSpaceDE w:val="0"/>
              <w:autoSpaceDN w:val="0"/>
              <w:spacing w:before="98" w:after="0" w:line="230" w:lineRule="auto"/>
              <w:ind w:left="72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lastRenderedPageBreak/>
              <w:t>1</w:t>
            </w:r>
            <w:r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11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. 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CEF4B15" w14:textId="27D38DAF" w:rsidR="00030452" w:rsidRPr="00677AEA" w:rsidRDefault="00030452" w:rsidP="00030452">
            <w:pPr>
              <w:rPr>
                <w:rFonts w:ascii="Times New Roman" w:hAnsi="Times New Roman" w:cs="Times New Roman"/>
                <w:lang w:val="ru-RU"/>
              </w:rPr>
            </w:pPr>
            <w:r w:rsidRPr="0085042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Инфинитив и его </w:t>
            </w:r>
            <w:r w:rsidRPr="0085042E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грамматические свойства. 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3201CF9" w14:textId="79EF346F" w:rsidR="00030452" w:rsidRDefault="00030452" w:rsidP="00030452">
            <w:pPr>
              <w:autoSpaceDE w:val="0"/>
              <w:autoSpaceDN w:val="0"/>
              <w:spacing w:before="98" w:after="0" w:line="230" w:lineRule="auto"/>
              <w:ind w:left="74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2046D14" w14:textId="68BB7990" w:rsidR="00030452" w:rsidRDefault="00030452" w:rsidP="00030452">
            <w:pPr>
              <w:autoSpaceDE w:val="0"/>
              <w:autoSpaceDN w:val="0"/>
              <w:spacing w:before="98" w:after="0" w:line="230" w:lineRule="auto"/>
              <w:ind w:left="72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ED94BF7" w14:textId="7B33713C" w:rsidR="00030452" w:rsidRDefault="00030452" w:rsidP="00030452">
            <w:pPr>
              <w:autoSpaceDE w:val="0"/>
              <w:autoSpaceDN w:val="0"/>
              <w:spacing w:before="98" w:after="0" w:line="230" w:lineRule="auto"/>
              <w:ind w:left="72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1442950" w14:textId="4CA1B64C" w:rsidR="00030452" w:rsidRDefault="00030452" w:rsidP="00030452">
            <w:pPr>
              <w:autoSpaceDE w:val="0"/>
              <w:autoSpaceDN w:val="0"/>
              <w:spacing w:before="98" w:after="0" w:line="230" w:lineRule="auto"/>
              <w:ind w:left="72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</w:t>
            </w:r>
            <w:r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3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.02.2023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EF188BA" w14:textId="3A2FF517" w:rsidR="00030452" w:rsidRDefault="00030452" w:rsidP="00030452">
            <w:pPr>
              <w:autoSpaceDE w:val="0"/>
              <w:autoSpaceDN w:val="0"/>
              <w:spacing w:before="98" w:after="0"/>
              <w:ind w:left="156" w:right="144" w:hanging="156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030452" w14:paraId="7D0FFABB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047FCCF" w14:textId="32F6180D" w:rsidR="00030452" w:rsidRDefault="00030452" w:rsidP="0003045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11</w:t>
            </w:r>
            <w:r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2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. 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4BA7B73" w14:textId="3D3ACF90" w:rsidR="00030452" w:rsidRPr="006514E5" w:rsidRDefault="00030452" w:rsidP="00030452">
            <w:pPr>
              <w:tabs>
                <w:tab w:val="left" w:pos="156"/>
              </w:tabs>
              <w:autoSpaceDE w:val="0"/>
              <w:autoSpaceDN w:val="0"/>
              <w:spacing w:before="98" w:after="0" w:line="262" w:lineRule="auto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 Основа инфинитива, основа настоящего (будущего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простого) времени глагола.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11EBF72" w14:textId="143990D2" w:rsidR="00030452" w:rsidRDefault="00030452" w:rsidP="00030452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3A35BFE" w14:textId="7F758308" w:rsidR="00030452" w:rsidRDefault="00030452" w:rsidP="0003045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D0D0879" w14:textId="5A30B354" w:rsidR="00030452" w:rsidRDefault="00030452" w:rsidP="0003045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80AE4B2" w14:textId="6652A54C" w:rsidR="00030452" w:rsidRDefault="00030452" w:rsidP="0003045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</w:t>
            </w:r>
            <w:r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4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.02.2023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4F4593B" w14:textId="0EA309F8" w:rsidR="00030452" w:rsidRDefault="00030452" w:rsidP="00030452">
            <w:pPr>
              <w:autoSpaceDE w:val="0"/>
              <w:autoSpaceDN w:val="0"/>
              <w:spacing w:before="98" w:after="0" w:line="230" w:lineRule="auto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030452" w14:paraId="1ADD8996" w14:textId="77777777">
        <w:trPr>
          <w:trHeight w:hRule="exact" w:val="80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912D104" w14:textId="3DDACD0D" w:rsidR="00030452" w:rsidRDefault="00030452" w:rsidP="00030452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11</w:t>
            </w:r>
            <w:r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3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. 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1E974AD" w14:textId="2D57539E" w:rsidR="00030452" w:rsidRPr="006514E5" w:rsidRDefault="00030452" w:rsidP="00030452">
            <w:pPr>
              <w:tabs>
                <w:tab w:val="left" w:pos="576"/>
              </w:tabs>
              <w:autoSpaceDE w:val="0"/>
              <w:autoSpaceDN w:val="0"/>
              <w:spacing w:before="98" w:after="0" w:line="262" w:lineRule="auto"/>
              <w:ind w:right="288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 Правописание -тся и –ться в </w:t>
            </w:r>
            <w:r w:rsidRPr="006514E5">
              <w:rPr>
                <w:lang w:val="ru-RU"/>
              </w:rPr>
              <w:tab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глаголах.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42DCBBE" w14:textId="0A2FA028" w:rsidR="00030452" w:rsidRDefault="00030452" w:rsidP="00030452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BEE0906" w14:textId="601FC425" w:rsidR="00030452" w:rsidRDefault="00030452" w:rsidP="0003045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5DCEC37" w14:textId="3DB4A053" w:rsidR="00030452" w:rsidRDefault="00030452" w:rsidP="00030452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75EED4B" w14:textId="060FD104" w:rsidR="00030452" w:rsidRDefault="00030452" w:rsidP="00030452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</w:t>
            </w:r>
            <w:r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7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.02.2023 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FC244FE" w14:textId="605DF020" w:rsidR="00030452" w:rsidRDefault="00030452" w:rsidP="00030452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 Диктант;</w:t>
            </w:r>
          </w:p>
        </w:tc>
      </w:tr>
    </w:tbl>
    <w:p w14:paraId="3FF3F3A5" w14:textId="77777777" w:rsidR="00FB2FF7" w:rsidRDefault="00FB2FF7">
      <w:pPr>
        <w:autoSpaceDE w:val="0"/>
        <w:autoSpaceDN w:val="0"/>
        <w:spacing w:after="0" w:line="14" w:lineRule="exact"/>
      </w:pPr>
    </w:p>
    <w:tbl>
      <w:tblPr>
        <w:tblW w:w="0" w:type="auto"/>
        <w:tblInd w:w="6" w:type="dxa"/>
        <w:tblLayout w:type="fixed"/>
        <w:tblLook w:val="04A0" w:firstRow="1" w:lastRow="0" w:firstColumn="1" w:lastColumn="0" w:noHBand="0" w:noVBand="1"/>
      </w:tblPr>
      <w:tblGrid>
        <w:gridCol w:w="576"/>
        <w:gridCol w:w="3074"/>
        <w:gridCol w:w="732"/>
        <w:gridCol w:w="1620"/>
        <w:gridCol w:w="1668"/>
        <w:gridCol w:w="1236"/>
        <w:gridCol w:w="1646"/>
      </w:tblGrid>
      <w:tr w:rsidR="00FB2FF7" w14:paraId="26A8CD47" w14:textId="77777777">
        <w:trPr>
          <w:trHeight w:hRule="exact" w:val="1164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18CB4E1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114.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E03FA3A" w14:textId="19AAAA3E" w:rsidR="00FB2FF7" w:rsidRPr="00677AEA" w:rsidRDefault="009C069A" w:rsidP="0028604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Использование ь как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>показателя грамматической формы инфинитива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9A3386C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5B8474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994141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0D28168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28.02.2023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6BB3339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2A166126" w14:textId="77777777">
        <w:trPr>
          <w:trHeight w:hRule="exact" w:val="1166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4D7DFC8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115. 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8B0BDF7" w14:textId="77777777" w:rsidR="00FB2FF7" w:rsidRPr="0085042E" w:rsidRDefault="009C069A">
            <w:pPr>
              <w:autoSpaceDE w:val="0"/>
              <w:autoSpaceDN w:val="0"/>
              <w:spacing w:before="100" w:after="0" w:line="271" w:lineRule="auto"/>
              <w:ind w:left="156" w:right="144" w:hanging="156"/>
              <w:rPr>
                <w:u w:val="single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85042E">
              <w:rPr>
                <w:rFonts w:ascii="Times New Roman" w:eastAsia="Times New Roman" w:hAnsi="Times New Roman"/>
                <w:color w:val="000000"/>
                <w:sz w:val="24"/>
                <w:u w:val="single"/>
                <w:lang w:val="ru-RU"/>
              </w:rPr>
              <w:t xml:space="preserve">Контрольное сочинение по картине Г. Г. Нисского «На лодке. </w:t>
            </w:r>
            <w:r w:rsidRPr="0085042E">
              <w:rPr>
                <w:rFonts w:ascii="Times New Roman" w:eastAsia="Times New Roman" w:hAnsi="Times New Roman"/>
                <w:color w:val="000000"/>
                <w:sz w:val="24"/>
                <w:u w:val="single"/>
              </w:rPr>
              <w:t>Вечер».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F74A36C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8AE0EED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87F3F6A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4B08A84" w14:textId="77777777" w:rsidR="00FB2FF7" w:rsidRDefault="009C069A">
            <w:pPr>
              <w:autoSpaceDE w:val="0"/>
              <w:autoSpaceDN w:val="0"/>
              <w:spacing w:before="100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01.03.2023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3BECEF4" w14:textId="77777777" w:rsidR="00FB2FF7" w:rsidRDefault="009C069A">
            <w:pPr>
              <w:autoSpaceDE w:val="0"/>
              <w:autoSpaceDN w:val="0"/>
              <w:spacing w:before="100" w:after="0" w:line="262" w:lineRule="auto"/>
              <w:ind w:right="288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Написание сочинения;</w:t>
            </w:r>
          </w:p>
        </w:tc>
      </w:tr>
      <w:tr w:rsidR="00FB2FF7" w14:paraId="7A6B79A1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799C7F8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116.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19954C8" w14:textId="2578E1AF" w:rsidR="00FB2FF7" w:rsidRDefault="009C069A">
            <w:pPr>
              <w:tabs>
                <w:tab w:val="left" w:pos="576"/>
              </w:tabs>
              <w:autoSpaceDE w:val="0"/>
              <w:autoSpaceDN w:val="0"/>
              <w:spacing w:before="98" w:after="0" w:line="262" w:lineRule="auto"/>
              <w:ind w:right="576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 Глаголы совершенного вида.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2562E69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F3F3D0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813EE16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FA18799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02.03.2023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2DBEEF7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544BF19E" w14:textId="77777777">
        <w:trPr>
          <w:trHeight w:hRule="exact" w:val="150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8261818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117.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876F4E9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288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Глаголы несовершенного вида.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69E5E3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491607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82D7737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3433A3F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03.03.2023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51E3E61" w14:textId="77777777" w:rsidR="00FB2FF7" w:rsidRDefault="009C069A">
            <w:pPr>
              <w:autoSpaceDE w:val="0"/>
              <w:autoSpaceDN w:val="0"/>
              <w:spacing w:before="98" w:after="0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опрос;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2511F190" w14:textId="77777777">
        <w:trPr>
          <w:trHeight w:hRule="exact" w:val="150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0812733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118.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5C9791C" w14:textId="6EAC39F6" w:rsidR="00FB2FF7" w:rsidRPr="00677AEA" w:rsidRDefault="009C069A" w:rsidP="0028604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4E407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Правописание корней с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>чередованием е//и: бер-бир, блест-блист, дер-дир,жег-жиг.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D38201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D3497A1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5A9E3F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19A501E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06.03.2023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800783F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061B0760" w14:textId="77777777">
        <w:trPr>
          <w:trHeight w:hRule="exact" w:val="1164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C6CF1A3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119.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A7EC944" w14:textId="5562BCDC" w:rsidR="00FB2FF7" w:rsidRPr="00677AEA" w:rsidRDefault="009C069A" w:rsidP="0028604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4E407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Правописание корней с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>чередованием е//и: мер-мир, пер-пир,стел-стил,тер-тир.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CFC0162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ACDD19C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4EF32A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777EAFF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07.03.2023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E7EEB71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68CF554B" w14:textId="77777777">
        <w:trPr>
          <w:trHeight w:hRule="exact" w:val="1166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5F69FA0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120.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156AE57" w14:textId="145A1F82" w:rsidR="00FB2FF7" w:rsidRPr="00677AEA" w:rsidRDefault="009C069A" w:rsidP="0028604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bookmarkStart w:id="4" w:name="_Hlk112709861"/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Изменение глаголов по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 xml:space="preserve">временам (в изъявительном наклонении). </w:t>
            </w:r>
            <w:bookmarkEnd w:id="4"/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56B2B0E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B5F7DD9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96BA56E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1B63E41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08.03.2023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77F46E2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01517BF5" w14:textId="77777777">
        <w:trPr>
          <w:trHeight w:hRule="exact" w:val="1164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5080E90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121. 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1238EDE" w14:textId="722C6EFB" w:rsidR="00FB2FF7" w:rsidRPr="00677AEA" w:rsidRDefault="009C069A" w:rsidP="0028604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Изменение глаголов по временам: прошедшее время.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C2CAB7F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8BC009A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F6FE924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34FD1B6" w14:textId="77777777" w:rsidR="00FB2FF7" w:rsidRDefault="009C069A">
            <w:pPr>
              <w:autoSpaceDE w:val="0"/>
              <w:autoSpaceDN w:val="0"/>
              <w:spacing w:before="100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09.03.2023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82CFF78" w14:textId="77777777" w:rsidR="00FB2FF7" w:rsidRDefault="009C069A">
            <w:pPr>
              <w:autoSpaceDE w:val="0"/>
              <w:autoSpaceDN w:val="0"/>
              <w:spacing w:before="100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352BE48E" w14:textId="77777777">
        <w:trPr>
          <w:trHeight w:hRule="exact" w:val="150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E0D25EB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122.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9747FE3" w14:textId="1F912F76" w:rsidR="00FB2FF7" w:rsidRPr="00677AEA" w:rsidRDefault="009C069A" w:rsidP="0028604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Правописание гласной перед суффиксом –л- в формах прошедшего времени глагола.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55B12C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1ED10D9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EAC2E8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E818E6B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10.03.2023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B415A24" w14:textId="77777777" w:rsidR="00FB2FF7" w:rsidRDefault="009C069A">
            <w:pPr>
              <w:autoSpaceDE w:val="0"/>
              <w:autoSpaceDN w:val="0"/>
              <w:spacing w:before="98" w:after="0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опрос;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74C67393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FEBEE61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123.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924F46D" w14:textId="50484B14" w:rsidR="00FB2FF7" w:rsidRPr="0028604C" w:rsidRDefault="009C069A" w:rsidP="0028604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604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Изменение глаголов по </w:t>
            </w:r>
            <w:r w:rsidRPr="0028604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>временам: настоящее время.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9C1D6BC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C57BBAC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CC77301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A93A5B6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13.03.2023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D49015E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73284E53" w14:textId="77777777">
        <w:trPr>
          <w:trHeight w:hRule="exact" w:val="80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C4CB52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lastRenderedPageBreak/>
              <w:t xml:space="preserve">124. 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5CD8E07" w14:textId="125AE8B2" w:rsidR="00FB2FF7" w:rsidRPr="00677AEA" w:rsidRDefault="009C069A" w:rsidP="0028604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Изменение глаголов по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ab/>
              <w:t>временам: будущее время.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9CE70B1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FC62172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EFE08E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2A759E3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14.03.2023 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9300B24" w14:textId="77777777" w:rsidR="00FB2FF7" w:rsidRDefault="009C069A">
            <w:pPr>
              <w:autoSpaceDE w:val="0"/>
              <w:autoSpaceDN w:val="0"/>
              <w:spacing w:before="98" w:after="0" w:line="262" w:lineRule="auto"/>
              <w:ind w:right="720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 Устный опрос;</w:t>
            </w:r>
          </w:p>
        </w:tc>
      </w:tr>
    </w:tbl>
    <w:p w14:paraId="6C51CCB9" w14:textId="77777777" w:rsidR="00FB2FF7" w:rsidRDefault="00FB2FF7">
      <w:pPr>
        <w:autoSpaceDE w:val="0"/>
        <w:autoSpaceDN w:val="0"/>
        <w:spacing w:after="0" w:line="14" w:lineRule="exact"/>
      </w:pPr>
    </w:p>
    <w:tbl>
      <w:tblPr>
        <w:tblW w:w="0" w:type="auto"/>
        <w:tblInd w:w="6" w:type="dxa"/>
        <w:tblLayout w:type="fixed"/>
        <w:tblLook w:val="04A0" w:firstRow="1" w:lastRow="0" w:firstColumn="1" w:lastColumn="0" w:noHBand="0" w:noVBand="1"/>
      </w:tblPr>
      <w:tblGrid>
        <w:gridCol w:w="576"/>
        <w:gridCol w:w="3074"/>
        <w:gridCol w:w="732"/>
        <w:gridCol w:w="1620"/>
        <w:gridCol w:w="1668"/>
        <w:gridCol w:w="1236"/>
        <w:gridCol w:w="1646"/>
      </w:tblGrid>
      <w:tr w:rsidR="00FB2FF7" w14:paraId="58EA5A5A" w14:textId="77777777">
        <w:trPr>
          <w:trHeight w:hRule="exact" w:val="1164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017B47C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125. 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873C840" w14:textId="2EF905E6" w:rsidR="00FB2FF7" w:rsidRPr="00677AEA" w:rsidRDefault="009C069A" w:rsidP="0028604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Изменение глаголов по временам: употребление времён.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CD5F281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6C4FBA2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DF6353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96558A1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15.03.2023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005C884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4C719627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19905D7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126. 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681C619" w14:textId="07A5BC52" w:rsidR="00FB2FF7" w:rsidRPr="0028604C" w:rsidRDefault="009C069A" w:rsidP="0028604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Pr="0028604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Изменение глаголов в </w:t>
            </w:r>
            <w:r w:rsidRPr="0028604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>изъявительном наклонении.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B99816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B0526FA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FB51C42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20A0F35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16.03.2023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6F62837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55FCA802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C9A3DA5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127.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43BB6DD" w14:textId="17C65709" w:rsidR="00FB2FF7" w:rsidRPr="00677AEA" w:rsidRDefault="009C069A" w:rsidP="0028604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Изменение глаголов по лицам и числам. 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1E3008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C98C08A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B1F6B7E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F6B86D5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17.03.2023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B206CD9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79DC9F88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8C63336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128. 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6A77A54" w14:textId="7C3646F0" w:rsidR="00FB2FF7" w:rsidRPr="0028604C" w:rsidRDefault="009C069A" w:rsidP="002860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8604C">
              <w:rPr>
                <w:rFonts w:ascii="Times New Roman" w:hAnsi="Times New Roman" w:cs="Times New Roman"/>
                <w:sz w:val="20"/>
                <w:szCs w:val="20"/>
              </w:rPr>
              <w:t xml:space="preserve"> Типы спряжения глагола (повторение).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20CCEF2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06BD901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470D2F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759C172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20.03.2023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95EEDF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Диктант;</w:t>
            </w:r>
          </w:p>
        </w:tc>
      </w:tr>
      <w:tr w:rsidR="00FB2FF7" w14:paraId="258EF881" w14:textId="77777777">
        <w:trPr>
          <w:trHeight w:hRule="exact" w:val="830"/>
        </w:trPr>
        <w:tc>
          <w:tcPr>
            <w:tcW w:w="57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FE10D15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129. </w:t>
            </w:r>
          </w:p>
        </w:tc>
        <w:tc>
          <w:tcPr>
            <w:tcW w:w="3074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7BFAF08" w14:textId="494C6B62" w:rsidR="00FB2FF7" w:rsidRPr="0028604C" w:rsidRDefault="009C069A" w:rsidP="0028604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8604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Правила правописания </w:t>
            </w:r>
            <w:r w:rsidRPr="0028604C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>личных окончаний глагола</w:t>
            </w:r>
          </w:p>
        </w:tc>
        <w:tc>
          <w:tcPr>
            <w:tcW w:w="732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FAA7590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96CDCDF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0621C66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EE8302C" w14:textId="77777777" w:rsidR="00FB2FF7" w:rsidRDefault="009C069A">
            <w:pPr>
              <w:autoSpaceDE w:val="0"/>
              <w:autoSpaceDN w:val="0"/>
              <w:spacing w:before="100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21.03.2023</w:t>
            </w:r>
          </w:p>
        </w:tc>
        <w:tc>
          <w:tcPr>
            <w:tcW w:w="164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C8CEDE3" w14:textId="77777777" w:rsidR="00FB2FF7" w:rsidRDefault="009C069A">
            <w:pPr>
              <w:autoSpaceDE w:val="0"/>
              <w:autoSpaceDN w:val="0"/>
              <w:spacing w:before="100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67F67BE4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8E03AE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130. 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D41ED5E" w14:textId="77777777" w:rsidR="00FB2FF7" w:rsidRPr="0028604C" w:rsidRDefault="009C069A">
            <w:pPr>
              <w:tabs>
                <w:tab w:val="left" w:pos="156"/>
              </w:tabs>
              <w:autoSpaceDE w:val="0"/>
              <w:autoSpaceDN w:val="0"/>
              <w:spacing w:before="98" w:after="0" w:line="262" w:lineRule="auto"/>
              <w:ind w:right="288"/>
              <w:rPr>
                <w:u w:val="single"/>
                <w:lang w:val="ru-RU"/>
              </w:rPr>
            </w:pPr>
            <w:r w:rsidRPr="0028604C">
              <w:rPr>
                <w:rFonts w:ascii="Times New Roman" w:eastAsia="Times New Roman" w:hAnsi="Times New Roman"/>
                <w:color w:val="000000"/>
                <w:sz w:val="24"/>
                <w:u w:val="single"/>
                <w:lang w:val="ru-RU"/>
              </w:rPr>
              <w:t xml:space="preserve"> Контрольный диктант по </w:t>
            </w:r>
            <w:r w:rsidRPr="0028604C">
              <w:rPr>
                <w:u w:val="single"/>
                <w:lang w:val="ru-RU"/>
              </w:rPr>
              <w:tab/>
            </w:r>
            <w:r w:rsidRPr="0028604C">
              <w:rPr>
                <w:rFonts w:ascii="Times New Roman" w:eastAsia="Times New Roman" w:hAnsi="Times New Roman"/>
                <w:color w:val="000000"/>
                <w:sz w:val="24"/>
                <w:u w:val="single"/>
                <w:lang w:val="ru-RU"/>
              </w:rPr>
              <w:t>теме «Глагол»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53C0371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A5CED2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A02C89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7D6E189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22.03.2023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9972F17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43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Написание диктанта;</w:t>
            </w:r>
          </w:p>
        </w:tc>
      </w:tr>
      <w:tr w:rsidR="00FB2FF7" w14:paraId="49AC9F83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5FBC14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131. 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633A141" w14:textId="088DEF11" w:rsidR="00FB2FF7" w:rsidRPr="0028604C" w:rsidRDefault="009C069A" w:rsidP="002860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8604C">
              <w:rPr>
                <w:rFonts w:ascii="Times New Roman" w:hAnsi="Times New Roman" w:cs="Times New Roman"/>
                <w:sz w:val="20"/>
                <w:szCs w:val="20"/>
              </w:rPr>
              <w:t xml:space="preserve"> Нормы словоизменения </w:t>
            </w:r>
            <w:r w:rsidRPr="0028604C">
              <w:rPr>
                <w:rFonts w:ascii="Times New Roman" w:hAnsi="Times New Roman" w:cs="Times New Roman"/>
                <w:sz w:val="20"/>
                <w:szCs w:val="20"/>
              </w:rPr>
              <w:tab/>
              <w:t>глаголов.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5BE253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AA75AD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154E776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1406F48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23.03.2023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FFA200E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6C4D346A" w14:textId="77777777">
        <w:trPr>
          <w:trHeight w:hRule="exact" w:val="1164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E704A0A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132.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4D55F97" w14:textId="4BF81956" w:rsidR="00FB2FF7" w:rsidRPr="00677AEA" w:rsidRDefault="009C069A" w:rsidP="0028604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Постановки ударения в глагольных формах (в рамках изученного).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8C0E45E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B05D30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97E5896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F195B8C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24.03.2023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AD9B04C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37BC9D40" w14:textId="77777777">
        <w:trPr>
          <w:trHeight w:hRule="exact" w:val="1836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8E0BA6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133. 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05C9B14" w14:textId="071BC968" w:rsidR="00FB2FF7" w:rsidRPr="00677AEA" w:rsidRDefault="009C069A" w:rsidP="0028604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Использование ь после шипящих как показателя грамматической формы глагола 2-го лица </w:t>
            </w:r>
            <w:r w:rsidRPr="00677AEA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br/>
              <w:t>единственного числа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BB5F993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F3455C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5CC1AF9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2338E35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03.04.2023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EE37998" w14:textId="77777777" w:rsidR="00FB2FF7" w:rsidRDefault="009C069A">
            <w:pPr>
              <w:autoSpaceDE w:val="0"/>
              <w:autoSpaceDN w:val="0"/>
              <w:spacing w:before="98" w:after="0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опрос;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394EF873" w14:textId="77777777">
        <w:trPr>
          <w:trHeight w:hRule="exact" w:val="150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9E982B4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134.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E482727" w14:textId="77777777" w:rsidR="00FB2FF7" w:rsidRPr="006514E5" w:rsidRDefault="009C069A">
            <w:pPr>
              <w:autoSpaceDE w:val="0"/>
              <w:autoSpaceDN w:val="0"/>
              <w:spacing w:before="98" w:after="0"/>
              <w:ind w:left="72" w:right="144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Правила использования ь после шипящих у глаголов 2-го лица единственного числа.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112F55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F5B9D5E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8B0FBE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8BCEE89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04.04.2023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317F641" w14:textId="77777777" w:rsidR="00FB2FF7" w:rsidRDefault="009C069A">
            <w:pPr>
              <w:autoSpaceDE w:val="0"/>
              <w:autoSpaceDN w:val="0"/>
              <w:spacing w:before="98" w:after="0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опрос;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49CC52FB" w14:textId="77777777">
        <w:trPr>
          <w:trHeight w:hRule="exact" w:val="1166"/>
        </w:trPr>
        <w:tc>
          <w:tcPr>
            <w:tcW w:w="57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59E2FA4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135. </w:t>
            </w:r>
          </w:p>
        </w:tc>
        <w:tc>
          <w:tcPr>
            <w:tcW w:w="3074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0967494" w14:textId="2AA9A5D7" w:rsidR="00FB2FF7" w:rsidRPr="0028604C" w:rsidRDefault="009C069A" w:rsidP="002860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8604C">
              <w:rPr>
                <w:rFonts w:ascii="Times New Roman" w:hAnsi="Times New Roman" w:cs="Times New Roman"/>
                <w:sz w:val="20"/>
                <w:szCs w:val="20"/>
              </w:rPr>
              <w:t xml:space="preserve"> Частичный морфологический  анализ глаголов.</w:t>
            </w:r>
          </w:p>
        </w:tc>
        <w:tc>
          <w:tcPr>
            <w:tcW w:w="732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7032EF9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02E052A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088D5A8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C7946C2" w14:textId="77777777" w:rsidR="00FB2FF7" w:rsidRDefault="009C069A">
            <w:pPr>
              <w:autoSpaceDE w:val="0"/>
              <w:autoSpaceDN w:val="0"/>
              <w:spacing w:before="100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05.04.2023</w:t>
            </w:r>
          </w:p>
        </w:tc>
        <w:tc>
          <w:tcPr>
            <w:tcW w:w="1646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39C2F37" w14:textId="77777777" w:rsidR="00FB2FF7" w:rsidRDefault="009C069A">
            <w:pPr>
              <w:autoSpaceDE w:val="0"/>
              <w:autoSpaceDN w:val="0"/>
              <w:spacing w:before="100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40C68A6C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E9846B8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136.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2DDCB05" w14:textId="2FAD6933" w:rsidR="00FB2FF7" w:rsidRPr="00892F71" w:rsidRDefault="009C069A" w:rsidP="0028604C">
            <w:pPr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892F71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Контрольное изложение (сжатое). 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1C27846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C8D0033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84D9E83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4C6D657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06.04.2023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B199DC7" w14:textId="77777777" w:rsidR="00FB2FF7" w:rsidRDefault="009C069A">
            <w:pPr>
              <w:autoSpaceDE w:val="0"/>
              <w:autoSpaceDN w:val="0"/>
              <w:spacing w:before="98" w:after="0" w:line="262" w:lineRule="auto"/>
              <w:ind w:right="288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Написание изложения;</w:t>
            </w:r>
          </w:p>
        </w:tc>
      </w:tr>
      <w:tr w:rsidR="00FB2FF7" w14:paraId="2BD1B60C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BB934BE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137.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B2918E5" w14:textId="74ECC715" w:rsidR="00FB2FF7" w:rsidRDefault="009C069A">
            <w:pPr>
              <w:autoSpaceDE w:val="0"/>
              <w:autoSpaceDN w:val="0"/>
              <w:spacing w:before="98" w:after="0" w:line="230" w:lineRule="auto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 Возвратные глаголы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2ACC1B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88F5521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DC1A4C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8DC8087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07.04.2023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E3B8106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544B8D0B" w14:textId="77777777">
        <w:trPr>
          <w:trHeight w:hRule="exact" w:val="80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741AF4C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138.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DEEAE49" w14:textId="64B25D30" w:rsidR="00FB2FF7" w:rsidRDefault="009C069A">
            <w:pPr>
              <w:autoSpaceDE w:val="0"/>
              <w:autoSpaceDN w:val="0"/>
              <w:spacing w:before="98" w:after="0" w:line="230" w:lineRule="auto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 Невозвратные  глаголы.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8A0D86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D9B800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18B4962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78B2152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10.04.2023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F8A3622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</w:tbl>
    <w:p w14:paraId="716EBEE7" w14:textId="77777777" w:rsidR="00FB2FF7" w:rsidRDefault="00FB2FF7">
      <w:pPr>
        <w:autoSpaceDE w:val="0"/>
        <w:autoSpaceDN w:val="0"/>
        <w:spacing w:after="0" w:line="14" w:lineRule="exact"/>
      </w:pPr>
    </w:p>
    <w:p w14:paraId="409E90F0" w14:textId="77777777" w:rsidR="00FB2FF7" w:rsidRDefault="00FB2FF7">
      <w:pPr>
        <w:sectPr w:rsidR="00FB2FF7">
          <w:pgSz w:w="11900" w:h="16840"/>
          <w:pgMar w:top="284" w:right="650" w:bottom="988" w:left="666" w:header="720" w:footer="720" w:gutter="0"/>
          <w:cols w:space="720" w:equalWidth="0">
            <w:col w:w="10584" w:space="0"/>
          </w:cols>
          <w:docGrid w:linePitch="360"/>
        </w:sectPr>
      </w:pPr>
    </w:p>
    <w:p w14:paraId="1E2B2C1E" w14:textId="77777777" w:rsidR="00FB2FF7" w:rsidRDefault="00FB2FF7">
      <w:pPr>
        <w:autoSpaceDE w:val="0"/>
        <w:autoSpaceDN w:val="0"/>
        <w:spacing w:after="66" w:line="220" w:lineRule="exact"/>
      </w:pPr>
    </w:p>
    <w:tbl>
      <w:tblPr>
        <w:tblW w:w="0" w:type="auto"/>
        <w:tblInd w:w="6" w:type="dxa"/>
        <w:tblLayout w:type="fixed"/>
        <w:tblLook w:val="04A0" w:firstRow="1" w:lastRow="0" w:firstColumn="1" w:lastColumn="0" w:noHBand="0" w:noVBand="1"/>
      </w:tblPr>
      <w:tblGrid>
        <w:gridCol w:w="576"/>
        <w:gridCol w:w="3074"/>
        <w:gridCol w:w="732"/>
        <w:gridCol w:w="1620"/>
        <w:gridCol w:w="1668"/>
        <w:gridCol w:w="1236"/>
        <w:gridCol w:w="1646"/>
      </w:tblGrid>
      <w:tr w:rsidR="00FB2FF7" w14:paraId="7D984E8D" w14:textId="77777777">
        <w:trPr>
          <w:trHeight w:hRule="exact" w:val="150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9484812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139. 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501DE30" w14:textId="77777777" w:rsidR="00FB2FF7" w:rsidRPr="006514E5" w:rsidRDefault="009C069A">
            <w:pPr>
              <w:tabs>
                <w:tab w:val="left" w:pos="156"/>
              </w:tabs>
              <w:autoSpaceDE w:val="0"/>
              <w:autoSpaceDN w:val="0"/>
              <w:spacing w:before="98" w:after="0" w:line="262" w:lineRule="auto"/>
              <w:ind w:right="144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 Правописание суффиксов –</w:t>
            </w:r>
            <w:r w:rsidRPr="006514E5">
              <w:rPr>
                <w:lang w:val="ru-RU"/>
              </w:rPr>
              <w:tab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ова- ева, -ыва-  ива-.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3B5B6D3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D3378E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AB1C487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0CD58FF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11.04.2023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0DBDC1F" w14:textId="77777777" w:rsidR="00FB2FF7" w:rsidRDefault="009C069A">
            <w:pPr>
              <w:autoSpaceDE w:val="0"/>
              <w:autoSpaceDN w:val="0"/>
              <w:spacing w:before="98" w:after="0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опрос;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11B38934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70A676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140. 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52D3E05" w14:textId="2D73F1F2" w:rsidR="00FB2FF7" w:rsidRPr="006514E5" w:rsidRDefault="009C069A" w:rsidP="0028604C">
            <w:pPr>
              <w:autoSpaceDE w:val="0"/>
              <w:autoSpaceDN w:val="0"/>
              <w:spacing w:before="98" w:after="0" w:line="262" w:lineRule="auto"/>
              <w:ind w:right="576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Понятие о синтаксисе. Понятие о пунктуации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3B125B9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E01173A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AE4F10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BFE5A3F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12.04.2023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7D92D81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6E9540C9" w14:textId="77777777">
        <w:trPr>
          <w:trHeight w:hRule="exact" w:val="1166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FA3537A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141. 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7C64304" w14:textId="019BEA9D" w:rsidR="00FB2FF7" w:rsidRPr="006514E5" w:rsidRDefault="009C069A" w:rsidP="00AE3F7E">
            <w:pPr>
              <w:autoSpaceDE w:val="0"/>
              <w:autoSpaceDN w:val="0"/>
              <w:spacing w:before="98" w:after="0" w:line="271" w:lineRule="auto"/>
              <w:ind w:right="144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Словосочетание и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предложение как единицы синтаксиса.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C05C62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4905809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08E00DA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2C36BC8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13.04.2023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E0AC787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01EFDEEE" w14:textId="77777777">
        <w:trPr>
          <w:trHeight w:hRule="exact" w:val="1836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EE34871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142. 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05F06C5" w14:textId="0445B94F" w:rsidR="00FB2FF7" w:rsidRPr="006514E5" w:rsidRDefault="009C069A" w:rsidP="0028604C">
            <w:pPr>
              <w:autoSpaceDE w:val="0"/>
              <w:autoSpaceDN w:val="0"/>
              <w:spacing w:before="98" w:after="0" w:line="281" w:lineRule="auto"/>
              <w:ind w:right="288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 Предложение и его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признаки. Виды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предложений  по цели высказывания и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эмоциональной окраске. 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89386C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EA7ABD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177F54E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20A6C88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14.04.2023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4F263EA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7463200E" w14:textId="77777777">
        <w:trPr>
          <w:trHeight w:hRule="exact" w:val="2172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A47F88C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143.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616F384" w14:textId="619539CB" w:rsidR="00FB2FF7" w:rsidRDefault="009C069A" w:rsidP="0028604C">
            <w:pPr>
              <w:autoSpaceDE w:val="0"/>
              <w:autoSpaceDN w:val="0"/>
              <w:spacing w:before="98" w:after="0" w:line="281" w:lineRule="auto"/>
              <w:ind w:right="144"/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Главные члены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предложения. Подлежащее и сказуемое  и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морфологические средства выражения. 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Тире между подлежащим и сказуемым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9890BF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99BA8C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3A631FC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9D84EAA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17.04.2023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A4E997D" w14:textId="77777777" w:rsidR="00FB2FF7" w:rsidRDefault="009C069A">
            <w:pPr>
              <w:autoSpaceDE w:val="0"/>
              <w:autoSpaceDN w:val="0"/>
              <w:spacing w:before="98" w:after="0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опрос;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1C011902" w14:textId="77777777">
        <w:trPr>
          <w:trHeight w:hRule="exact" w:val="1836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9D1BC83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144.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E39B825" w14:textId="73E75036" w:rsidR="00FB2FF7" w:rsidRPr="006514E5" w:rsidRDefault="009C069A" w:rsidP="00AE3F7E">
            <w:pPr>
              <w:autoSpaceDE w:val="0"/>
              <w:autoSpaceDN w:val="0"/>
              <w:spacing w:before="98" w:after="0" w:line="271" w:lineRule="auto"/>
              <w:ind w:right="720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 Предложения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распространённые и нераспространённые.</w:t>
            </w:r>
          </w:p>
          <w:p w14:paraId="275A3304" w14:textId="77777777" w:rsidR="00FB2FF7" w:rsidRDefault="009C069A">
            <w:pPr>
              <w:autoSpaceDE w:val="0"/>
              <w:autoSpaceDN w:val="0"/>
              <w:spacing w:before="70" w:after="0" w:line="262" w:lineRule="auto"/>
              <w:ind w:left="72" w:right="144"/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Второстепенные члены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предложения. 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Дополнение.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A63F68C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7F62762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951C23A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0950D01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18.04.2023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120A259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68D348F8" w14:textId="77777777">
        <w:trPr>
          <w:trHeight w:hRule="exact" w:val="1164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129320C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145. 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471EBC5" w14:textId="71862970" w:rsidR="00FB2FF7" w:rsidRPr="006514E5" w:rsidRDefault="009C069A" w:rsidP="00AE3F7E">
            <w:pPr>
              <w:autoSpaceDE w:val="0"/>
              <w:autoSpaceDN w:val="0"/>
              <w:spacing w:before="98" w:after="0" w:line="271" w:lineRule="auto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Второстепенные члены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предложения. Определение. Обстоятельство. 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16ED6A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42EC38E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110D91C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E65B554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19.04.2023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EEA2D29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387B92DB" w14:textId="77777777">
        <w:trPr>
          <w:trHeight w:hRule="exact" w:val="1166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CA35273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146. 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09EBF05" w14:textId="0BD1E49D" w:rsidR="00FB2FF7" w:rsidRPr="006514E5" w:rsidRDefault="009C069A" w:rsidP="00AE3F7E">
            <w:pPr>
              <w:autoSpaceDE w:val="0"/>
              <w:autoSpaceDN w:val="0"/>
              <w:spacing w:before="100" w:after="0" w:line="271" w:lineRule="auto"/>
              <w:ind w:right="432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Синтаксический анализ простых двусоставных предложений.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5131A54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8E5D791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48BA15A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BB9E511" w14:textId="77777777" w:rsidR="00FB2FF7" w:rsidRDefault="009C069A">
            <w:pPr>
              <w:autoSpaceDE w:val="0"/>
              <w:autoSpaceDN w:val="0"/>
              <w:spacing w:before="100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20.04.2023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595A22D" w14:textId="77777777" w:rsidR="00FB2FF7" w:rsidRDefault="009C069A">
            <w:pPr>
              <w:autoSpaceDE w:val="0"/>
              <w:autoSpaceDN w:val="0"/>
              <w:spacing w:before="100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6553B75F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7BDB4B8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147.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3CAFCE4" w14:textId="2C16DE45" w:rsidR="00FB2FF7" w:rsidRPr="006514E5" w:rsidRDefault="009C069A">
            <w:pPr>
              <w:tabs>
                <w:tab w:val="left" w:pos="576"/>
              </w:tabs>
              <w:autoSpaceDE w:val="0"/>
              <w:autoSpaceDN w:val="0"/>
              <w:spacing w:before="98" w:after="0" w:line="262" w:lineRule="auto"/>
              <w:ind w:right="144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Понятие о простом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осложнённом предложении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D548F0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FFF84A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890488A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23BC27B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21.04.2023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9A0B530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6C8AB37B" w14:textId="77777777">
        <w:trPr>
          <w:trHeight w:hRule="exact" w:val="150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7AE958C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148.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FABF420" w14:textId="2AFD572D" w:rsidR="00FB2FF7" w:rsidRPr="00AE3F7E" w:rsidRDefault="009C069A" w:rsidP="00AE3F7E">
            <w:pPr>
              <w:autoSpaceDE w:val="0"/>
              <w:autoSpaceDN w:val="0"/>
              <w:spacing w:before="98" w:after="0"/>
              <w:ind w:right="432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Однородные члены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предложения, их роль в речи. </w:t>
            </w:r>
            <w:r w:rsidRPr="00AE3F7E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Предложения с однородными членами.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2C1486A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C03EDB7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DC34BD7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8414016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24.04.2023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A4462AF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03E6BA05" w14:textId="77777777">
        <w:trPr>
          <w:trHeight w:hRule="exact" w:val="148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01462B5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149.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91B7852" w14:textId="71F0D196" w:rsidR="00FB2FF7" w:rsidRPr="006514E5" w:rsidRDefault="009C069A" w:rsidP="00AE3F7E">
            <w:pPr>
              <w:autoSpaceDE w:val="0"/>
              <w:autoSpaceDN w:val="0"/>
              <w:spacing w:before="98" w:after="0" w:line="271" w:lineRule="auto"/>
              <w:ind w:right="288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Предложения с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обобщающим словом при однородных членах.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DE3AEF7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2BC170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4CBD3C3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A87BB79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25.04.2023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43016C7" w14:textId="77777777" w:rsidR="00FB2FF7" w:rsidRDefault="009C069A">
            <w:pPr>
              <w:autoSpaceDE w:val="0"/>
              <w:autoSpaceDN w:val="0"/>
              <w:spacing w:before="98" w:after="0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опрос;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</w:tbl>
    <w:p w14:paraId="457B109B" w14:textId="77777777" w:rsidR="00FB2FF7" w:rsidRDefault="00FB2FF7">
      <w:pPr>
        <w:autoSpaceDE w:val="0"/>
        <w:autoSpaceDN w:val="0"/>
        <w:spacing w:after="0" w:line="14" w:lineRule="exact"/>
      </w:pPr>
    </w:p>
    <w:p w14:paraId="1D38EC64" w14:textId="77777777" w:rsidR="00FB2FF7" w:rsidRDefault="00FB2FF7">
      <w:pPr>
        <w:sectPr w:rsidR="00FB2FF7">
          <w:pgSz w:w="11900" w:h="16840"/>
          <w:pgMar w:top="284" w:right="650" w:bottom="380" w:left="666" w:header="720" w:footer="720" w:gutter="0"/>
          <w:cols w:space="720" w:equalWidth="0">
            <w:col w:w="10584" w:space="0"/>
          </w:cols>
          <w:docGrid w:linePitch="360"/>
        </w:sectPr>
      </w:pPr>
    </w:p>
    <w:p w14:paraId="2BD18941" w14:textId="77777777" w:rsidR="00FB2FF7" w:rsidRDefault="00FB2FF7">
      <w:pPr>
        <w:autoSpaceDE w:val="0"/>
        <w:autoSpaceDN w:val="0"/>
        <w:spacing w:after="66" w:line="220" w:lineRule="exact"/>
      </w:pPr>
    </w:p>
    <w:tbl>
      <w:tblPr>
        <w:tblW w:w="0" w:type="auto"/>
        <w:tblInd w:w="6" w:type="dxa"/>
        <w:tblLayout w:type="fixed"/>
        <w:tblLook w:val="04A0" w:firstRow="1" w:lastRow="0" w:firstColumn="1" w:lastColumn="0" w:noHBand="0" w:noVBand="1"/>
      </w:tblPr>
      <w:tblGrid>
        <w:gridCol w:w="576"/>
        <w:gridCol w:w="3074"/>
        <w:gridCol w:w="732"/>
        <w:gridCol w:w="1620"/>
        <w:gridCol w:w="1668"/>
        <w:gridCol w:w="1236"/>
        <w:gridCol w:w="1646"/>
      </w:tblGrid>
      <w:tr w:rsidR="00FB2FF7" w14:paraId="02F5E745" w14:textId="77777777">
        <w:trPr>
          <w:trHeight w:hRule="exact" w:val="2172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08B3CA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150. 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8A3D6A6" w14:textId="44D28824" w:rsidR="00FB2FF7" w:rsidRPr="006514E5" w:rsidRDefault="009C069A" w:rsidP="00AE3F7E">
            <w:pPr>
              <w:autoSpaceDE w:val="0"/>
              <w:autoSpaceDN w:val="0"/>
              <w:spacing w:before="98" w:after="0" w:line="281" w:lineRule="auto"/>
              <w:ind w:right="144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Пунктуационное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оформление предложений, осложнённых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однородными членами,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связанных бессоюзной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связью и союзами.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06E664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657D3E6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268C0F2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7BEEC11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26.04.2023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2730E3C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64F7FF99" w14:textId="77777777">
        <w:trPr>
          <w:trHeight w:hRule="exact" w:val="1502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EB602E1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151.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7995027" w14:textId="4E9328CA" w:rsidR="00FB2FF7" w:rsidRPr="006514E5" w:rsidRDefault="009C069A" w:rsidP="00AE3F7E">
            <w:pPr>
              <w:autoSpaceDE w:val="0"/>
              <w:autoSpaceDN w:val="0"/>
              <w:spacing w:before="98" w:after="0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Пунктуационное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оформление  предложения с обобщающим словом при однородных членах.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FA4AD8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BA2DBB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1D36E5E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73DEE28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27.04.2023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DE63E7C" w14:textId="77777777" w:rsidR="00FB2FF7" w:rsidRDefault="009C069A">
            <w:pPr>
              <w:autoSpaceDE w:val="0"/>
              <w:autoSpaceDN w:val="0"/>
              <w:spacing w:before="98" w:after="0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опрос;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606AAC46" w14:textId="77777777">
        <w:trPr>
          <w:trHeight w:hRule="exact" w:val="150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91587A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152. 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A019078" w14:textId="54D3E16F" w:rsidR="00FB2FF7" w:rsidRPr="006514E5" w:rsidRDefault="009C069A" w:rsidP="00AE3F7E">
            <w:pPr>
              <w:autoSpaceDE w:val="0"/>
              <w:autoSpaceDN w:val="0"/>
              <w:spacing w:before="98" w:after="0" w:line="271" w:lineRule="auto"/>
              <w:ind w:right="144"/>
              <w:rPr>
                <w:lang w:val="ru-RU"/>
              </w:rPr>
            </w:pPr>
            <w:bookmarkStart w:id="5" w:name="_Hlk112710043"/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Предложения с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обращениями, особенности интонации</w:t>
            </w:r>
            <w:bookmarkEnd w:id="5"/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9102907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C02DEC9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529BEC6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D88B880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28.04.2023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11AE907" w14:textId="77777777" w:rsidR="00FB2FF7" w:rsidRDefault="009C069A">
            <w:pPr>
              <w:autoSpaceDE w:val="0"/>
              <w:autoSpaceDN w:val="0"/>
              <w:spacing w:before="98" w:after="0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опрос;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11072E4F" w14:textId="77777777">
        <w:trPr>
          <w:trHeight w:hRule="exact" w:val="1164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75FE77F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153.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540ECD2" w14:textId="276EBC16" w:rsidR="00FB2FF7" w:rsidRPr="006514E5" w:rsidRDefault="009C069A" w:rsidP="00AE3F7E">
            <w:pPr>
              <w:autoSpaceDE w:val="0"/>
              <w:autoSpaceDN w:val="0"/>
              <w:spacing w:before="98" w:after="0" w:line="271" w:lineRule="auto"/>
              <w:ind w:right="432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Синтаксический анализ простых осложнённых предложений.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6CA0D8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075DAB1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453B2A9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9F9C8A0" w14:textId="562AE40F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  <w:r w:rsidR="004A1F9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1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.05.2023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E9263B0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1EEDBA40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B88383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154. 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3E21DBB" w14:textId="171BCEDC" w:rsidR="00FB2FF7" w:rsidRDefault="009C069A">
            <w:pPr>
              <w:tabs>
                <w:tab w:val="left" w:pos="576"/>
              </w:tabs>
              <w:autoSpaceDE w:val="0"/>
              <w:autoSpaceDN w:val="0"/>
              <w:spacing w:before="98" w:after="0" w:line="262" w:lineRule="auto"/>
              <w:ind w:right="43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Предложения простые и сложные.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49B50C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5776EF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1E9A153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ADEB695" w14:textId="1A8D4A18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  <w:r w:rsidR="004A1F9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2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.05.2023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D0F4C45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170F4891" w14:textId="77777777">
        <w:trPr>
          <w:trHeight w:hRule="exact" w:val="1164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10EF22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155. 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56CB841" w14:textId="77777777" w:rsidR="00FB2FF7" w:rsidRPr="006514E5" w:rsidRDefault="009C069A">
            <w:pPr>
              <w:autoSpaceDE w:val="0"/>
              <w:autoSpaceDN w:val="0"/>
              <w:spacing w:before="98" w:after="0" w:line="271" w:lineRule="auto"/>
              <w:ind w:left="156" w:right="432" w:hanging="156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 </w:t>
            </w:r>
            <w:bookmarkStart w:id="6" w:name="_Hlk112710216"/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Сложные предложения с бессоюзной и союзной связью.</w:t>
            </w:r>
            <w:bookmarkEnd w:id="6"/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6E579A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C787539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435F41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4E1A485" w14:textId="3A4C00AA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  <w:r w:rsidR="004A1F9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3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.05.2023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F714274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076BFD04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05F8FC8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156.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D1BD2D6" w14:textId="5A95F45A" w:rsidR="00FB2FF7" w:rsidRDefault="009C069A">
            <w:pPr>
              <w:tabs>
                <w:tab w:val="left" w:pos="576"/>
              </w:tabs>
              <w:autoSpaceDE w:val="0"/>
              <w:autoSpaceDN w:val="0"/>
              <w:spacing w:before="98" w:after="0" w:line="262" w:lineRule="auto"/>
              <w:ind w:right="86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Предложения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сложносочинённые.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F7413CA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328012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0C0132C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3AC6411" w14:textId="0847BAB1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  <w:r w:rsidR="004A1F9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4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.05.2023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7879500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34DDF5C7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4D63807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157. 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9303983" w14:textId="7AE68D76" w:rsidR="00FB2FF7" w:rsidRDefault="009C069A">
            <w:pPr>
              <w:tabs>
                <w:tab w:val="left" w:pos="576"/>
              </w:tabs>
              <w:autoSpaceDE w:val="0"/>
              <w:autoSpaceDN w:val="0"/>
              <w:spacing w:before="98" w:after="0" w:line="262" w:lineRule="auto"/>
              <w:ind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Предложения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сложноподчинённые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A1B2FA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000FEED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140A65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839FBB9" w14:textId="0549E58E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  <w:r w:rsidR="004A1F9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5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.05.2023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37AB0D1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423DA6C3" w14:textId="77777777">
        <w:trPr>
          <w:trHeight w:hRule="exact" w:val="2174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22AA172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158.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8805732" w14:textId="5AD53625" w:rsidR="00FB2FF7" w:rsidRPr="006514E5" w:rsidRDefault="009C069A" w:rsidP="00AE3F7E">
            <w:pPr>
              <w:autoSpaceDE w:val="0"/>
              <w:autoSpaceDN w:val="0"/>
              <w:spacing w:before="98" w:after="0" w:line="283" w:lineRule="auto"/>
              <w:ind w:right="288"/>
              <w:rPr>
                <w:lang w:val="ru-RU"/>
              </w:rPr>
            </w:pPr>
            <w:bookmarkStart w:id="7" w:name="_Hlk112710288"/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Пунктуационное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оформление сложных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предложений, связанных бессоюзной связью и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союзами и, но, а, однако, зато, да.</w:t>
            </w:r>
            <w:bookmarkEnd w:id="7"/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E9E0FA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0CA4DB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C13F7D7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517B9D7" w14:textId="12886A6F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  <w:r w:rsidR="004A1F90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8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.05.2023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A413290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431307EF" w14:textId="77777777">
        <w:trPr>
          <w:trHeight w:hRule="exact" w:val="1164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233689F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159.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941772D" w14:textId="77777777" w:rsidR="00FB2FF7" w:rsidRPr="00677AEA" w:rsidRDefault="009C069A">
            <w:pPr>
              <w:autoSpaceDE w:val="0"/>
              <w:autoSpaceDN w:val="0"/>
              <w:spacing w:before="98" w:after="0" w:line="271" w:lineRule="auto"/>
              <w:ind w:left="72" w:right="288"/>
              <w:rPr>
                <w:u w:val="single"/>
                <w:lang w:val="ru-RU"/>
              </w:rPr>
            </w:pPr>
            <w:r w:rsidRPr="00677AEA">
              <w:rPr>
                <w:rFonts w:ascii="Times New Roman" w:eastAsia="Times New Roman" w:hAnsi="Times New Roman"/>
                <w:color w:val="000000"/>
                <w:sz w:val="24"/>
                <w:u w:val="single"/>
                <w:lang w:val="ru-RU"/>
              </w:rPr>
              <w:t xml:space="preserve">Контрольный диктант по теме «Сложное </w:t>
            </w:r>
            <w:r w:rsidRPr="00677AEA">
              <w:rPr>
                <w:u w:val="single"/>
                <w:lang w:val="ru-RU"/>
              </w:rPr>
              <w:br/>
            </w:r>
            <w:r w:rsidRPr="00677AEA">
              <w:rPr>
                <w:rFonts w:ascii="Times New Roman" w:eastAsia="Times New Roman" w:hAnsi="Times New Roman"/>
                <w:color w:val="000000"/>
                <w:sz w:val="24"/>
                <w:u w:val="single"/>
                <w:lang w:val="ru-RU"/>
              </w:rPr>
              <w:t>предложение».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F85C3E6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9B9447E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3856C0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08DB1EB" w14:textId="35C2A5A7" w:rsidR="00FB2FF7" w:rsidRDefault="00857EB9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10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.05.2023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6EF3D6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Диктант;</w:t>
            </w:r>
          </w:p>
        </w:tc>
      </w:tr>
      <w:tr w:rsidR="00FB2FF7" w14:paraId="31B18CD0" w14:textId="77777777">
        <w:trPr>
          <w:trHeight w:hRule="exact" w:val="148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C243729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160.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46509D8" w14:textId="77777777" w:rsidR="00FB2FF7" w:rsidRDefault="009C069A">
            <w:pPr>
              <w:autoSpaceDE w:val="0"/>
              <w:autoSpaceDN w:val="0"/>
              <w:spacing w:before="98" w:after="0" w:line="230" w:lineRule="auto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160. Прямая речь. 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337772A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1E35BF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A4C57DE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DD3B584" w14:textId="1C6832A9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  <w:r w:rsidR="00857EB9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1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.05.2023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DE768EF" w14:textId="77777777" w:rsidR="00FB2FF7" w:rsidRDefault="009C069A">
            <w:pPr>
              <w:autoSpaceDE w:val="0"/>
              <w:autoSpaceDN w:val="0"/>
              <w:spacing w:before="98" w:after="0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опрос;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</w:tbl>
    <w:p w14:paraId="0373E84D" w14:textId="77777777" w:rsidR="00FB2FF7" w:rsidRDefault="00FB2FF7">
      <w:pPr>
        <w:autoSpaceDE w:val="0"/>
        <w:autoSpaceDN w:val="0"/>
        <w:spacing w:after="0" w:line="14" w:lineRule="exact"/>
      </w:pPr>
    </w:p>
    <w:p w14:paraId="10A37232" w14:textId="77777777" w:rsidR="00FB2FF7" w:rsidRDefault="00FB2FF7">
      <w:pPr>
        <w:sectPr w:rsidR="00FB2FF7">
          <w:pgSz w:w="11900" w:h="16840"/>
          <w:pgMar w:top="284" w:right="650" w:bottom="718" w:left="666" w:header="720" w:footer="720" w:gutter="0"/>
          <w:cols w:space="720" w:equalWidth="0">
            <w:col w:w="10584" w:space="0"/>
          </w:cols>
          <w:docGrid w:linePitch="360"/>
        </w:sectPr>
      </w:pPr>
    </w:p>
    <w:p w14:paraId="69609FAF" w14:textId="77777777" w:rsidR="00FB2FF7" w:rsidRDefault="00FB2FF7">
      <w:pPr>
        <w:autoSpaceDE w:val="0"/>
        <w:autoSpaceDN w:val="0"/>
        <w:spacing w:after="66" w:line="220" w:lineRule="exact"/>
      </w:pPr>
    </w:p>
    <w:tbl>
      <w:tblPr>
        <w:tblW w:w="0" w:type="auto"/>
        <w:tblInd w:w="6" w:type="dxa"/>
        <w:tblLayout w:type="fixed"/>
        <w:tblLook w:val="04A0" w:firstRow="1" w:lastRow="0" w:firstColumn="1" w:lastColumn="0" w:noHBand="0" w:noVBand="1"/>
      </w:tblPr>
      <w:tblGrid>
        <w:gridCol w:w="576"/>
        <w:gridCol w:w="3074"/>
        <w:gridCol w:w="732"/>
        <w:gridCol w:w="1620"/>
        <w:gridCol w:w="1668"/>
        <w:gridCol w:w="1236"/>
        <w:gridCol w:w="1646"/>
      </w:tblGrid>
      <w:tr w:rsidR="00FB2FF7" w14:paraId="5FFD2E62" w14:textId="77777777">
        <w:trPr>
          <w:trHeight w:hRule="exact" w:val="150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ADAED4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161. 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BCD2ABB" w14:textId="0AC76F9A" w:rsidR="00FB2FF7" w:rsidRPr="006514E5" w:rsidRDefault="009C069A" w:rsidP="00677AEA">
            <w:pPr>
              <w:autoSpaceDE w:val="0"/>
              <w:autoSpaceDN w:val="0"/>
              <w:spacing w:before="98" w:after="0" w:line="271" w:lineRule="auto"/>
              <w:ind w:right="432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 Прямая речь как способ передачи чужой речи на письме.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8ED50C2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33FC9A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1285886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3D8D762" w14:textId="25736E7F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  <w:r w:rsidR="00857EB9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2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.05.2023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0CBA81D" w14:textId="77777777" w:rsidR="00FB2FF7" w:rsidRDefault="009C069A">
            <w:pPr>
              <w:autoSpaceDE w:val="0"/>
              <w:autoSpaceDN w:val="0"/>
              <w:spacing w:before="98" w:after="0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опрос;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26E0BB05" w14:textId="77777777">
        <w:trPr>
          <w:trHeight w:hRule="exact" w:val="1164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EE95B3E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162. 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95E13BF" w14:textId="4D891F49" w:rsidR="00FB2FF7" w:rsidRPr="006514E5" w:rsidRDefault="009C069A" w:rsidP="00677AEA">
            <w:pPr>
              <w:autoSpaceDE w:val="0"/>
              <w:autoSpaceDN w:val="0"/>
              <w:spacing w:before="98" w:after="0" w:line="271" w:lineRule="auto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Пунктуационное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оформление предложений с прямой речью.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9283F09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806FC09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EFFAED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1E3A2E9" w14:textId="6019051E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  <w:r w:rsidR="00857EB9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5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.05.2023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4ED83AA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4F326506" w14:textId="77777777">
        <w:trPr>
          <w:trHeight w:hRule="exact" w:val="83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6737361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163. 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61E0B6E" w14:textId="513B672E" w:rsidR="00FB2FF7" w:rsidRDefault="009C069A">
            <w:pPr>
              <w:autoSpaceDE w:val="0"/>
              <w:autoSpaceDN w:val="0"/>
              <w:spacing w:before="98" w:after="0" w:line="230" w:lineRule="auto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Понятие о диалоге.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9A967D5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3012D4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F338B0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76A9F1C" w14:textId="2A634EC4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  <w:r w:rsidR="00857EB9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6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.05.2023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066B4CA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0720627E" w14:textId="77777777">
        <w:trPr>
          <w:trHeight w:hRule="exact" w:val="1164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B5A877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164. 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B0CF7B1" w14:textId="15CB02EC" w:rsidR="00FB2FF7" w:rsidRPr="006514E5" w:rsidRDefault="009C069A" w:rsidP="00677AEA">
            <w:pPr>
              <w:autoSpaceDE w:val="0"/>
              <w:autoSpaceDN w:val="0"/>
              <w:spacing w:before="98" w:after="0" w:line="271" w:lineRule="auto"/>
              <w:ind w:right="576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Пунктуационное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оформление диалога на письме.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B8711F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7CA558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83FF97A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952AA91" w14:textId="05898BC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  <w:r w:rsidR="00857EB9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7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.05.2023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366503A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Тестирование;</w:t>
            </w:r>
          </w:p>
        </w:tc>
      </w:tr>
      <w:tr w:rsidR="00FB2FF7" w14:paraId="4B2292A7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06F2FB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165. 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485BB25" w14:textId="77777777" w:rsidR="00FB2FF7" w:rsidRPr="00677AEA" w:rsidRDefault="009C069A">
            <w:pPr>
              <w:tabs>
                <w:tab w:val="left" w:pos="156"/>
              </w:tabs>
              <w:autoSpaceDE w:val="0"/>
              <w:autoSpaceDN w:val="0"/>
              <w:spacing w:before="98" w:after="0" w:line="262" w:lineRule="auto"/>
              <w:ind w:right="144"/>
              <w:rPr>
                <w:u w:val="single"/>
                <w:lang w:val="ru-RU"/>
              </w:rPr>
            </w:pPr>
            <w:r w:rsidRPr="00677AEA">
              <w:rPr>
                <w:rFonts w:ascii="Times New Roman" w:eastAsia="Times New Roman" w:hAnsi="Times New Roman"/>
                <w:color w:val="000000"/>
                <w:sz w:val="24"/>
                <w:u w:val="single"/>
                <w:lang w:val="ru-RU"/>
              </w:rPr>
              <w:t xml:space="preserve"> Контрольное сочинение на </w:t>
            </w:r>
            <w:r w:rsidRPr="00677AEA">
              <w:rPr>
                <w:u w:val="single"/>
                <w:lang w:val="ru-RU"/>
              </w:rPr>
              <w:tab/>
            </w:r>
            <w:r w:rsidRPr="00677AEA">
              <w:rPr>
                <w:rFonts w:ascii="Times New Roman" w:eastAsia="Times New Roman" w:hAnsi="Times New Roman"/>
                <w:color w:val="000000"/>
                <w:sz w:val="24"/>
                <w:u w:val="single"/>
                <w:lang w:val="ru-RU"/>
              </w:rPr>
              <w:t>лингвистическую тему.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969617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ACD148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8997A5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2F88DF7" w14:textId="65C66AE8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  <w:r w:rsidR="00857EB9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8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.05.2023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46B1571" w14:textId="77777777" w:rsidR="00FB2FF7" w:rsidRDefault="009C069A">
            <w:pPr>
              <w:autoSpaceDE w:val="0"/>
              <w:autoSpaceDN w:val="0"/>
              <w:spacing w:before="98" w:after="0" w:line="262" w:lineRule="auto"/>
              <w:ind w:right="288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Написание сочинения;</w:t>
            </w:r>
          </w:p>
        </w:tc>
      </w:tr>
      <w:tr w:rsidR="00FB2FF7" w14:paraId="230D0586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860DB3A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166. 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6C6E949" w14:textId="47C0FCFC" w:rsidR="00FB2FF7" w:rsidRDefault="009C069A">
            <w:pPr>
              <w:autoSpaceDE w:val="0"/>
              <w:autoSpaceDN w:val="0"/>
              <w:spacing w:before="98" w:after="0" w:line="230" w:lineRule="auto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Разделы науки о языке.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7F0454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79D76C6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EE2718E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02B3685" w14:textId="08A08E25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  <w:r w:rsidR="00857EB9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9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.05.2023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4D74F61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720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Устный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опрос;</w:t>
            </w:r>
          </w:p>
        </w:tc>
      </w:tr>
      <w:tr w:rsidR="00FB2FF7" w14:paraId="0C6B1BBB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59999E3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167.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0B16BF6" w14:textId="77777777" w:rsidR="00FB2FF7" w:rsidRPr="006514E5" w:rsidRDefault="009C069A">
            <w:pPr>
              <w:autoSpaceDE w:val="0"/>
              <w:autoSpaceDN w:val="0"/>
              <w:spacing w:before="98" w:after="0" w:line="262" w:lineRule="auto"/>
              <w:ind w:left="72" w:right="144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Орфограммы в приставках и в корнях слов.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18795A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98621D4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9CCB84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DC56138" w14:textId="4C4C3B57" w:rsidR="00FB2FF7" w:rsidRDefault="00857EB9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22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.05.2023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82F5F63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Тестирование;</w:t>
            </w:r>
          </w:p>
        </w:tc>
      </w:tr>
      <w:tr w:rsidR="00FB2FF7" w14:paraId="58B9E22E" w14:textId="77777777">
        <w:trPr>
          <w:trHeight w:hRule="exact" w:val="828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4138258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168.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B7C204A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Орфограммы в окончаниях слов.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3EFAB2B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C868D39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0E4C68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73A12EF0" w14:textId="028C0F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</w:t>
            </w:r>
            <w:r w:rsidR="00857EB9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3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.05.2023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9929DBC" w14:textId="77777777" w:rsidR="00FB2FF7" w:rsidRDefault="009C069A">
            <w:pPr>
              <w:autoSpaceDE w:val="0"/>
              <w:autoSpaceDN w:val="0"/>
              <w:spacing w:before="98" w:after="0" w:line="262" w:lineRule="auto"/>
              <w:ind w:left="72" w:right="14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Письменный контроль;</w:t>
            </w:r>
          </w:p>
        </w:tc>
      </w:tr>
      <w:tr w:rsidR="00FB2FF7" w14:paraId="66AA7DA5" w14:textId="77777777">
        <w:trPr>
          <w:trHeight w:hRule="exact" w:val="492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E26D0FB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169.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22C17F4" w14:textId="77777777" w:rsidR="00FB2FF7" w:rsidRPr="006514E5" w:rsidRDefault="009C069A">
            <w:pPr>
              <w:autoSpaceDE w:val="0"/>
              <w:autoSpaceDN w:val="0"/>
              <w:spacing w:before="98" w:after="0" w:line="230" w:lineRule="auto"/>
              <w:ind w:left="72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Употребление букв ъ и ь.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09FE5B3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13BD9BF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01D4670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E23E631" w14:textId="15D05C8D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</w:t>
            </w:r>
            <w:r w:rsidR="00857EB9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4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.05.2023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242C5C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Диктант;</w:t>
            </w:r>
          </w:p>
        </w:tc>
      </w:tr>
      <w:tr w:rsidR="00FB2FF7" w14:paraId="71F2C6BC" w14:textId="77777777">
        <w:trPr>
          <w:trHeight w:hRule="exact" w:val="1836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5A303AD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170.</w:t>
            </w:r>
          </w:p>
        </w:tc>
        <w:tc>
          <w:tcPr>
            <w:tcW w:w="3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9D0CA6E" w14:textId="214EB0B4" w:rsidR="00FB2FF7" w:rsidRPr="006514E5" w:rsidRDefault="009C069A" w:rsidP="00677AEA">
            <w:pPr>
              <w:autoSpaceDE w:val="0"/>
              <w:autoSpaceDN w:val="0"/>
              <w:spacing w:before="98" w:after="0" w:line="281" w:lineRule="auto"/>
              <w:ind w:right="432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Знаки препинания в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простом и сложном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 xml:space="preserve">предложениях и в </w:t>
            </w:r>
            <w:r w:rsidRPr="006514E5">
              <w:rPr>
                <w:lang w:val="ru-RU"/>
              </w:rPr>
              <w:br/>
            </w: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предложениях с прямой речью.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9F2BBD8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201D3E2A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1CE68BEE" w14:textId="77777777" w:rsidR="00FB2FF7" w:rsidRDefault="009C069A">
            <w:pPr>
              <w:autoSpaceDE w:val="0"/>
              <w:autoSpaceDN w:val="0"/>
              <w:spacing w:before="9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5392E58D" w14:textId="16876C85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</w:t>
            </w:r>
            <w:r w:rsidR="00857EB9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5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.05.2023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457D45FD" w14:textId="77777777" w:rsidR="00FB2FF7" w:rsidRDefault="009C069A">
            <w:pPr>
              <w:autoSpaceDE w:val="0"/>
              <w:autoSpaceDN w:val="0"/>
              <w:spacing w:before="9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Тестирование;</w:t>
            </w:r>
          </w:p>
        </w:tc>
      </w:tr>
      <w:tr w:rsidR="00FB2FF7" w14:paraId="2A817275" w14:textId="77777777">
        <w:trPr>
          <w:trHeight w:hRule="exact" w:val="810"/>
        </w:trPr>
        <w:tc>
          <w:tcPr>
            <w:tcW w:w="36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9BF139C" w14:textId="77777777" w:rsidR="00FB2FF7" w:rsidRPr="006514E5" w:rsidRDefault="009C069A">
            <w:pPr>
              <w:autoSpaceDE w:val="0"/>
              <w:autoSpaceDN w:val="0"/>
              <w:spacing w:before="100" w:after="0" w:line="262" w:lineRule="auto"/>
              <w:ind w:left="72" w:right="144"/>
              <w:rPr>
                <w:lang w:val="ru-RU"/>
              </w:rPr>
            </w:pPr>
            <w:r w:rsidRPr="006514E5">
              <w:rPr>
                <w:rFonts w:ascii="Times New Roman" w:eastAsia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025FFE26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4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170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37A5AD4E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45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14:paraId="69F65756" w14:textId="77777777" w:rsidR="00FB2FF7" w:rsidRDefault="009C069A">
            <w:pPr>
              <w:autoSpaceDE w:val="0"/>
              <w:autoSpaceDN w:val="0"/>
              <w:spacing w:before="10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0</w:t>
            </w:r>
          </w:p>
        </w:tc>
      </w:tr>
    </w:tbl>
    <w:p w14:paraId="4310C1C7" w14:textId="77777777" w:rsidR="00FB2FF7" w:rsidRDefault="00FB2FF7">
      <w:pPr>
        <w:autoSpaceDE w:val="0"/>
        <w:autoSpaceDN w:val="0"/>
        <w:spacing w:after="0" w:line="14" w:lineRule="exact"/>
      </w:pPr>
    </w:p>
    <w:p w14:paraId="74E6CFDF" w14:textId="77777777" w:rsidR="00FB2FF7" w:rsidRDefault="00FB2FF7">
      <w:pPr>
        <w:sectPr w:rsidR="00FB2FF7">
          <w:pgSz w:w="11900" w:h="16840"/>
          <w:pgMar w:top="284" w:right="650" w:bottom="1440" w:left="666" w:header="720" w:footer="720" w:gutter="0"/>
          <w:cols w:space="720" w:equalWidth="0">
            <w:col w:w="10584" w:space="0"/>
          </w:cols>
          <w:docGrid w:linePitch="360"/>
        </w:sectPr>
      </w:pPr>
    </w:p>
    <w:p w14:paraId="55C1A362" w14:textId="77777777" w:rsidR="00FB2FF7" w:rsidRDefault="00FB2FF7">
      <w:pPr>
        <w:autoSpaceDE w:val="0"/>
        <w:autoSpaceDN w:val="0"/>
        <w:spacing w:after="78" w:line="220" w:lineRule="exact"/>
      </w:pPr>
    </w:p>
    <w:p w14:paraId="00A5CCBC" w14:textId="77777777" w:rsidR="00FB2FF7" w:rsidRPr="00C21829" w:rsidRDefault="009C069A" w:rsidP="00C21829">
      <w:pPr>
        <w:autoSpaceDE w:val="0"/>
        <w:autoSpaceDN w:val="0"/>
        <w:spacing w:after="0" w:line="230" w:lineRule="auto"/>
        <w:rPr>
          <w:sz w:val="24"/>
          <w:szCs w:val="24"/>
        </w:rPr>
      </w:pPr>
      <w:r w:rsidRPr="00C21829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УЧЕБНО-МЕТОДИЧЕСКОЕ ОБЕСПЕЧЕНИЕ ОБРАЗОВАТЕЛЬНОГО ПРОЦЕССА </w:t>
      </w:r>
    </w:p>
    <w:p w14:paraId="73ABEB83" w14:textId="77777777" w:rsidR="00FB2FF7" w:rsidRPr="00C21829" w:rsidRDefault="009C069A" w:rsidP="00C21829">
      <w:pPr>
        <w:autoSpaceDE w:val="0"/>
        <w:autoSpaceDN w:val="0"/>
        <w:spacing w:after="0" w:line="230" w:lineRule="auto"/>
        <w:rPr>
          <w:sz w:val="24"/>
          <w:szCs w:val="24"/>
        </w:rPr>
      </w:pPr>
      <w:r w:rsidRPr="00C21829">
        <w:rPr>
          <w:rFonts w:ascii="Times New Roman" w:eastAsia="Times New Roman" w:hAnsi="Times New Roman"/>
          <w:b/>
          <w:color w:val="000000"/>
          <w:sz w:val="24"/>
          <w:szCs w:val="24"/>
        </w:rPr>
        <w:t>ОБЯЗАТЕЛЬНЫЕ УЧЕБНЫЕ МАТЕРИАЛЫ ДЛЯ УЧЕНИКА</w:t>
      </w:r>
    </w:p>
    <w:p w14:paraId="2576E8AB" w14:textId="77777777" w:rsidR="00FB2FF7" w:rsidRPr="00C21829" w:rsidRDefault="009C069A" w:rsidP="00C21829">
      <w:pPr>
        <w:autoSpaceDE w:val="0"/>
        <w:autoSpaceDN w:val="0"/>
        <w:spacing w:after="0" w:line="281" w:lineRule="auto"/>
        <w:rPr>
          <w:sz w:val="24"/>
          <w:szCs w:val="24"/>
          <w:lang w:val="ru-RU"/>
        </w:rPr>
      </w:pP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 xml:space="preserve">1. Рабочая программа по русскому языку на уровне основного общего образования; </w:t>
      </w:r>
      <w:r w:rsidRPr="00C21829">
        <w:rPr>
          <w:sz w:val="24"/>
          <w:szCs w:val="24"/>
          <w:lang w:val="ru-RU"/>
        </w:rPr>
        <w:br/>
      </w: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 xml:space="preserve">подготовленная на основе Федерального государственного образовательного стандарта основного общего образования (Приказ Минпросвещения России от 31 05 2021 г № 287; </w:t>
      </w:r>
      <w:r w:rsidRPr="00C21829">
        <w:rPr>
          <w:sz w:val="24"/>
          <w:szCs w:val="24"/>
          <w:lang w:val="ru-RU"/>
        </w:rPr>
        <w:br/>
      </w: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 xml:space="preserve">зарегистрирован Министерством юстиции Российской Федерации 05 07 2021 г; </w:t>
      </w:r>
      <w:r w:rsidRPr="00C21829">
        <w:rPr>
          <w:sz w:val="24"/>
          <w:szCs w:val="24"/>
          <w:lang w:val="ru-RU"/>
        </w:rPr>
        <w:br/>
      </w: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 xml:space="preserve">рег номер — 64101). ; </w:t>
      </w:r>
      <w:r w:rsidRPr="00C21829">
        <w:rPr>
          <w:sz w:val="24"/>
          <w:szCs w:val="24"/>
          <w:lang w:val="ru-RU"/>
        </w:rPr>
        <w:br/>
      </w: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>2. Учебник «Русский язык. 5 класс». Учебник для общеобразовательных учреждений. В 2 ч.</w:t>
      </w:r>
    </w:p>
    <w:p w14:paraId="1CC4B31F" w14:textId="77777777" w:rsidR="00C21829" w:rsidRPr="00C21829" w:rsidRDefault="009C069A" w:rsidP="00C21829">
      <w:pPr>
        <w:autoSpaceDE w:val="0"/>
        <w:autoSpaceDN w:val="0"/>
        <w:spacing w:after="0" w:line="283" w:lineRule="auto"/>
        <w:rPr>
          <w:rFonts w:ascii="Times New Roman" w:eastAsia="Times New Roman" w:hAnsi="Times New Roman"/>
          <w:color w:val="000000"/>
          <w:sz w:val="24"/>
          <w:szCs w:val="24"/>
          <w:lang w:val="ru-RU"/>
        </w:rPr>
      </w:pP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 xml:space="preserve">[Т.А.Ладыженская; М.Т.Баранов; .А.Тростенцова и др.]-М.: Просвещение; 2020.; </w:t>
      </w:r>
      <w:r w:rsidRPr="00C21829">
        <w:rPr>
          <w:sz w:val="24"/>
          <w:szCs w:val="24"/>
          <w:lang w:val="ru-RU"/>
        </w:rPr>
        <w:br/>
      </w:r>
    </w:p>
    <w:p w14:paraId="777B666B" w14:textId="3FB1A2F0" w:rsidR="00FB2FF7" w:rsidRPr="00C21829" w:rsidRDefault="009C069A" w:rsidP="00C21829">
      <w:pPr>
        <w:autoSpaceDE w:val="0"/>
        <w:autoSpaceDN w:val="0"/>
        <w:spacing w:after="0" w:line="283" w:lineRule="auto"/>
        <w:rPr>
          <w:sz w:val="24"/>
          <w:szCs w:val="24"/>
          <w:lang w:val="ru-RU"/>
        </w:rPr>
      </w:pP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 xml:space="preserve"> </w:t>
      </w:r>
      <w:r w:rsidRPr="00C21829">
        <w:rPr>
          <w:rFonts w:ascii="Times New Roman" w:eastAsia="Times New Roman" w:hAnsi="Times New Roman"/>
          <w:b/>
          <w:color w:val="000000"/>
          <w:sz w:val="24"/>
          <w:szCs w:val="24"/>
          <w:lang w:val="ru-RU"/>
        </w:rPr>
        <w:t>МЕТОДИЧЕСКИЕ МАТЕРИАЛЫ ДЛЯ УЧИТЕЛЯ</w:t>
      </w:r>
    </w:p>
    <w:p w14:paraId="54151353" w14:textId="77777777" w:rsidR="00FB2FF7" w:rsidRPr="00C21829" w:rsidRDefault="009C069A" w:rsidP="00C21829">
      <w:pPr>
        <w:autoSpaceDE w:val="0"/>
        <w:autoSpaceDN w:val="0"/>
        <w:spacing w:after="0" w:line="230" w:lineRule="auto"/>
        <w:rPr>
          <w:sz w:val="24"/>
          <w:szCs w:val="24"/>
          <w:lang w:val="ru-RU"/>
        </w:rPr>
      </w:pP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>1. Егорова Н.В. Поурочные разработки по русскому языку. 5 класс. – М.: ВАКО, 2015.</w:t>
      </w:r>
    </w:p>
    <w:p w14:paraId="47934C1E" w14:textId="77777777" w:rsidR="00FB2FF7" w:rsidRPr="00C21829" w:rsidRDefault="009C069A" w:rsidP="00C21829">
      <w:pPr>
        <w:autoSpaceDE w:val="0"/>
        <w:autoSpaceDN w:val="0"/>
        <w:spacing w:after="0" w:line="230" w:lineRule="auto"/>
        <w:rPr>
          <w:sz w:val="24"/>
          <w:szCs w:val="24"/>
          <w:lang w:val="ru-RU"/>
        </w:rPr>
      </w:pPr>
      <w:r w:rsidRPr="00C21829">
        <w:rPr>
          <w:rFonts w:ascii="Times New Roman" w:eastAsia="Times New Roman" w:hAnsi="Times New Roman"/>
          <w:b/>
          <w:color w:val="000000"/>
          <w:sz w:val="24"/>
          <w:szCs w:val="24"/>
          <w:lang w:val="ru-RU"/>
        </w:rPr>
        <w:t>ЦИФРОВЫЕ ОБРАЗОВАТЕЛЬНЫЕ РЕСУРСЫ И РЕСУРСЫ СЕТИ ИНТЕРНЕТ</w:t>
      </w:r>
    </w:p>
    <w:p w14:paraId="78DBE320" w14:textId="77777777" w:rsidR="00FB2FF7" w:rsidRPr="00C21829" w:rsidRDefault="009C069A" w:rsidP="00C21829">
      <w:pPr>
        <w:autoSpaceDE w:val="0"/>
        <w:autoSpaceDN w:val="0"/>
        <w:spacing w:after="0" w:line="271" w:lineRule="auto"/>
        <w:rPr>
          <w:sz w:val="24"/>
          <w:szCs w:val="24"/>
        </w:rPr>
      </w:pP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>1. Банк актуального педагогического опыта ОГАОУ ДПО «БелИРО»</w:t>
      </w:r>
      <w:r w:rsidRPr="00C21829">
        <w:rPr>
          <w:sz w:val="24"/>
          <w:szCs w:val="24"/>
          <w:lang w:val="ru-RU"/>
        </w:rPr>
        <w:br/>
      </w: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 xml:space="preserve">[Электронный ресурс]. </w:t>
      </w:r>
      <w:r w:rsidRPr="00C21829">
        <w:rPr>
          <w:rFonts w:ascii="Times New Roman" w:eastAsia="Times New Roman" w:hAnsi="Times New Roman"/>
          <w:color w:val="000000"/>
          <w:sz w:val="24"/>
          <w:szCs w:val="24"/>
        </w:rPr>
        <w:t>URL: https://beliro.ru/deyatelnost/metodicheskayadeyatelnost/virtual-cabinet/bank-aktualnogo-pedagogicheskogo-opyita/.</w:t>
      </w:r>
    </w:p>
    <w:p w14:paraId="26A546BA" w14:textId="77777777" w:rsidR="00FB2FF7" w:rsidRPr="00C21829" w:rsidRDefault="009C069A" w:rsidP="00C21829">
      <w:pPr>
        <w:autoSpaceDE w:val="0"/>
        <w:autoSpaceDN w:val="0"/>
        <w:spacing w:after="0" w:line="262" w:lineRule="auto"/>
        <w:rPr>
          <w:sz w:val="24"/>
          <w:szCs w:val="24"/>
        </w:rPr>
      </w:pP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 xml:space="preserve">2. Видеоуроки в сети Интернет [Электронный ресурс]. </w:t>
      </w:r>
      <w:r w:rsidRPr="00C21829">
        <w:rPr>
          <w:rFonts w:ascii="Times New Roman" w:eastAsia="Times New Roman" w:hAnsi="Times New Roman"/>
          <w:color w:val="000000"/>
          <w:sz w:val="24"/>
          <w:szCs w:val="24"/>
        </w:rPr>
        <w:t>URL: http://videouroki.net/view_catfile.php?cat=53&amp;page=15&amp;subj_id=5.</w:t>
      </w:r>
    </w:p>
    <w:p w14:paraId="1668EB84" w14:textId="41030FD6" w:rsidR="00FB2FF7" w:rsidRPr="00C21829" w:rsidRDefault="009C069A" w:rsidP="00C21829">
      <w:pPr>
        <w:autoSpaceDE w:val="0"/>
        <w:autoSpaceDN w:val="0"/>
        <w:spacing w:after="0" w:line="230" w:lineRule="auto"/>
        <w:rPr>
          <w:sz w:val="24"/>
          <w:szCs w:val="24"/>
        </w:rPr>
      </w:pP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 xml:space="preserve">3. Единое содержание общего образования [Электронный ресурс]. </w:t>
      </w:r>
      <w:r w:rsidRPr="00C21829">
        <w:rPr>
          <w:rFonts w:ascii="Times New Roman" w:eastAsia="Times New Roman" w:hAnsi="Times New Roman"/>
          <w:color w:val="000000"/>
          <w:sz w:val="24"/>
          <w:szCs w:val="24"/>
        </w:rPr>
        <w:t>URL: https://edsoo.ru/study-subject/.</w:t>
      </w:r>
    </w:p>
    <w:p w14:paraId="1A56C978" w14:textId="77777777" w:rsidR="00C21829" w:rsidRPr="00C21829" w:rsidRDefault="009C069A" w:rsidP="00C21829">
      <w:pPr>
        <w:autoSpaceDE w:val="0"/>
        <w:autoSpaceDN w:val="0"/>
        <w:spacing w:after="0" w:line="262" w:lineRule="auto"/>
        <w:rPr>
          <w:rFonts w:ascii="Times New Roman" w:eastAsia="Times New Roman" w:hAnsi="Times New Roman"/>
          <w:color w:val="000000"/>
          <w:sz w:val="24"/>
          <w:szCs w:val="24"/>
          <w:lang w:val="ru-RU"/>
        </w:rPr>
      </w:pP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 xml:space="preserve">4. Лингвистика: фонетика и графика [Электронный ресурс]. </w:t>
      </w:r>
    </w:p>
    <w:p w14:paraId="521FDE2D" w14:textId="2110BE07" w:rsidR="00FB2FF7" w:rsidRPr="00C21829" w:rsidRDefault="009C069A" w:rsidP="00C21829">
      <w:pPr>
        <w:autoSpaceDE w:val="0"/>
        <w:autoSpaceDN w:val="0"/>
        <w:spacing w:after="0" w:line="262" w:lineRule="auto"/>
        <w:rPr>
          <w:sz w:val="24"/>
          <w:szCs w:val="24"/>
          <w:lang w:val="ru-RU"/>
        </w:rPr>
      </w:pPr>
      <w:r w:rsidRPr="00C21829">
        <w:rPr>
          <w:rFonts w:ascii="Times New Roman" w:eastAsia="Times New Roman" w:hAnsi="Times New Roman"/>
          <w:color w:val="000000"/>
          <w:sz w:val="24"/>
          <w:szCs w:val="24"/>
        </w:rPr>
        <w:t>URL</w:t>
      </w: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 xml:space="preserve">: </w:t>
      </w:r>
      <w:r w:rsidRPr="00C21829">
        <w:rPr>
          <w:rFonts w:ascii="Times New Roman" w:eastAsia="Times New Roman" w:hAnsi="Times New Roman"/>
          <w:color w:val="000000"/>
          <w:sz w:val="24"/>
          <w:szCs w:val="24"/>
        </w:rPr>
        <w:t>https</w:t>
      </w: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>://</w:t>
      </w:r>
      <w:r w:rsidRPr="00C21829">
        <w:rPr>
          <w:rFonts w:ascii="Times New Roman" w:eastAsia="Times New Roman" w:hAnsi="Times New Roman"/>
          <w:color w:val="000000"/>
          <w:sz w:val="24"/>
          <w:szCs w:val="24"/>
        </w:rPr>
        <w:t>sochisirius</w:t>
      </w: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>.</w:t>
      </w:r>
      <w:r w:rsidRPr="00C21829">
        <w:rPr>
          <w:rFonts w:ascii="Times New Roman" w:eastAsia="Times New Roman" w:hAnsi="Times New Roman"/>
          <w:color w:val="000000"/>
          <w:sz w:val="24"/>
          <w:szCs w:val="24"/>
        </w:rPr>
        <w:t>ru</w:t>
      </w: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>/.</w:t>
      </w:r>
    </w:p>
    <w:p w14:paraId="2B9B392B" w14:textId="3B89BEC5" w:rsidR="00FB2FF7" w:rsidRPr="00C21829" w:rsidRDefault="009C069A" w:rsidP="00C21829">
      <w:pPr>
        <w:autoSpaceDE w:val="0"/>
        <w:autoSpaceDN w:val="0"/>
        <w:spacing w:after="0" w:line="271" w:lineRule="auto"/>
        <w:rPr>
          <w:sz w:val="24"/>
          <w:szCs w:val="24"/>
        </w:rPr>
      </w:pP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 xml:space="preserve">5. Методическое пособие по русскому языку и литературе [Электронный ресурс]. </w:t>
      </w:r>
      <w:r w:rsidRPr="00C21829">
        <w:rPr>
          <w:rFonts w:ascii="Times New Roman" w:eastAsia="Times New Roman" w:hAnsi="Times New Roman"/>
          <w:color w:val="000000"/>
          <w:sz w:val="24"/>
          <w:szCs w:val="24"/>
        </w:rPr>
        <w:t>URL: https://instrao.ru/images/NEWS/2021/11/МЕТОДИЧЕСКОЕ_ПОСОБИЕ_РЯ_и_ЛИТ.pdf.</w:t>
      </w:r>
    </w:p>
    <w:p w14:paraId="7CECF1C5" w14:textId="77777777" w:rsidR="00FB2FF7" w:rsidRPr="00C21829" w:rsidRDefault="009C069A" w:rsidP="00C21829">
      <w:pPr>
        <w:autoSpaceDE w:val="0"/>
        <w:autoSpaceDN w:val="0"/>
        <w:spacing w:after="0" w:line="230" w:lineRule="auto"/>
        <w:rPr>
          <w:sz w:val="24"/>
          <w:szCs w:val="24"/>
          <w:lang w:val="ru-RU"/>
        </w:rPr>
      </w:pP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 xml:space="preserve">6. Подготовка к олимпиаде по русскому языку [Электронный ресурс]. </w:t>
      </w:r>
    </w:p>
    <w:p w14:paraId="290419E3" w14:textId="77777777" w:rsidR="00FB2FF7" w:rsidRPr="00C21829" w:rsidRDefault="009C069A" w:rsidP="00C21829">
      <w:pPr>
        <w:autoSpaceDE w:val="0"/>
        <w:autoSpaceDN w:val="0"/>
        <w:spacing w:after="0" w:line="230" w:lineRule="auto"/>
        <w:rPr>
          <w:sz w:val="24"/>
          <w:szCs w:val="24"/>
        </w:rPr>
      </w:pPr>
      <w:r w:rsidRPr="00C21829">
        <w:rPr>
          <w:rFonts w:ascii="Times New Roman" w:eastAsia="Times New Roman" w:hAnsi="Times New Roman"/>
          <w:color w:val="000000"/>
          <w:sz w:val="24"/>
          <w:szCs w:val="24"/>
        </w:rPr>
        <w:t>URL: http://rusolimp.kopeisk.ru/.</w:t>
      </w:r>
    </w:p>
    <w:p w14:paraId="1D61F51B" w14:textId="77777777" w:rsidR="00FB2FF7" w:rsidRPr="00C21829" w:rsidRDefault="009C069A" w:rsidP="00C21829">
      <w:pPr>
        <w:autoSpaceDE w:val="0"/>
        <w:autoSpaceDN w:val="0"/>
        <w:spacing w:after="0" w:line="230" w:lineRule="auto"/>
        <w:rPr>
          <w:sz w:val="24"/>
          <w:szCs w:val="24"/>
          <w:lang w:val="ru-RU"/>
        </w:rPr>
      </w:pP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 xml:space="preserve">7. Портфель уроков ОГАОУ ДПО «БелИРО» [Электронный ресурс]. </w:t>
      </w:r>
    </w:p>
    <w:p w14:paraId="5204C5E7" w14:textId="77777777" w:rsidR="00FB2FF7" w:rsidRPr="00C21829" w:rsidRDefault="009C069A" w:rsidP="00C21829">
      <w:pPr>
        <w:autoSpaceDE w:val="0"/>
        <w:autoSpaceDN w:val="0"/>
        <w:spacing w:after="0" w:line="230" w:lineRule="auto"/>
        <w:rPr>
          <w:sz w:val="24"/>
          <w:szCs w:val="24"/>
          <w:lang w:val="ru-RU"/>
        </w:rPr>
      </w:pPr>
      <w:r w:rsidRPr="00C21829">
        <w:rPr>
          <w:rFonts w:ascii="Times New Roman" w:eastAsia="Times New Roman" w:hAnsi="Times New Roman"/>
          <w:color w:val="000000"/>
          <w:sz w:val="24"/>
          <w:szCs w:val="24"/>
        </w:rPr>
        <w:t>https</w:t>
      </w: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>://</w:t>
      </w:r>
      <w:r w:rsidRPr="00C21829">
        <w:rPr>
          <w:rFonts w:ascii="Times New Roman" w:eastAsia="Times New Roman" w:hAnsi="Times New Roman"/>
          <w:color w:val="000000"/>
          <w:sz w:val="24"/>
          <w:szCs w:val="24"/>
        </w:rPr>
        <w:t>beliro</w:t>
      </w: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>.</w:t>
      </w:r>
      <w:r w:rsidRPr="00C21829">
        <w:rPr>
          <w:rFonts w:ascii="Times New Roman" w:eastAsia="Times New Roman" w:hAnsi="Times New Roman"/>
          <w:color w:val="000000"/>
          <w:sz w:val="24"/>
          <w:szCs w:val="24"/>
        </w:rPr>
        <w:t>ru</w:t>
      </w: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>/</w:t>
      </w:r>
      <w:r w:rsidRPr="00C21829">
        <w:rPr>
          <w:rFonts w:ascii="Times New Roman" w:eastAsia="Times New Roman" w:hAnsi="Times New Roman"/>
          <w:color w:val="000000"/>
          <w:sz w:val="24"/>
          <w:szCs w:val="24"/>
        </w:rPr>
        <w:t>deyatelnost</w:t>
      </w: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>/</w:t>
      </w:r>
      <w:r w:rsidRPr="00C21829">
        <w:rPr>
          <w:rFonts w:ascii="Times New Roman" w:eastAsia="Times New Roman" w:hAnsi="Times New Roman"/>
          <w:color w:val="000000"/>
          <w:sz w:val="24"/>
          <w:szCs w:val="24"/>
        </w:rPr>
        <w:t>metodicheskaya</w:t>
      </w: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>-</w:t>
      </w:r>
      <w:r w:rsidRPr="00C21829">
        <w:rPr>
          <w:rFonts w:ascii="Times New Roman" w:eastAsia="Times New Roman" w:hAnsi="Times New Roman"/>
          <w:color w:val="000000"/>
          <w:sz w:val="24"/>
          <w:szCs w:val="24"/>
        </w:rPr>
        <w:t>deyatelnost</w:t>
      </w: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>/</w:t>
      </w:r>
      <w:r w:rsidRPr="00C21829">
        <w:rPr>
          <w:rFonts w:ascii="Times New Roman" w:eastAsia="Times New Roman" w:hAnsi="Times New Roman"/>
          <w:color w:val="000000"/>
          <w:sz w:val="24"/>
          <w:szCs w:val="24"/>
        </w:rPr>
        <w:t>virtual</w:t>
      </w: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>-</w:t>
      </w:r>
      <w:r w:rsidRPr="00C21829">
        <w:rPr>
          <w:rFonts w:ascii="Times New Roman" w:eastAsia="Times New Roman" w:hAnsi="Times New Roman"/>
          <w:color w:val="000000"/>
          <w:sz w:val="24"/>
          <w:szCs w:val="24"/>
        </w:rPr>
        <w:t>cabinet</w:t>
      </w: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>/</w:t>
      </w:r>
      <w:r w:rsidRPr="00C21829">
        <w:rPr>
          <w:rFonts w:ascii="Times New Roman" w:eastAsia="Times New Roman" w:hAnsi="Times New Roman"/>
          <w:color w:val="000000"/>
          <w:sz w:val="24"/>
          <w:szCs w:val="24"/>
        </w:rPr>
        <w:t>portfelurokov</w:t>
      </w: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>/.</w:t>
      </w:r>
    </w:p>
    <w:p w14:paraId="1C29187F" w14:textId="77777777" w:rsidR="00FB2FF7" w:rsidRPr="00C21829" w:rsidRDefault="009C069A" w:rsidP="00C21829">
      <w:pPr>
        <w:autoSpaceDE w:val="0"/>
        <w:autoSpaceDN w:val="0"/>
        <w:spacing w:after="0" w:line="230" w:lineRule="auto"/>
        <w:rPr>
          <w:sz w:val="24"/>
          <w:szCs w:val="24"/>
        </w:rPr>
      </w:pP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 xml:space="preserve">8. Этимология и история русского слова [Электронный ресурс]. </w:t>
      </w:r>
      <w:r w:rsidRPr="00C21829">
        <w:rPr>
          <w:rFonts w:ascii="Times New Roman" w:eastAsia="Times New Roman" w:hAnsi="Times New Roman"/>
          <w:color w:val="000000"/>
          <w:sz w:val="24"/>
          <w:szCs w:val="24"/>
        </w:rPr>
        <w:t>URL: http://etymolog.ruslang.ru.</w:t>
      </w:r>
    </w:p>
    <w:p w14:paraId="6F9D70FD" w14:textId="77777777" w:rsidR="00FB2FF7" w:rsidRPr="00C21829" w:rsidRDefault="009C069A" w:rsidP="00C21829">
      <w:pPr>
        <w:autoSpaceDE w:val="0"/>
        <w:autoSpaceDN w:val="0"/>
        <w:spacing w:after="0" w:line="230" w:lineRule="auto"/>
        <w:rPr>
          <w:sz w:val="24"/>
          <w:szCs w:val="24"/>
          <w:lang w:val="ru-RU"/>
        </w:rPr>
      </w:pP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 xml:space="preserve">9. Российская электронная школа. </w:t>
      </w:r>
      <w:r w:rsidRPr="00C21829">
        <w:rPr>
          <w:rFonts w:ascii="Times New Roman" w:eastAsia="Times New Roman" w:hAnsi="Times New Roman"/>
          <w:color w:val="000000"/>
          <w:sz w:val="24"/>
          <w:szCs w:val="24"/>
        </w:rPr>
        <w:t>URL</w:t>
      </w: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 xml:space="preserve">: </w:t>
      </w:r>
      <w:r w:rsidRPr="00C21829">
        <w:rPr>
          <w:rFonts w:ascii="Times New Roman" w:eastAsia="Times New Roman" w:hAnsi="Times New Roman"/>
          <w:color w:val="000000"/>
          <w:sz w:val="24"/>
          <w:szCs w:val="24"/>
        </w:rPr>
        <w:t>https</w:t>
      </w: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>://</w:t>
      </w:r>
      <w:r w:rsidRPr="00C21829">
        <w:rPr>
          <w:rFonts w:ascii="Times New Roman" w:eastAsia="Times New Roman" w:hAnsi="Times New Roman"/>
          <w:color w:val="000000"/>
          <w:sz w:val="24"/>
          <w:szCs w:val="24"/>
        </w:rPr>
        <w:t>resh</w:t>
      </w: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>.</w:t>
      </w:r>
      <w:r w:rsidRPr="00C21829">
        <w:rPr>
          <w:rFonts w:ascii="Times New Roman" w:eastAsia="Times New Roman" w:hAnsi="Times New Roman"/>
          <w:color w:val="000000"/>
          <w:sz w:val="24"/>
          <w:szCs w:val="24"/>
        </w:rPr>
        <w:t>edu</w:t>
      </w: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>.</w:t>
      </w:r>
      <w:r w:rsidRPr="00C21829">
        <w:rPr>
          <w:rFonts w:ascii="Times New Roman" w:eastAsia="Times New Roman" w:hAnsi="Times New Roman"/>
          <w:color w:val="000000"/>
          <w:sz w:val="24"/>
          <w:szCs w:val="24"/>
        </w:rPr>
        <w:t>ru</w:t>
      </w: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>/</w:t>
      </w:r>
    </w:p>
    <w:p w14:paraId="0DE4CC52" w14:textId="1D7F1CB7" w:rsidR="00FB2FF7" w:rsidRPr="00C21829" w:rsidRDefault="00FB2FF7" w:rsidP="00C21829">
      <w:pPr>
        <w:spacing w:after="0"/>
        <w:rPr>
          <w:sz w:val="24"/>
          <w:szCs w:val="24"/>
          <w:lang w:val="ru-RU"/>
        </w:rPr>
      </w:pPr>
    </w:p>
    <w:p w14:paraId="398E0E71" w14:textId="77777777" w:rsidR="00FB2FF7" w:rsidRPr="00C21829" w:rsidRDefault="009C069A" w:rsidP="00C21829">
      <w:pPr>
        <w:autoSpaceDE w:val="0"/>
        <w:autoSpaceDN w:val="0"/>
        <w:spacing w:after="0" w:line="230" w:lineRule="auto"/>
        <w:rPr>
          <w:sz w:val="24"/>
          <w:szCs w:val="24"/>
          <w:lang w:val="ru-RU"/>
        </w:rPr>
      </w:pPr>
      <w:r w:rsidRPr="00C21829">
        <w:rPr>
          <w:rFonts w:ascii="Times New Roman" w:eastAsia="Times New Roman" w:hAnsi="Times New Roman"/>
          <w:b/>
          <w:color w:val="000000"/>
          <w:sz w:val="24"/>
          <w:szCs w:val="24"/>
          <w:lang w:val="ru-RU"/>
        </w:rPr>
        <w:t>МАТЕРИАЛЬНО-ТЕХНИЧЕСКОЕ ОБЕСПЕЧЕНИЕ ОБРАЗОВАТЕЛЬНОГО ПРОЦЕССА</w:t>
      </w:r>
    </w:p>
    <w:p w14:paraId="19CCD500" w14:textId="77777777" w:rsidR="00FB2FF7" w:rsidRPr="00C21829" w:rsidRDefault="009C069A" w:rsidP="00C21829">
      <w:pPr>
        <w:autoSpaceDE w:val="0"/>
        <w:autoSpaceDN w:val="0"/>
        <w:spacing w:after="0" w:line="230" w:lineRule="auto"/>
        <w:rPr>
          <w:sz w:val="24"/>
          <w:szCs w:val="24"/>
          <w:lang w:val="ru-RU"/>
        </w:rPr>
      </w:pPr>
      <w:r w:rsidRPr="00C21829">
        <w:rPr>
          <w:rFonts w:ascii="Times New Roman" w:eastAsia="Times New Roman" w:hAnsi="Times New Roman"/>
          <w:b/>
          <w:color w:val="000000"/>
          <w:sz w:val="24"/>
          <w:szCs w:val="24"/>
          <w:lang w:val="ru-RU"/>
        </w:rPr>
        <w:t>УЧЕБНОЕ ОБОРУДОВАНИЕ</w:t>
      </w:r>
    </w:p>
    <w:p w14:paraId="62143392" w14:textId="77777777" w:rsidR="00FB2FF7" w:rsidRPr="00C21829" w:rsidRDefault="009C069A" w:rsidP="00C21829">
      <w:pPr>
        <w:autoSpaceDE w:val="0"/>
        <w:autoSpaceDN w:val="0"/>
        <w:spacing w:after="0" w:line="283" w:lineRule="auto"/>
        <w:rPr>
          <w:sz w:val="24"/>
          <w:szCs w:val="24"/>
          <w:lang w:val="ru-RU"/>
        </w:rPr>
      </w:pP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 xml:space="preserve">Мультимедийный проектор </w:t>
      </w:r>
      <w:r w:rsidRPr="00C21829">
        <w:rPr>
          <w:sz w:val="24"/>
          <w:szCs w:val="24"/>
          <w:lang w:val="ru-RU"/>
        </w:rPr>
        <w:br/>
      </w: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 xml:space="preserve">Компьютер </w:t>
      </w:r>
      <w:r w:rsidRPr="00C21829">
        <w:rPr>
          <w:sz w:val="24"/>
          <w:szCs w:val="24"/>
          <w:lang w:val="ru-RU"/>
        </w:rPr>
        <w:br/>
      </w: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 xml:space="preserve">Доска </w:t>
      </w:r>
      <w:r w:rsidRPr="00C21829">
        <w:rPr>
          <w:sz w:val="24"/>
          <w:szCs w:val="24"/>
          <w:lang w:val="ru-RU"/>
        </w:rPr>
        <w:br/>
      </w: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 xml:space="preserve">Ученические столы двухместные </w:t>
      </w:r>
      <w:r w:rsidRPr="00C21829">
        <w:rPr>
          <w:sz w:val="24"/>
          <w:szCs w:val="24"/>
          <w:lang w:val="ru-RU"/>
        </w:rPr>
        <w:br/>
      </w: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 xml:space="preserve">Комплект стульев </w:t>
      </w:r>
      <w:r w:rsidRPr="00C21829">
        <w:rPr>
          <w:sz w:val="24"/>
          <w:szCs w:val="24"/>
          <w:lang w:val="ru-RU"/>
        </w:rPr>
        <w:br/>
      </w: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 xml:space="preserve">Стол учительский </w:t>
      </w:r>
      <w:r w:rsidRPr="00C21829">
        <w:rPr>
          <w:sz w:val="24"/>
          <w:szCs w:val="24"/>
          <w:lang w:val="ru-RU"/>
        </w:rPr>
        <w:br/>
      </w:r>
      <w:r w:rsidRPr="00C21829">
        <w:rPr>
          <w:rFonts w:ascii="Times New Roman" w:eastAsia="Times New Roman" w:hAnsi="Times New Roman"/>
          <w:color w:val="000000"/>
          <w:sz w:val="24"/>
          <w:szCs w:val="24"/>
          <w:lang w:val="ru-RU"/>
        </w:rPr>
        <w:t xml:space="preserve">Стул учительский </w:t>
      </w:r>
    </w:p>
    <w:p w14:paraId="17E25B4A" w14:textId="77777777" w:rsidR="00FB2FF7" w:rsidRPr="00441A97" w:rsidRDefault="00FB2FF7" w:rsidP="00C21829">
      <w:pPr>
        <w:spacing w:after="0"/>
        <w:rPr>
          <w:sz w:val="24"/>
          <w:szCs w:val="24"/>
          <w:lang w:val="ru-RU"/>
        </w:rPr>
        <w:sectPr w:rsidR="00FB2FF7" w:rsidRPr="00441A97">
          <w:pgSz w:w="11900" w:h="16840"/>
          <w:pgMar w:top="298" w:right="650" w:bottom="1440" w:left="666" w:header="720" w:footer="720" w:gutter="0"/>
          <w:cols w:space="720" w:equalWidth="0">
            <w:col w:w="10584" w:space="0"/>
          </w:cols>
          <w:docGrid w:linePitch="360"/>
        </w:sectPr>
      </w:pPr>
    </w:p>
    <w:p w14:paraId="61D4F621" w14:textId="77777777" w:rsidR="007A1BC8" w:rsidRPr="00441A97" w:rsidRDefault="007A1BC8" w:rsidP="00C21829">
      <w:pPr>
        <w:spacing w:after="0"/>
        <w:rPr>
          <w:sz w:val="24"/>
          <w:szCs w:val="24"/>
          <w:lang w:val="ru-RU"/>
        </w:rPr>
      </w:pPr>
    </w:p>
    <w:sectPr w:rsidR="007A1BC8" w:rsidRPr="00441A97" w:rsidSect="00034616">
      <w:pgSz w:w="11900" w:h="16840"/>
      <w:pgMar w:top="1440" w:right="1440" w:bottom="1440" w:left="1440" w:header="720" w:footer="720" w:gutter="0"/>
      <w:cols w:space="720" w:equalWidth="0">
        <w:col w:w="10584" w:space="0"/>
      </w:cols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30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2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53040A65"/>
    <w:multiLevelType w:val="hybridMultilevel"/>
    <w:tmpl w:val="E054AB48"/>
    <w:lvl w:ilvl="0" w:tplc="8CE4868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BD8C481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AAC878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F28FBF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5F4706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348C27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1CED91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CC8291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4EA631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  <w:num w:numId="10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26C10"/>
    <w:rsid w:val="00030452"/>
    <w:rsid w:val="00034616"/>
    <w:rsid w:val="0006063C"/>
    <w:rsid w:val="000733C7"/>
    <w:rsid w:val="000A33FE"/>
    <w:rsid w:val="001020AE"/>
    <w:rsid w:val="0015074B"/>
    <w:rsid w:val="0026614E"/>
    <w:rsid w:val="0028604C"/>
    <w:rsid w:val="0029639D"/>
    <w:rsid w:val="002A6BE3"/>
    <w:rsid w:val="002D1CB8"/>
    <w:rsid w:val="002F362E"/>
    <w:rsid w:val="00310C37"/>
    <w:rsid w:val="00326F90"/>
    <w:rsid w:val="00385EA7"/>
    <w:rsid w:val="003D167D"/>
    <w:rsid w:val="00441A97"/>
    <w:rsid w:val="00443F07"/>
    <w:rsid w:val="0045429A"/>
    <w:rsid w:val="004A1F90"/>
    <w:rsid w:val="004E407A"/>
    <w:rsid w:val="004E727F"/>
    <w:rsid w:val="005413C1"/>
    <w:rsid w:val="00561F36"/>
    <w:rsid w:val="00583060"/>
    <w:rsid w:val="005C29A1"/>
    <w:rsid w:val="005E3C12"/>
    <w:rsid w:val="00604504"/>
    <w:rsid w:val="006514E5"/>
    <w:rsid w:val="00677AEA"/>
    <w:rsid w:val="006F14CA"/>
    <w:rsid w:val="007A1BC8"/>
    <w:rsid w:val="007B4D33"/>
    <w:rsid w:val="007D1D44"/>
    <w:rsid w:val="007F5C04"/>
    <w:rsid w:val="00822E73"/>
    <w:rsid w:val="0084151B"/>
    <w:rsid w:val="0085042E"/>
    <w:rsid w:val="00857EB9"/>
    <w:rsid w:val="008722F0"/>
    <w:rsid w:val="00892F71"/>
    <w:rsid w:val="00906B6F"/>
    <w:rsid w:val="00967557"/>
    <w:rsid w:val="009951B3"/>
    <w:rsid w:val="009C069A"/>
    <w:rsid w:val="009D4812"/>
    <w:rsid w:val="009D701F"/>
    <w:rsid w:val="00A865E9"/>
    <w:rsid w:val="00A964C7"/>
    <w:rsid w:val="00AA1D8D"/>
    <w:rsid w:val="00AC047A"/>
    <w:rsid w:val="00AC32B7"/>
    <w:rsid w:val="00AE3F7E"/>
    <w:rsid w:val="00AF3024"/>
    <w:rsid w:val="00B22ABA"/>
    <w:rsid w:val="00B47730"/>
    <w:rsid w:val="00C21829"/>
    <w:rsid w:val="00C4042A"/>
    <w:rsid w:val="00CB0664"/>
    <w:rsid w:val="00D6223A"/>
    <w:rsid w:val="00D8782D"/>
    <w:rsid w:val="00E54759"/>
    <w:rsid w:val="00E63ADD"/>
    <w:rsid w:val="00E86403"/>
    <w:rsid w:val="00EE5597"/>
    <w:rsid w:val="00F664AC"/>
    <w:rsid w:val="00FB2FF7"/>
    <w:rsid w:val="00FC517B"/>
    <w:rsid w:val="00FC566B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BAEF820"/>
  <w14:defaultImageDpi w14:val="300"/>
  <w15:docId w15:val="{4D3583AE-51EB-4758-8F1A-8438BA788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FC693F"/>
  </w:style>
  <w:style w:type="paragraph" w:styleId="1">
    <w:name w:val="heading 1"/>
    <w:basedOn w:val="a1"/>
    <w:next w:val="a1"/>
    <w:link w:val="10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1">
    <w:name w:val="heading 2"/>
    <w:basedOn w:val="a1"/>
    <w:next w:val="a1"/>
    <w:link w:val="22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1">
    <w:name w:val="heading 3"/>
    <w:basedOn w:val="a1"/>
    <w:next w:val="a1"/>
    <w:link w:val="32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1"/>
    <w:next w:val="a1"/>
    <w:link w:val="40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1"/>
    <w:next w:val="a1"/>
    <w:link w:val="50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1"/>
    <w:next w:val="a1"/>
    <w:link w:val="60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1"/>
    <w:next w:val="a1"/>
    <w:link w:val="70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1"/>
    <w:next w:val="a1"/>
    <w:link w:val="90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6">
    <w:name w:val="Верхний колонтитул Знак"/>
    <w:basedOn w:val="a2"/>
    <w:link w:val="a5"/>
    <w:uiPriority w:val="99"/>
    <w:rsid w:val="00E618BF"/>
  </w:style>
  <w:style w:type="paragraph" w:styleId="a7">
    <w:name w:val="footer"/>
    <w:basedOn w:val="a1"/>
    <w:link w:val="a8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8">
    <w:name w:val="Нижний колонтитул Знак"/>
    <w:basedOn w:val="a2"/>
    <w:link w:val="a7"/>
    <w:uiPriority w:val="99"/>
    <w:rsid w:val="00E618BF"/>
  </w:style>
  <w:style w:type="paragraph" w:styleId="a9">
    <w:name w:val="No Spacing"/>
    <w:uiPriority w:val="1"/>
    <w:qFormat/>
    <w:rsid w:val="00FC693F"/>
    <w:pPr>
      <w:spacing w:after="0" w:line="240" w:lineRule="auto"/>
    </w:pPr>
  </w:style>
  <w:style w:type="character" w:customStyle="1" w:styleId="10">
    <w:name w:val="Заголовок 1 Знак"/>
    <w:basedOn w:val="a2"/>
    <w:link w:val="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2">
    <w:name w:val="Заголовок 2 Знак"/>
    <w:basedOn w:val="a2"/>
    <w:link w:val="2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2">
    <w:name w:val="Заголовок 3 Знак"/>
    <w:basedOn w:val="a2"/>
    <w:link w:val="3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a">
    <w:name w:val="Title"/>
    <w:basedOn w:val="a1"/>
    <w:next w:val="a1"/>
    <w:link w:val="ab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b">
    <w:name w:val="Заголовок Знак"/>
    <w:basedOn w:val="a2"/>
    <w:link w:val="aa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c">
    <w:name w:val="Subtitle"/>
    <w:basedOn w:val="a1"/>
    <w:next w:val="a1"/>
    <w:link w:val="ad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d">
    <w:name w:val="Подзаголовок Знак"/>
    <w:basedOn w:val="a2"/>
    <w:link w:val="ac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e">
    <w:name w:val="List Paragraph"/>
    <w:basedOn w:val="a1"/>
    <w:uiPriority w:val="34"/>
    <w:qFormat/>
    <w:rsid w:val="00FC693F"/>
    <w:pPr>
      <w:ind w:left="720"/>
      <w:contextualSpacing/>
    </w:pPr>
  </w:style>
  <w:style w:type="paragraph" w:styleId="af">
    <w:name w:val="Body Text"/>
    <w:basedOn w:val="a1"/>
    <w:link w:val="af0"/>
    <w:uiPriority w:val="99"/>
    <w:unhideWhenUsed/>
    <w:rsid w:val="00AA1D8D"/>
    <w:pPr>
      <w:spacing w:after="120"/>
    </w:pPr>
  </w:style>
  <w:style w:type="character" w:customStyle="1" w:styleId="af0">
    <w:name w:val="Основной текст Знак"/>
    <w:basedOn w:val="a2"/>
    <w:link w:val="af"/>
    <w:uiPriority w:val="99"/>
    <w:rsid w:val="00AA1D8D"/>
  </w:style>
  <w:style w:type="paragraph" w:styleId="23">
    <w:name w:val="Body Text 2"/>
    <w:basedOn w:val="a1"/>
    <w:link w:val="24"/>
    <w:uiPriority w:val="99"/>
    <w:unhideWhenUsed/>
    <w:rsid w:val="00AA1D8D"/>
    <w:pPr>
      <w:spacing w:after="120" w:line="480" w:lineRule="auto"/>
    </w:pPr>
  </w:style>
  <w:style w:type="character" w:customStyle="1" w:styleId="24">
    <w:name w:val="Основной текст 2 Знак"/>
    <w:basedOn w:val="a2"/>
    <w:link w:val="23"/>
    <w:uiPriority w:val="99"/>
    <w:rsid w:val="00AA1D8D"/>
  </w:style>
  <w:style w:type="paragraph" w:styleId="33">
    <w:name w:val="Body Text 3"/>
    <w:basedOn w:val="a1"/>
    <w:link w:val="34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2"/>
    <w:link w:val="33"/>
    <w:uiPriority w:val="99"/>
    <w:rsid w:val="00AA1D8D"/>
    <w:rPr>
      <w:sz w:val="16"/>
      <w:szCs w:val="16"/>
    </w:rPr>
  </w:style>
  <w:style w:type="paragraph" w:styleId="af1">
    <w:name w:val="List"/>
    <w:basedOn w:val="a1"/>
    <w:uiPriority w:val="99"/>
    <w:unhideWhenUsed/>
    <w:rsid w:val="00AA1D8D"/>
    <w:pPr>
      <w:ind w:left="360" w:hanging="360"/>
      <w:contextualSpacing/>
    </w:pPr>
  </w:style>
  <w:style w:type="paragraph" w:styleId="25">
    <w:name w:val="List 2"/>
    <w:basedOn w:val="a1"/>
    <w:uiPriority w:val="99"/>
    <w:unhideWhenUsed/>
    <w:rsid w:val="00326F90"/>
    <w:pPr>
      <w:ind w:left="720" w:hanging="360"/>
      <w:contextualSpacing/>
    </w:pPr>
  </w:style>
  <w:style w:type="paragraph" w:styleId="35">
    <w:name w:val="List 3"/>
    <w:basedOn w:val="a1"/>
    <w:uiPriority w:val="99"/>
    <w:unhideWhenUsed/>
    <w:rsid w:val="00326F90"/>
    <w:pPr>
      <w:ind w:left="1080" w:hanging="360"/>
      <w:contextualSpacing/>
    </w:pPr>
  </w:style>
  <w:style w:type="paragraph" w:styleId="a0">
    <w:name w:val="List Bullet"/>
    <w:basedOn w:val="a1"/>
    <w:uiPriority w:val="99"/>
    <w:unhideWhenUsed/>
    <w:rsid w:val="00326F90"/>
    <w:pPr>
      <w:numPr>
        <w:numId w:val="1"/>
      </w:numPr>
      <w:contextualSpacing/>
    </w:pPr>
  </w:style>
  <w:style w:type="paragraph" w:styleId="20">
    <w:name w:val="List Bullet 2"/>
    <w:basedOn w:val="a1"/>
    <w:uiPriority w:val="99"/>
    <w:unhideWhenUsed/>
    <w:rsid w:val="00326F90"/>
    <w:pPr>
      <w:numPr>
        <w:numId w:val="2"/>
      </w:numPr>
      <w:contextualSpacing/>
    </w:pPr>
  </w:style>
  <w:style w:type="paragraph" w:styleId="30">
    <w:name w:val="List Bullet 3"/>
    <w:basedOn w:val="a1"/>
    <w:uiPriority w:val="99"/>
    <w:unhideWhenUsed/>
    <w:rsid w:val="00326F90"/>
    <w:pPr>
      <w:numPr>
        <w:numId w:val="3"/>
      </w:numPr>
      <w:contextualSpacing/>
    </w:pPr>
  </w:style>
  <w:style w:type="paragraph" w:styleId="a">
    <w:name w:val="List Number"/>
    <w:basedOn w:val="a1"/>
    <w:uiPriority w:val="99"/>
    <w:unhideWhenUsed/>
    <w:rsid w:val="00326F90"/>
    <w:pPr>
      <w:numPr>
        <w:numId w:val="5"/>
      </w:numPr>
      <w:contextualSpacing/>
    </w:pPr>
  </w:style>
  <w:style w:type="paragraph" w:styleId="2">
    <w:name w:val="List Number 2"/>
    <w:basedOn w:val="a1"/>
    <w:uiPriority w:val="99"/>
    <w:unhideWhenUsed/>
    <w:rsid w:val="0029639D"/>
    <w:pPr>
      <w:numPr>
        <w:numId w:val="6"/>
      </w:numPr>
      <w:contextualSpacing/>
    </w:pPr>
  </w:style>
  <w:style w:type="paragraph" w:styleId="3">
    <w:name w:val="List Number 3"/>
    <w:basedOn w:val="a1"/>
    <w:uiPriority w:val="99"/>
    <w:unhideWhenUsed/>
    <w:rsid w:val="0029639D"/>
    <w:pPr>
      <w:numPr>
        <w:numId w:val="7"/>
      </w:numPr>
      <w:contextualSpacing/>
    </w:pPr>
  </w:style>
  <w:style w:type="paragraph" w:styleId="af2">
    <w:name w:val="List Continue"/>
    <w:basedOn w:val="a1"/>
    <w:uiPriority w:val="99"/>
    <w:unhideWhenUsed/>
    <w:rsid w:val="0029639D"/>
    <w:pPr>
      <w:spacing w:after="120"/>
      <w:ind w:left="360"/>
      <w:contextualSpacing/>
    </w:pPr>
  </w:style>
  <w:style w:type="paragraph" w:styleId="26">
    <w:name w:val="List Continue 2"/>
    <w:basedOn w:val="a1"/>
    <w:uiPriority w:val="99"/>
    <w:unhideWhenUsed/>
    <w:rsid w:val="0029639D"/>
    <w:pPr>
      <w:spacing w:after="120"/>
      <w:ind w:left="720"/>
      <w:contextualSpacing/>
    </w:pPr>
  </w:style>
  <w:style w:type="paragraph" w:styleId="36">
    <w:name w:val="List Continue 3"/>
    <w:basedOn w:val="a1"/>
    <w:uiPriority w:val="99"/>
    <w:unhideWhenUsed/>
    <w:rsid w:val="0029639D"/>
    <w:pPr>
      <w:spacing w:after="120"/>
      <w:ind w:left="1080"/>
      <w:contextualSpacing/>
    </w:pPr>
  </w:style>
  <w:style w:type="paragraph" w:styleId="af3">
    <w:name w:val="macro"/>
    <w:link w:val="af4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af4">
    <w:name w:val="Текст макроса Знак"/>
    <w:basedOn w:val="a2"/>
    <w:link w:val="af3"/>
    <w:uiPriority w:val="99"/>
    <w:rsid w:val="0029639D"/>
    <w:rPr>
      <w:rFonts w:ascii="Courier" w:hAnsi="Courier"/>
      <w:sz w:val="20"/>
      <w:szCs w:val="20"/>
    </w:rPr>
  </w:style>
  <w:style w:type="paragraph" w:styleId="27">
    <w:name w:val="Quote"/>
    <w:basedOn w:val="a1"/>
    <w:next w:val="a1"/>
    <w:link w:val="28"/>
    <w:uiPriority w:val="29"/>
    <w:qFormat/>
    <w:rsid w:val="00FC693F"/>
    <w:rPr>
      <w:i/>
      <w:iCs/>
      <w:color w:val="000000" w:themeColor="text1"/>
    </w:rPr>
  </w:style>
  <w:style w:type="character" w:customStyle="1" w:styleId="28">
    <w:name w:val="Цитата 2 Знак"/>
    <w:basedOn w:val="a2"/>
    <w:link w:val="27"/>
    <w:uiPriority w:val="29"/>
    <w:rsid w:val="00FC693F"/>
    <w:rPr>
      <w:i/>
      <w:iCs/>
      <w:color w:val="000000" w:themeColor="text1"/>
    </w:rPr>
  </w:style>
  <w:style w:type="character" w:customStyle="1" w:styleId="40">
    <w:name w:val="Заголовок 4 Знак"/>
    <w:basedOn w:val="a2"/>
    <w:link w:val="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2"/>
    <w:link w:val="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2"/>
    <w:link w:val="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2"/>
    <w:link w:val="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2"/>
    <w:link w:val="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2"/>
    <w:link w:val="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f5">
    <w:name w:val="caption"/>
    <w:basedOn w:val="a1"/>
    <w:next w:val="a1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af6">
    <w:name w:val="Strong"/>
    <w:basedOn w:val="a2"/>
    <w:uiPriority w:val="22"/>
    <w:qFormat/>
    <w:rsid w:val="00FC693F"/>
    <w:rPr>
      <w:b/>
      <w:bCs/>
    </w:rPr>
  </w:style>
  <w:style w:type="character" w:styleId="af7">
    <w:name w:val="Emphasis"/>
    <w:basedOn w:val="a2"/>
    <w:uiPriority w:val="20"/>
    <w:qFormat/>
    <w:rsid w:val="00FC693F"/>
    <w:rPr>
      <w:i/>
      <w:iCs/>
    </w:rPr>
  </w:style>
  <w:style w:type="paragraph" w:styleId="af8">
    <w:name w:val="Intense Quote"/>
    <w:basedOn w:val="a1"/>
    <w:next w:val="a1"/>
    <w:link w:val="af9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f9">
    <w:name w:val="Выделенная цитата Знак"/>
    <w:basedOn w:val="a2"/>
    <w:link w:val="af8"/>
    <w:uiPriority w:val="30"/>
    <w:rsid w:val="00FC693F"/>
    <w:rPr>
      <w:b/>
      <w:bCs/>
      <w:i/>
      <w:iCs/>
      <w:color w:val="4F81BD" w:themeColor="accent1"/>
    </w:rPr>
  </w:style>
  <w:style w:type="character" w:styleId="afa">
    <w:name w:val="Subtle Emphasis"/>
    <w:basedOn w:val="a2"/>
    <w:uiPriority w:val="19"/>
    <w:qFormat/>
    <w:rsid w:val="00FC693F"/>
    <w:rPr>
      <w:i/>
      <w:iCs/>
      <w:color w:val="808080" w:themeColor="text1" w:themeTint="7F"/>
    </w:rPr>
  </w:style>
  <w:style w:type="character" w:styleId="afb">
    <w:name w:val="Intense Emphasis"/>
    <w:basedOn w:val="a2"/>
    <w:uiPriority w:val="21"/>
    <w:qFormat/>
    <w:rsid w:val="00FC693F"/>
    <w:rPr>
      <w:b/>
      <w:bCs/>
      <w:i/>
      <w:iCs/>
      <w:color w:val="4F81BD" w:themeColor="accent1"/>
    </w:rPr>
  </w:style>
  <w:style w:type="character" w:styleId="afc">
    <w:name w:val="Subtle Reference"/>
    <w:basedOn w:val="a2"/>
    <w:uiPriority w:val="31"/>
    <w:qFormat/>
    <w:rsid w:val="00FC693F"/>
    <w:rPr>
      <w:smallCaps/>
      <w:color w:val="C0504D" w:themeColor="accent2"/>
      <w:u w:val="single"/>
    </w:rPr>
  </w:style>
  <w:style w:type="character" w:styleId="afd">
    <w:name w:val="Intense Reference"/>
    <w:basedOn w:val="a2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afe">
    <w:name w:val="Book Title"/>
    <w:basedOn w:val="a2"/>
    <w:uiPriority w:val="33"/>
    <w:qFormat/>
    <w:rsid w:val="00FC693F"/>
    <w:rPr>
      <w:b/>
      <w:bCs/>
      <w:smallCaps/>
      <w:spacing w:val="5"/>
    </w:rPr>
  </w:style>
  <w:style w:type="paragraph" w:styleId="aff">
    <w:name w:val="TOC Heading"/>
    <w:basedOn w:val="1"/>
    <w:next w:val="a1"/>
    <w:uiPriority w:val="39"/>
    <w:semiHidden/>
    <w:unhideWhenUsed/>
    <w:qFormat/>
    <w:rsid w:val="00FC693F"/>
    <w:pPr>
      <w:outlineLvl w:val="9"/>
    </w:pPr>
  </w:style>
  <w:style w:type="table" w:styleId="aff0">
    <w:name w:val="Table Grid"/>
    <w:basedOn w:val="a3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f1">
    <w:name w:val="Light Shading"/>
    <w:basedOn w:val="a3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">
    <w:name w:val="Light Shading Accent 1"/>
    <w:basedOn w:val="a3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-2">
    <w:name w:val="Light Shading Accent 2"/>
    <w:basedOn w:val="a3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-3">
    <w:name w:val="Light Shading Accent 3"/>
    <w:basedOn w:val="a3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-4">
    <w:name w:val="Light Shading Accent 4"/>
    <w:basedOn w:val="a3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-5">
    <w:name w:val="Light Shading Accent 5"/>
    <w:basedOn w:val="a3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-6">
    <w:name w:val="Light Shading Accent 6"/>
    <w:basedOn w:val="a3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aff2">
    <w:name w:val="Light List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-10">
    <w:name w:val="Light List Accent 1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-20">
    <w:name w:val="Light List Accent 2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-30">
    <w:name w:val="Light List Accent 3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-40">
    <w:name w:val="Light List Accent 4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-50">
    <w:name w:val="Light List Accent 5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-60">
    <w:name w:val="Light List Accent 6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aff3">
    <w:name w:val="Light Grid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-11">
    <w:name w:val="Light Grid Accent 1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-21">
    <w:name w:val="Light Grid Accent 2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-31">
    <w:name w:val="Light Grid Accent 3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-41">
    <w:name w:val="Light Grid Accent 4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-51">
    <w:name w:val="Light Grid Accent 5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-61">
    <w:name w:val="Light Grid Accent 6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11">
    <w:name w:val="Medium Shading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">
    <w:name w:val="Medium Shading 1 Accent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2">
    <w:name w:val="Medium Shading 1 Accent 2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3">
    <w:name w:val="Medium Shading 1 Accent 3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4">
    <w:name w:val="Medium Shading 1 Accent 4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">
    <w:name w:val="Medium Shading 1 Accent 5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6">
    <w:name w:val="Medium Shading 1 Accent 6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29">
    <w:name w:val="Medium Shading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1">
    <w:name w:val="Medium Shading 2 Accent 1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2">
    <w:name w:val="Medium Shading 2 Accent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3">
    <w:name w:val="Medium Shading 2 Accent 3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4">
    <w:name w:val="Medium Shading 2 Accent 4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6">
    <w:name w:val="Medium Shading 2 Accent 6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12">
    <w:name w:val="Medium Lis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1-10">
    <w:name w:val="Medium List 1 Accen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1-20">
    <w:name w:val="Medium List 1 Accent 2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1-30">
    <w:name w:val="Medium List 1 Accent 3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1-40">
    <w:name w:val="Medium List 1 Accent 4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1-50">
    <w:name w:val="Medium List 1 Accent 5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1-60">
    <w:name w:val="Medium List 1 Accent 6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2a">
    <w:name w:val="Medium Lis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10">
    <w:name w:val="Medium List 2 Accent 1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20">
    <w:name w:val="Medium List 2 Accen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30">
    <w:name w:val="Medium List 2 Accent 3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40">
    <w:name w:val="Medium List 2 Accent 4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50">
    <w:name w:val="Medium List 2 Accent 5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60">
    <w:name w:val="Medium List 2 Accent 6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3">
    <w:name w:val="Medium Grid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1-11">
    <w:name w:val="Medium Grid 1 Accent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1-21">
    <w:name w:val="Medium Grid 1 Accent 2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1-31">
    <w:name w:val="Medium Grid 1 Accent 3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-41">
    <w:name w:val="Medium Grid 1 Accent 4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1-51">
    <w:name w:val="Medium Grid 1 Accent 5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1-61">
    <w:name w:val="Medium Grid 1 Accent 6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2b">
    <w:name w:val="Medium Grid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11">
    <w:name w:val="Medium Grid 2 Accent 1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21">
    <w:name w:val="Medium Grid 2 Accent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31">
    <w:name w:val="Medium Grid 2 Accent 3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41">
    <w:name w:val="Medium Grid 2 Accent 4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51">
    <w:name w:val="Medium Grid 2 Accent 5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61">
    <w:name w:val="Medium Grid 2 Accent 6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37">
    <w:name w:val="Medium Grid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3-1">
    <w:name w:val="Medium Grid 3 Accent 1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3-2">
    <w:name w:val="Medium Grid 3 Accent 2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3-3">
    <w:name w:val="Medium Grid 3 Accent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3-4">
    <w:name w:val="Medium Grid 3 Accent 4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3-5">
    <w:name w:val="Medium Grid 3 Accent 5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3-6">
    <w:name w:val="Medium Grid 3 Accent 6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aff4">
    <w:name w:val="Dark List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-12">
    <w:name w:val="Dark List Accent 1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-22">
    <w:name w:val="Dark List Accent 2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-32">
    <w:name w:val="Dark List Accent 3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-42">
    <w:name w:val="Dark List Accent 4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-52">
    <w:name w:val="Dark List Accent 5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-62">
    <w:name w:val="Dark List Accent 6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aff5">
    <w:name w:val="Colorful Shading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13">
    <w:name w:val="Colorful Shading Accent 1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23">
    <w:name w:val="Colorful Shading Accent 2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33">
    <w:name w:val="Colorful Shading Accent 3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3">
    <w:name w:val="Colorful Shading Accent 4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53">
    <w:name w:val="Colorful Shading Accent 5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63">
    <w:name w:val="Colorful Shading Accent 6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aff6">
    <w:name w:val="Colorful List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14">
    <w:name w:val="Colorful List Accent 1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-24">
    <w:name w:val="Colorful List Accent 2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-34">
    <w:name w:val="Colorful List Accent 3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-44">
    <w:name w:val="Colorful List Accent 4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-54">
    <w:name w:val="Colorful List Accent 5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-64">
    <w:name w:val="Colorful List Accent 6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aff7">
    <w:name w:val="Colorful Grid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-15">
    <w:name w:val="Colorful Grid Accent 1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25">
    <w:name w:val="Colorful Grid Accent 2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-35">
    <w:name w:val="Colorful Grid Accent 3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5">
    <w:name w:val="Colorful Grid Accent 4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-55">
    <w:name w:val="Colorful Grid Accent 5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-65">
    <w:name w:val="Colorful Grid Accent 6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paragraph" w:styleId="aff8">
    <w:name w:val="Balloon Text"/>
    <w:basedOn w:val="a1"/>
    <w:link w:val="aff9"/>
    <w:uiPriority w:val="99"/>
    <w:semiHidden/>
    <w:unhideWhenUsed/>
    <w:rsid w:val="007D1D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f9">
    <w:name w:val="Текст выноски Знак"/>
    <w:basedOn w:val="a2"/>
    <w:link w:val="aff8"/>
    <w:uiPriority w:val="99"/>
    <w:semiHidden/>
    <w:rsid w:val="007D1D4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8175D75-79C7-42DC-A4B3-3C4C5C9EA0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288</TotalTime>
  <Pages>52</Pages>
  <Words>13694</Words>
  <Characters>78058</Characters>
  <Application>Microsoft Office Word</Application>
  <DocSecurity>0</DocSecurity>
  <Lines>650</Lines>
  <Paragraphs>183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Manager/>
  <Company/>
  <LinksUpToDate>false</LinksUpToDate>
  <CharactersWithSpaces>91569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User</cp:lastModifiedBy>
  <cp:revision>22</cp:revision>
  <cp:lastPrinted>2022-10-20T07:29:00Z</cp:lastPrinted>
  <dcterms:created xsi:type="dcterms:W3CDTF">2013-12-23T23:15:00Z</dcterms:created>
  <dcterms:modified xsi:type="dcterms:W3CDTF">2022-10-20T07:31:00Z</dcterms:modified>
  <cp:category/>
</cp:coreProperties>
</file>